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Краса прозрінь духовних і поривів...</w:t>
      </w:r>
    </w:p>
    <w:p>
      <w:r>
        <w:br/>
        <w:t xml:space="preserve"> Краса прозрінь духовних і поривів —&lt;br /&gt;</w:t>
        <w:br/>
        <w:t>Мій ідеал, мого життя глибінь.&lt;br /&gt;</w:t>
        <w:br/>
        <w:t>Серед минувших, давніх поколінь&lt;br /&gt;</w:t>
        <w:br/>
        <w:t>Колись такі ж співалися мотиви.</w:t>
      </w:r>
    </w:p>
    <w:p>
      <w:r>
        <w:br/>
        <w:t>Колись також любилися щасливо&lt;br /&gt;</w:t>
        <w:br/>
        <w:t>І нещасливо. І впадали в сплін.&lt;br /&gt;</w:t>
        <w:br/>
        <w:t>Вставало сонце і сріблилась рінь&lt;br /&gt;</w:t>
        <w:br/>
        <w:t>Від рос блискучих рівно і звабливо.</w:t>
      </w:r>
    </w:p>
    <w:p>
      <w:r>
        <w:br/>
        <w:t>Мірило тут — життя людського в'язь,&lt;br /&gt;</w:t>
        <w:br/>
        <w:t>Де жах й екстаз однаково премилі.&lt;br /&gt;</w:t>
        <w:br/>
        <w:t>Й Парнаус світ, і бистрі Стіксу хвилі</w:t>
      </w:r>
    </w:p>
    <w:p>
      <w:r>
        <w:br/>
        <w:t>Стрічались нам, як біль судьби, нераз.&lt;br /&gt;</w:t>
        <w:br/>
        <w:t>Тож хай не всохне вічне наше древо,&lt;br /&gt;</w:t>
        <w:br/>
        <w:t>Котре молодке, як зрадливе мрево!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Краса прозрінь духовних і поривів...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