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Краплі-мандрівниці</w:t>
      </w:r>
    </w:p>
    <w:p>
      <w:r>
        <w:br/>
        <w:t xml:space="preserve"> &lt;p&gt;Хмарно восени, сумно восени, надворі грязюка, холодний вітер пообдирав садки і тепер нападається на всякого, хто б не виткнувся з хати.</w:t>
      </w:r>
    </w:p>
    <w:p>
      <w:r>
        <w:br/>
        <w:t>Ні теплого проміння, ні гарної квітки, ні веселої пташки, одно тобі – дощ, дощ, дощ, дрібний, густий, холодний.</w:t>
      </w:r>
    </w:p>
    <w:p>
      <w:r>
        <w:br/>
        <w:t>Тісно в хаті, обридли хатні виграшки, осоружіли всі цяцьки, та й тих уже обмаль зосталося цілих: усі коні без хвостів, москалики без голів, ляльки без рук, без ніг; сліпі та лисі, книжки й малюнки в клаптиках, увесь останній дріб’язок просто у сміття повернувся.</w:t>
      </w:r>
    </w:p>
    <w:p>
      <w:r>
        <w:br/>
        <w:t>Сумно! нудно!</w:t>
      </w:r>
    </w:p>
    <w:p>
      <w:r>
        <w:br/>
        <w:t>Навіть сірий кіт, Бебко, що досі був і за товариша, і за виграшку, тепер тікає у пекарню на ніч, з-за комина його й не витягнеш, сердитий та сонний, весь у сажі, як марюка, не хоче ні гратись, ні казок своїх муркотіти.</w:t>
      </w:r>
    </w:p>
    <w:p>
      <w:r>
        <w:br/>
        <w:t>Повештавшись даремно по всіх кутках, сідає Павлусь перед вікном та й дивиться, як по шибках біжать кривулястенькі струмочки та як з стріхи капотять рясні краплі.</w:t>
      </w:r>
    </w:p>
    <w:p>
      <w:r>
        <w:br/>
        <w:t>На кінці очеретинки здіймається крапелька… набрякає… круглиться… стає довгаста… заблищала і – гульк! – одірвалася і летить додолу.</w:t>
      </w:r>
    </w:p>
    <w:p>
      <w:r>
        <w:br/>
        <w:t>Ляпнулась у калюжку, схопилася пухирем, луснула, підскочила догори і розплилася по калюжі кружалами.</w:t>
      </w:r>
    </w:p>
    <w:p>
      <w:r>
        <w:br/>
        <w:t>А на стрісі, де була вона, вже друга наливається, росте, довшає, так само, блиснувши, одривається й падає.</w:t>
      </w:r>
    </w:p>
    <w:p>
      <w:r>
        <w:br/>
        <w:t>Рядком безліч таких же краплин, усі вони роблять те ж саме. Поведе Павлусь очима по подвір’ї – і там те ж: на повітці, на винбарі, на льохові дахи мокрі і з стріх капотять краплі, тільки що здалека здаються дрібнішими та густішими, неначе скляними торочками пообвішували краї стріх. Тільки на ріжках стріхи вже не тоненькою ниточкою, а товстим перекрученим мотузом рине вода і вибиває в землі все більшу та глибшу ковбаню, де вже хлюпощуться качки та гуси.</w:t>
      </w:r>
    </w:p>
    <w:p>
      <w:r>
        <w:br/>
        <w:t>От їм, бач, не сумно й не страшно ні дощу, ні холоду! Ач, як вибілилось їхнє пір’я! Як блищать у качок дзьоби та лапи, жовті, як янтар, а в гусей червоні, як коралі. Весело їм: хлюпощуться, бігають кружка, витріпують крила, навіть пірнати силкуються, та калюжа плитка і, невдатно пірнувши самою головою, вони з сорому тільки хвостами потрушують. Водяна птиця, сказано, їй і в негоду добре, а ти от сиди, коренись отут у хаті! Качки та гуси довгою коливаючою низкою потяглися через двір до більшої калюжі, а Павлусь зоставсь на тому ж кріселкові перед вікном, за яким крапають рясні краплі та сіється дрібний, мов крізь сито, дощик.</w:t>
      </w:r>
    </w:p>
    <w:p>
      <w:r>
        <w:br/>
        <w:t>Уже він і не дивиться, тільки слухає: крап… крап… крап… кап-кап… дзінь… плюсь… крап… дзюрр!</w:t>
      </w:r>
    </w:p>
    <w:p>
      <w:r>
        <w:br/>
        <w:t>Невесела пісня, але все ж вона про щось співає, щось оповідає. Та це ж трохи схоже, як ото Бебко муркоче! Еге, отак само і спати хочеться, і крізь дрімоту щось чується і щось малюється. – "Що то, мама щось розповідає? Ні! Що то, книжка з малюнками сама перегортує листки? Ні! Чи то, може, Павлусь їде баскими кіньми по степу, а по обох боках шляху усе біжить йому назустріч? – Так ні!" Він сидить, як і сидів перед вікном, за яким ті ж краплі, та ж мряка осіннього дощу. Тільки вона стає все густіша та темніша. Ось і все затяглося таким густим туманом, що вже Павлусь нічого й не розбере.</w:t>
      </w:r>
    </w:p>
    <w:p>
      <w:r>
        <w:br/>
        <w:t>Чує тільки, як усе тіло прикипіло до кріселка, і йому ж так хочеться кудись летіти, або геть з хати, радий сам з себе вискочити.</w:t>
      </w:r>
    </w:p>
    <w:p>
      <w:r>
        <w:br/>
        <w:t>І справді, вже він не чує свого тіла, вже він стає вільний, легенький, та вже він і не один: спереду, ззаду, праворуч, ліворуч, вгорі, унизу – крутяться, скачуть, співають великі ясні краплі, усміхаються йому, кивають голівками, манять до себе прозорими тонкими рученятами.</w:t>
      </w:r>
    </w:p>
    <w:p>
      <w:r>
        <w:br/>
        <w:t>– Ходи, Павлусю, казочку розкажемо!</w:t>
      </w:r>
    </w:p>
    <w:p>
      <w:r>
        <w:br/>
        <w:t>– Ходи, Павлусю, до нас у танок!</w:t>
      </w:r>
    </w:p>
    <w:p>
      <w:r>
        <w:br/>
        <w:t>– Цитьте, сестрички! – сказала найбільша крапля. – йому кортить усе бачить, усе знати – візьмім його з собою в подорож!</w:t>
      </w:r>
    </w:p>
    <w:p>
      <w:r>
        <w:br/>
        <w:t>– Як же? Він же не крапелька!</w:t>
      </w:r>
    </w:p>
    <w:p>
      <w:r>
        <w:br/>
        <w:t>– Нічого! Я зараз! – вона бризнула на нього, освінула веселкою, і Павлусь зробився такий маленький, що вушко маминої голки здалося йому за залізну браму, нитка за колоду, а наперсток за велику залізну гору.</w:t>
      </w:r>
    </w:p>
    <w:p>
      <w:r>
        <w:br/>
        <w:t>– Нум летіти! Нум летіти! – задріботіли краплі.</w:t>
      </w:r>
    </w:p>
    <w:p>
      <w:r>
        <w:br/>
        <w:t>– Крил не маю! – хотів сказати Павлусь, але сам вчув, що він легко підіймається вгору, без перепони пролітає крізь замкнені двері – духом опиняється на даху. А там шемрає, дзвенить, капотить дощ. І Павлусь розуміє усе до словечка, що говорять дощові краплі.</w:t>
      </w:r>
    </w:p>
    <w:p>
      <w:r>
        <w:br/>
        <w:t>Крап… крап… крапотня,</w:t>
      </w:r>
    </w:p>
    <w:p>
      <w:r>
        <w:br/>
        <w:t>Плюсь… дзюрр… метушня…</w:t>
      </w:r>
    </w:p>
    <w:p>
      <w:r>
        <w:br/>
        <w:t>Ми бризочки-крапляточки,</w:t>
      </w:r>
    </w:p>
    <w:p>
      <w:r>
        <w:br/>
        <w:t>Води-неньки дитяточка.</w:t>
      </w:r>
    </w:p>
    <w:p>
      <w:r>
        <w:br/>
        <w:t>Ми чистенькі.</w:t>
      </w:r>
    </w:p>
    <w:p>
      <w:r>
        <w:br/>
        <w:t>Веселенькі,</w:t>
      </w:r>
    </w:p>
    <w:p>
      <w:r>
        <w:br/>
        <w:t>Хоч і схожі ми до сліз –</w:t>
      </w:r>
    </w:p>
    <w:p>
      <w:r>
        <w:br/>
        <w:t>Не журись!</w:t>
      </w:r>
    </w:p>
    <w:p>
      <w:r>
        <w:br/>
        <w:t>Ми співаєм, жартуємо,</w:t>
      </w:r>
    </w:p>
    <w:p>
      <w:r>
        <w:br/>
        <w:t>Проте добре працюємо</w:t>
      </w:r>
    </w:p>
    <w:p>
      <w:r>
        <w:br/>
        <w:t>Без спочинку ніч і день –</w:t>
      </w:r>
    </w:p>
    <w:p>
      <w:r>
        <w:br/>
        <w:t>Прислухайся до пісень.</w:t>
      </w:r>
    </w:p>
    <w:p>
      <w:r>
        <w:br/>
        <w:t>Прислухайся,</w:t>
      </w:r>
    </w:p>
    <w:p>
      <w:r>
        <w:br/>
        <w:t>Та навчайся.</w:t>
      </w:r>
    </w:p>
    <w:p>
      <w:r>
        <w:br/>
        <w:t>Та до праці й сам берись,</w:t>
      </w:r>
    </w:p>
    <w:p>
      <w:r>
        <w:br/>
        <w:t>Як доріс!</w:t>
      </w:r>
    </w:p>
    <w:p>
      <w:r>
        <w:br/>
        <w:t>Ми могутні, хоч малі:</w:t>
      </w:r>
    </w:p>
    <w:p>
      <w:r>
        <w:br/>
        <w:t>Бурі, грози, вихрі злі</w:t>
      </w:r>
    </w:p>
    <w:p>
      <w:r>
        <w:br/>
        <w:t>Нам не дивні, не страшні!</w:t>
      </w:r>
    </w:p>
    <w:p>
      <w:r>
        <w:br/>
        <w:t>Час, і обшир, і вогні</w:t>
      </w:r>
    </w:p>
    <w:p>
      <w:r>
        <w:br/>
        <w:t>Не злякають – ні:</w:t>
      </w:r>
    </w:p>
    <w:p>
      <w:r>
        <w:br/>
        <w:t>Ми прудкі, дрібні!</w:t>
      </w:r>
    </w:p>
    <w:p>
      <w:r>
        <w:br/>
        <w:t>Вид свій легко ми міняєм.</w:t>
      </w:r>
    </w:p>
    <w:p>
      <w:r>
        <w:br/>
        <w:t>Небезпеки уникаєм,</w:t>
      </w:r>
    </w:p>
    <w:p>
      <w:r>
        <w:br/>
        <w:t>Нам і смерть-мара</w:t>
      </w:r>
    </w:p>
    <w:p>
      <w:r>
        <w:br/>
        <w:t>Не страшна, стара.</w:t>
      </w:r>
    </w:p>
    <w:p>
      <w:r>
        <w:br/>
        <w:t>Таку співали краплинки, стрибаючи з стріхи в калюжу. Круть-круть, хлюп-хлюп! – оббігли її кругом.</w:t>
      </w:r>
    </w:p>
    <w:p>
      <w:r>
        <w:br/>
        <w:t>– Ану, чи не можна де б пробитись? Нудно сидіти без роботи на одному місці!</w:t>
      </w:r>
    </w:p>
    <w:p>
      <w:r>
        <w:br/>
        <w:t>Ага! ось тут пісочок м’якший, ніж ота слизька глина – риймо-риймо швидше: подається!</w:t>
      </w:r>
    </w:p>
    <w:p>
      <w:r>
        <w:br/>
        <w:t>Ось і продовбали дірку! Швидше біжім! Ось і рівчачок прорізався! Риньмо далі!</w:t>
      </w:r>
    </w:p>
    <w:p>
      <w:r>
        <w:br/>
        <w:t>Прощайте, качки, гуси, прощайте, хати, повітки, тини! Ось уже й на вулиці!</w:t>
      </w:r>
    </w:p>
    <w:p>
      <w:r>
        <w:br/>
        <w:t>З усіх дворів біжать говіркі струмочки кривими рівчачками.</w:t>
      </w:r>
    </w:p>
    <w:p>
      <w:r>
        <w:br/>
        <w:t>– Здорові, сестри! Приставайте до нас!</w:t>
      </w:r>
    </w:p>
    <w:p>
      <w:r>
        <w:br/>
        <w:t>Краплі зливаються, ростуть струмки, ширшають калюжі, усі ямки, усі колії залило, горбки лиш де-не-де пишаються, ну, та дарма! Доберуться краплі і до їх! Ось і сонечко з-за хмар визирнуло.</w:t>
      </w:r>
    </w:p>
    <w:p>
      <w:r>
        <w:br/>
        <w:t>– О, як же гарно! Сонечко нас позолочує! Воно сипле на нас перли, коралі! Ну ж бо жвавіше бігайте, кружляйте, бач, якою парчевою пеленою ми вкрили вуличну грязюку!</w:t>
      </w:r>
    </w:p>
    <w:p>
      <w:r>
        <w:br/>
        <w:t>– Але що ж це? Вітер сердиться, вітер б’є нас! Та він і хмар не жалує: ач, як шматує, гонить кудись, аж небо посиніло! Мабуть, і сонце його злякалося: он як за гору чкурнуло! Темно… Аяй-яй, яка шкода: обікрав нас вітер, здер нашу дорогу парчу! Як сумно, як холодно! Що це, сестри, ви вже не хочете танцювати? Чого спиняєтесь? Чи спати хочете?</w:t>
      </w:r>
    </w:p>
    <w:p>
      <w:r>
        <w:br/>
        <w:t>– Ні, ми спати ще не хочемо, ми хочемо бігти, але нас хтось не пускає, давить… Ой-ой, шпигає як! ріже, тисне. Укриймося, сестри, чим-будь од його. Давайте сюди от і тонесенькі голочки, ниточки, плетіть прозоре плетиво – так! Міцніше, гучніше! Ну хай тепер мороз прасує, кує та душить зверх кожуха – тепер не боїмось!</w:t>
      </w:r>
    </w:p>
    <w:p>
      <w:r>
        <w:br/>
        <w:t>– Ач, як ходить, як гуде зверх криги! Як лущить під важкою ходою крижаний наш дах! Хай собі, а ми втечем, сховаємось у землю, вона ше трохи тепла!</w:t>
      </w:r>
    </w:p>
    <w:p>
      <w:r>
        <w:br/>
        <w:t>І побігли крапельки униз, урилися у темну, м’яку, як робаки, а мороз зверху стука, глибше заганяє. Глина-зрадниця придержує, зате пісочок плохенький, він пускає далі.</w:t>
      </w:r>
    </w:p>
    <w:p>
      <w:r>
        <w:br/>
        <w:t>– А хто то збоку заклика нас до себе?</w:t>
      </w:r>
    </w:p>
    <w:p>
      <w:r>
        <w:br/>
        <w:t>– А, то голодні спраглі корінця? Добре! Ми вас напоїмо, нагодуємо!</w:t>
      </w:r>
    </w:p>
    <w:p>
      <w:r>
        <w:br/>
        <w:t>Крапельки метнулися попід землею, розмочили дрібні крихотки родючої землі, нагодували беззубих немовляток, що навпомацки риються під землею, роззявляють малесенькі роти. Повеселішали корінці:</w:t>
      </w:r>
    </w:p>
    <w:p>
      <w:r>
        <w:br/>
        <w:t>– Ну, – кажуть, – тепер можна і заснути, поки що до весни, та силки набратись.</w:t>
      </w:r>
    </w:p>
    <w:p>
      <w:r>
        <w:br/>
        <w:t>А краплям уже й не сидиться: не всім же їм бути няньками. Біжать далі.</w:t>
      </w:r>
    </w:p>
    <w:p>
      <w:r>
        <w:br/>
        <w:t>Ось повився під землею темний хід. Куди він веде? А, то джерело! Попростували туди ледачіші:</w:t>
      </w:r>
    </w:p>
    <w:p>
      <w:r>
        <w:br/>
        <w:t>– Ми, – кажуть, – трохи одпочинемо, у колодязі хоч темно і тихо, але не холодно, а мороз сюди не дістанеться.</w:t>
      </w:r>
    </w:p>
    <w:p>
      <w:r>
        <w:br/>
        <w:t>Другі ж не схотіли спочивати, бігли та й бігли підземним ходом далі.</w:t>
      </w:r>
    </w:p>
    <w:p>
      <w:r>
        <w:br/>
        <w:t>Дорогою не раз нападали на дрібки солі або вапна і, ласі, зараз висмоктували, навіть залізну або мідяну руду облизували і ринули все далі.</w:t>
      </w:r>
    </w:p>
    <w:p>
      <w:r>
        <w:br/>
        <w:t>А здалю чулося вже якийсь гомін, бурхання, рев.</w:t>
      </w:r>
    </w:p>
    <w:p>
      <w:r>
        <w:br/>
        <w:t>– То, сестри, вже Дніпро недалеко! О, як змагається старий! Яка там війна кипить! То наш народ бореться з вітром, з морозом. Мерщій туди!</w:t>
      </w:r>
    </w:p>
    <w:p>
      <w:r>
        <w:br/>
        <w:t>І справді: по всій річці розгойдалися високі хвилі, стрибають, шумують, викидають брили чужої криги, що поніс вітер, бурхають сердито.</w:t>
      </w:r>
    </w:p>
    <w:p>
      <w:r>
        <w:br/>
        <w:t>А мороз з вітром кригу до криги, кують міцні кайдани, звужують могутню течію.</w:t>
      </w:r>
    </w:p>
    <w:p>
      <w:r>
        <w:br/>
        <w:t>І день і ніч клекотіла борня. Все вище та ширше по берегах здіймалися стоги криги, поміж ними снувалися тоненькі зернятка морозного сала, що з себе скидали ярливі хвилі. Тільки ще посередині Дніпра билася чорна бистря.</w:t>
      </w:r>
    </w:p>
    <w:p>
      <w:r>
        <w:br/>
        <w:t>– Годі! – сказав мороз вітрові.</w:t>
      </w:r>
    </w:p>
    <w:p>
      <w:r>
        <w:br/>
        <w:t>Вітер вщух. Зоряна нічка налягла. Заспокоївся старий Дніпро, розпростав свої потомлені хвилі, думка, хоч уночі трохи одпочину.</w:t>
      </w:r>
    </w:p>
    <w:p>
      <w:r>
        <w:br/>
        <w:t>А лукавий мороз викрався з-за стосів криги і накинув на сплячого прозоре плетиво:</w:t>
      </w:r>
    </w:p>
    <w:p>
      <w:r>
        <w:br/>
        <w:t>– Тпру, старий, не пручайся!</w:t>
      </w:r>
    </w:p>
    <w:p>
      <w:r>
        <w:br/>
        <w:t>І замовк сивий Дніпро, занімів, завмер. Тільки безпорадно дивиться в небо біластими мерзлими очима. Та чи ж справді він умер?</w:t>
      </w:r>
    </w:p>
    <w:p>
      <w:r>
        <w:br/>
        <w:t>Куди там! Під льодовою покрівлею так же ж біжать водяні краплі, злучені у велику течію, то розіб’ються об стрічний камінь, то обкрутяться кру корча, розчешуться об густий очерет.</w:t>
      </w:r>
    </w:p>
    <w:p>
      <w:r>
        <w:br/>
        <w:t>А там, на дні, хоч мляво і півсонно, сновигають риби. Онде старий короп на чатах стереже товаришів, що лавою залягли у намулі та й сплять. Он лінивий лин смокче крізь сон баговиння. Он карась сторожко перебирається з-під корча в друге місце, бо не раз уже бачив, як мелькнув довгий хвіст зубатої щуки. Нетерплячі синці та рибці швендяють, шукають віконця в льодовій покрівлі – дарма! Зашклив мороз річку: і видко сонце та киваючі очеретяні китиці, але не діждатись уже комарів, комах та ситих робаків, ласої літньої здобичі! А голод дошкуля, холод допіка! Крутяться ненажери-щуки, судаки та окуні, гоняться за бідними плітками, верховодками, усякою річною малькою. Бідна маліч не зна, де й подітись, тиснеться у кожну продухвину, кожну ополонку, щоб хоч дихнути вільно.</w:t>
      </w:r>
    </w:p>
    <w:p>
      <w:r>
        <w:br/>
        <w:t>А там уже рибалки під захистом очеретяного куля пристроїли свої вудки та блешні і дожидаються – не мальки – ні! нашо їм та малька здалася? – а великих хижаків, що гоняться за нею.</w:t>
      </w:r>
    </w:p>
    <w:p>
      <w:r>
        <w:br/>
        <w:t>Надивилися краплі водяні на зимове життя річного дна, ринуть далі. Дорогою часом нападали на лотоки у млин, у тартак, перекрутилися там на обмерзаючому колесі, погрілися-погрілися у веселому кружлянні, змололи по кілька мішків пашні і побігли далі. Деякі цікаві зазирнули були й поза млин – ну, та там і прикував їх мороз до опуста, до ляд. до берегів, небагатьом вдалося-таки проритись у землю та вернутись до Дніпра.</w:t>
      </w:r>
    </w:p>
    <w:p>
      <w:r>
        <w:br/>
        <w:t>Тимчасом другі простували собі стрижнем аж туди, звідки вітром дихає Чорне море, де говоре-співає широкий Лиман.</w:t>
      </w:r>
    </w:p>
    <w:p>
      <w:r>
        <w:br/>
        <w:t>Поки вони добігли, мороз уже попередив їх і там: понаставляв сторч шерехів, зашклив тихі плеса, єрики, прибрав верби та комиші у срібний іній. Тільки ніяк не зборе великого Лиману: суворо ходять по йому довгі високі хвилі, змагаються з вітром, ринуть назустріч солоним хвилям морським. А ті вже й зовсім не бояться: нема влади морозові над солоними!</w:t>
      </w:r>
    </w:p>
    <w:p>
      <w:r>
        <w:br/>
        <w:t>Розсердився мороз, що ніяк не зв’яже хвиль та й шепонув вітрові: "Збирай, брате, зверху солодку воду помалу, а солона хай уже к лихій годині зостається тут!" Послухавсь вітер.</w:t>
      </w:r>
    </w:p>
    <w:p>
      <w:r>
        <w:br/>
        <w:t>Ото причаїться, підгляне, де з нагрітих солоних хвиль курить, махне у жменю та й знов засіда, а з води знов вилітають дрібнюсінькі паринки, хитро прибрані до льоту: ото надметься мала крапелька духом, підскочить, як резиновий пухирчик, і попливе по вітру. А вітер і радий: м’якенькі пухирці легше носити, ніж змагатися з важкою хвилею або вергати гострі крижини. Зігнав вітер чимало з води паринок, збив його в туман, згорнув його сувоями, клубками, скинув на плечі і гайда – високо-далеко…</w:t>
      </w:r>
    </w:p>
    <w:p>
      <w:r>
        <w:br/>
        <w:t>– Цитьте! До сонечка вас несу! – шепнув парникам, а ті й раді!</w:t>
      </w:r>
    </w:p>
    <w:p>
      <w:r>
        <w:br/>
        <w:t>Плинуть у повітрі паринки густою сивою хмарою і розглядаються навкруги: над ними високе безкрає небо, під ними глибоко рідна земля.</w:t>
      </w:r>
    </w:p>
    <w:p>
      <w:r>
        <w:br/>
        <w:t>Широко розляглися зорані чорні поля, наїжилися темні ліси, блискучими мертвими гадюками повилися замерзлі річки, біласті, як мертве око, дивляться у небо озера та ставки.</w:t>
      </w:r>
    </w:p>
    <w:p>
      <w:r>
        <w:br/>
        <w:t>Не чуть на землі веселого зеленого шуму, не чуть ні пташиного щебету, ні косарських співів на нивах, ні голосу череди на пастівнях.</w:t>
      </w:r>
    </w:p>
    <w:p>
      <w:r>
        <w:br/>
        <w:t>Звірі в лісі підрунилися-підпушилися, тільки вони тепер і подають голос та й то з голоду.</w:t>
      </w:r>
    </w:p>
    <w:p>
      <w:r>
        <w:br/>
        <w:t>Глухо і німо журиться земля, аж репається з туги. І знають крапельки, як боляче їй, добрій матері, репатись: адже ж скільки корінців перерветься, скільки рослин загине, скільки бідних комах та робачків померзне!</w:t>
      </w:r>
    </w:p>
    <w:p>
      <w:r>
        <w:br/>
        <w:t>Зелені вруна, шовкова отава помарніли: їхні буйні чуприни настовбурчились, почорніли: як не буде чим їх прикрити, поломляться, потрощаться од дужчих морозів тоненькі стебельця, добереться мороз до ніжних корінців. І шкода стало краплинкам старої землі з її нерушними дітьми: не можуть, сердешні, і собі перекинутись, як краплинки, у пар та летіти до теплого сонечка.</w:t>
      </w:r>
    </w:p>
    <w:p>
      <w:r>
        <w:br/>
        <w:t>Засумувала сивая хмарка, голі вже й до сонечка летіти, себе тішити. Думає-гадає, як би їй на землю спуститись.</w:t>
      </w:r>
    </w:p>
    <w:p>
      <w:r>
        <w:br/>
        <w:t>Нема ж у кого поради спитать: сонце здалека тільки сміється, а блакита мовчки синіє.</w:t>
      </w:r>
    </w:p>
    <w:p>
      <w:r>
        <w:br/>
        <w:t>Та вітер нараяв: "Спинись, – каже, – та попроси мороза, хай тебе забере!"</w:t>
      </w:r>
    </w:p>
    <w:p>
      <w:r>
        <w:br/>
        <w:t>Спинилася хмара в блакиті, всі її дрібненькі паринки принишкли, слухають, як їх перебира мороз-чарівник. Глянуло сонце, а вони так і замигтіли дрібнюсінькими голочками-скалочками, стали під руками діда складатись у прехороші клинчики, пір’ячко, зірочки, квіточки. А дід ще іі підганяє, бо ніколи, мовляв, з самим снігом панькатись, ще й на землі роботи багато!</w:t>
      </w:r>
    </w:p>
    <w:p>
      <w:r>
        <w:br/>
        <w:t>Затанцювали сніжки, закрутилися, вітер аж чмухнув, підхопив їх і поніс на землю.</w:t>
      </w:r>
    </w:p>
    <w:p>
      <w:r>
        <w:br/>
        <w:t>Щодалі все важчала хмара, бо до неї приставали й другі, вкривали небо, неначе сивим хутром. Засапався вітер, так важко йому, нижче та нижче спускається. От уже й об верхогір’я черкається, скелі ловлять хмари за хвіст, ось і ліси вже чешуть їхні волохаті бороди.</w:t>
      </w:r>
    </w:p>
    <w:p>
      <w:r>
        <w:br/>
        <w:t>– І-гі-гі! – засміявся вітер та й кинув снігові хмари своїй жінці-метелиці.</w:t>
      </w:r>
    </w:p>
    <w:p>
      <w:r>
        <w:br/>
        <w:t>Зареготалася, завищала вона, підхопила хмари й давай скубти та розсівати м’який сніг.</w:t>
      </w:r>
    </w:p>
    <w:p>
      <w:r>
        <w:br/>
        <w:t>Вітер наганяє, метелиця крутить. Завели таке, що й світу божого не видко – аж курить!</w:t>
      </w:r>
    </w:p>
    <w:p>
      <w:r>
        <w:br/>
        <w:t>Тендітні сніжинки кришаться, ламаються, збиваються у великі клапті, летять і сідають на безлисті гілляки, на настовбурчену траву, на голу порепану та переорану землю, на мертві очі озер та річок. "Ох! – зітхнула земля, – як же гарно, м’яко, тепло! Вгамуйся, бога ради, метелице, не рви з мене цього білого кожуха! Дай хоч трохи одпочити!"</w:t>
      </w:r>
    </w:p>
    <w:p>
      <w:r>
        <w:br/>
        <w:t>Послухалася метелиця. Тихою ходою, як порядна господиня, пішла, укриває голі лисинки, розрівнює снігові замети. І ось стишилось зовсім.</w:t>
      </w:r>
    </w:p>
    <w:p>
      <w:r>
        <w:br/>
        <w:t>Розстелила по всій землі пухку білу ковдру, зверху поклала найдобірніші яски-сніжинки й пішла геть доганяти вітра.</w:t>
      </w:r>
    </w:p>
    <w:p>
      <w:r>
        <w:br/>
        <w:t>Зійшло вранці сонечко, сказало: "Гаразд!" – і засміялося. Од радощів сніг почервонів, як весняна рожа, яски на йому загискріли. як роса на траві влітку.</w:t>
      </w:r>
    </w:p>
    <w:p>
      <w:r>
        <w:br/>
        <w:t>Спочиває земля, викрашається у срібно-пушистих шатах. Тихо-сумирно лежать сніжинки, а самі прислухаються, що говорять їхні сестри попід землею.</w:t>
      </w:r>
    </w:p>
    <w:p>
      <w:r>
        <w:br/>
        <w:t>А ті, байдуже, що темно, байдуже, що кора важка налягає, знай, роблять невпинну роботу.</w:t>
      </w:r>
    </w:p>
    <w:p>
      <w:r>
        <w:br/>
        <w:t>Одні недовго всиділи в криниці: понабиралися у відра, у цебри, вилилися у жолоби. Жадібно та весело випивали їх воли, корови, коні, овечки та вибриком, вискоком верталися у стійла, під повітки. І там знайшлася краплям робота: з рота вони пірнули худобі у живіт, у кишки, у кров, навіть у мозок, у кістки позабиралися і такого багато побачили, що безконечну казку могли б розказати.</w:t>
      </w:r>
    </w:p>
    <w:p>
      <w:r>
        <w:br/>
        <w:t>Другі попали до людей. І чого тільки вони не робили у цих хазяїв землі!</w:t>
      </w:r>
    </w:p>
    <w:p>
      <w:r>
        <w:br/>
        <w:t>Одні розливались по підлозі, по східцях, змивали бруд і, загнані наймиччиною ганчіркою у помийницю, попадали в одливну трубу і поспіхом бігли у землю.</w:t>
      </w:r>
    </w:p>
    <w:p>
      <w:r>
        <w:br/>
        <w:t>Другі попадали в сусіди до вогню. Ой, як же вони сердилися на його: шуміли, скакали бульбами, булькотали, перекидались у маленькі гарячі пухирці-паринки і вилітали з хати, другі, не вспівши цього зробити, попадали у ночви, у балії, де лежало брудне шмаття, і гуртом з праччиними червоними руками та гірким-їдучим милом перетворяли брудне шмаття на білу, як сніг, білизну. Після цього їх виливали в одливну трубу, і вони бігли під землею аж до річки розказати свої пригоди.</w:t>
      </w:r>
    </w:p>
    <w:p>
      <w:r>
        <w:br/>
        <w:t>Інші у душній гарячій лазні пестили-порали багато людей, колихали у ночвах маленьких діточок. Після цього, поділившись на дві партії: одні парою вилітали з високого димаря, другі з спускної труби виливались і бігли рівчаком до річки. Багато попадало перше в горщики з стравою, кипіли, парували, потім залазили людям в рот, у живіт, у кишки, у жили.</w:t>
      </w:r>
    </w:p>
    <w:p>
      <w:r>
        <w:br/>
        <w:t>Багато водяних краплин попало на заводи та фабрики – ну цим не так-то легко було видертись на волю; заперли їх люди у великих казанах, загнали у міцні труби, замкнули звідусіль, почали пекти вогнем, так що всі краплинки раптом обернулися в пару, але й тоді ще зараз їх не пускали. Пара з усієї сили билася об свої стінки, вириваючись на волю, штовхала їх, крутила, совала, аж свистіла од радощів, як знаходила щілинку.</w:t>
      </w:r>
    </w:p>
    <w:p>
      <w:r>
        <w:br/>
        <w:t>Од цієї муки та борні паринок аж ходором ходили парові млини, махали, гойдалися над роботою усякі машини, крутилися колеса і бігли паровози. Лиш перегріту перероблену пару випускали з високих труб, і вона пищала, гула і ревла над городом на всі голоси, розпливалася зразу клубчастими кучерями, а потім синім покривалом стелилася і поволі спадала на землю, сідала ожеледдю та інеєм.</w:t>
      </w:r>
    </w:p>
    <w:p>
      <w:r>
        <w:br/>
        <w:t>Не раз і не два поверталися краплини з-над землі під землю, а їхні сестріші-сніжинки все лежали тихо, нерухомо. Аж ось піл білою ковдрою відпочила, виспалась натомлена земля, молоденькі корінці та паростки напилися соку земляного, набралися сили; одного ще їм бракувало – сонця. Та й воно не забарилося: частіше стало одвідувати землю, раніше вставало, пізніше лягало.</w:t>
      </w:r>
    </w:p>
    <w:p>
      <w:r>
        <w:br/>
        <w:t>Слухали сніжинки, як під землею буркочуть і зітхають їхні сестриці, скортіло й самим знов пуститись у вічну водяну подорож, у темні надра землі або в надзоряні високості. Заворушились вони, почали скидати з себе сніговий свій вид. Дарма мороз на ніч кував їх: не хотять складатись у сніжинки та й край! Так хіба кригою облипнуть на гілках, на камінцях та й то вночі – а вдень усе під землю продираються.</w:t>
      </w:r>
    </w:p>
    <w:p>
      <w:r>
        <w:br/>
        <w:t>Бачить мороз – несила йому, старому, з ясним сонечком та молодим вітром змагатись, посунув однієї ночі далеко в ту сторону, де сонця одвіку не буває. Глянуло сонце вранці – так і зашепотів сірий дірявий сніг, задзвеніли з стріхи краплі рясні, задзюрчали струмки, зашуміли річки. К вечору здувся Дніпро, посинів, ахнув, репнув у кількох місцях, випнув могутню спину і – поломив крижаний намет, розкидав холодні кайдани. Зашуміли вільні хвилі, захлюпалися в береги, а брудні крижини з сорому стали чорніти й танути.</w:t>
      </w:r>
    </w:p>
    <w:p>
      <w:r>
        <w:br/>
        <w:t>Незабаром з землі виткнулись молоденькі, ще червоні або жовті ключки, під сонцем позеленіли, розгорнулись – і заряхтіла шовкова зелена травиця. У високому небі, слідом за легенькими теплими хмарами, потяглися ключі журавлів, зграї пташок. А сонце вже не то що гріє, а просто пече. На деревах бруньки лускаються, листячко розгортається, дерево цвісти хоче, а дощику нема – сохнуть пуп’яшки квітковії, в’януть молоді листячка. Важко дихає земля, дощику просить.</w:t>
      </w:r>
    </w:p>
    <w:p>
      <w:r>
        <w:br/>
        <w:t>Вчули крапельки: знов скинулись парниками, легким туманом вранці розстелились над землею. Вхопив вітер туман, згорнув у хмару і поніс угору. Хмари зустрілися з хмарами, моргнули одна одній блискавками, зареготалися веселим громом, і полився теплий пахучий весняний дощик. Крап-крап-крап-цюррр! От і пробіг. Ах, як гарно, як грає сонечко діамантами у ясних краплинках, що повисли скрізь на зелених гілках, на бідних вишневих квітах! Як пахне земля!</w:t>
      </w:r>
    </w:p>
    <w:p>
      <w:r>
        <w:br/>
        <w:t>– Мамочко, як гарно! – скрикнув Павлусь.</w:t>
      </w:r>
    </w:p>
    <w:p>
      <w:r>
        <w:br/>
        <w:t>– Що тобі, синку? – заклопотано вбігла мама з другої кімнати.</w:t>
      </w:r>
    </w:p>
    <w:p>
      <w:r>
        <w:br/>
        <w:t>– Мамо! ах який дощик теплесенький, сонечко, весна!</w:t>
      </w:r>
    </w:p>
    <w:p>
      <w:r>
        <w:br/>
        <w:t>– Еге-ге, це ти, синку, бачу, заснув? Де там та весна, де те сонечко! Дощ, грязюка – нема ще весни, синку!</w:t>
      </w:r>
    </w:p>
    <w:p>
      <w:r>
        <w:br/>
        <w:t>– Буде, мамо, буде, мені крапельки сказали.</w:t>
      </w:r>
    </w:p>
    <w:p>
      <w:r>
        <w:br/>
        <w:t>– Крапельки? Де ж це ти був, синку, що вони тобі казали?</w:t>
      </w:r>
    </w:p>
    <w:p>
      <w:r>
        <w:br/>
        <w:t>– Скрізь: під землею був, під водою, у хмарках був.</w:t>
      </w:r>
    </w:p>
    <w:p>
      <w:r>
        <w:br/>
        <w:t>– Еге-ге, та то їй, бачу, синку, заснув під дощик!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Краплі-мандрівниці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