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Козацькі жарти</w:t>
      </w:r>
    </w:p>
    <w:p>
      <w:r>
        <w:br/>
        <w:t xml:space="preserve"> Козацькі жарти.</w:t>
      </w:r>
    </w:p>
    <w:p>
      <w:r>
        <w:br/>
        <w:t>КОЗАЦЬКА МОЛИТВА</w:t>
      </w:r>
    </w:p>
    <w:p>
      <w:r>
        <w:br/>
        <w:t>До церкви причвалав старий козак.&lt;br /&gt;</w:t>
        <w:br/>
        <w:t>В поклоні ледь не до землі зігнувся:&lt;br /&gt;</w:t>
        <w:br/>
        <w:t>— Зроби, о Боже милосердний, так,&lt;br /&gt;</w:t>
        <w:br/>
        <w:t>Щоб я сьогодні ж в турка обернувся!&lt;br /&gt;</w:t>
        <w:br/>
        <w:t>Почув слова ці випадково піп,&lt;br /&gt;</w:t>
        <w:br/>
        <w:t>Що і походи знав в житті, і битви:&lt;br /&gt;</w:t>
        <w:br/>
        <w:t>— Ти, батьку, збожеволів?&lt;br /&gt;</w:t>
        <w:br/>
        <w:t>Чи осліп?&lt;br /&gt;</w:t>
        <w:br/>
        <w:t>Що за безглузді просьби і молитви?&lt;br /&gt;</w:t>
        <w:br/>
        <w:t>Хіба не турок напада на Січ?&lt;br /&gt;</w:t>
        <w:br/>
        <w:t>Хіба не він чига на нас край шляху?&lt;br /&gt;</w:t>
        <w:br/>
        <w:t>Козак зітхнув:&lt;br /&gt;</w:t>
        <w:br/>
        <w:t>— Не в тому, отче, річ!&lt;br /&gt;</w:t>
        <w:br/>
        <w:t>Я зроду не молився ще аллаху.&lt;br /&gt;</w:t>
        <w:br/>
        <w:t>Конини навіть в рот я не беру,&lt;br /&gt;</w:t>
        <w:br/>
        <w:t>А навпаки — люблю вминати сало.&lt;br /&gt;</w:t>
        <w:br/>
        <w:t>Я просто хочу, щоб, коли помру,&lt;br /&gt;</w:t>
        <w:br/>
        <w:t>Хоч на одного турка менше стало!</w:t>
      </w:r>
    </w:p>
    <w:p>
      <w:r>
        <w:br/>
        <w:t>ПАСТУХ</w:t>
      </w:r>
    </w:p>
    <w:p>
      <w:r>
        <w:br/>
        <w:t>Просвіща хлопчину&lt;br /&gt;</w:t>
        <w:br/>
        <w:t>Мудрий дід Явтух:&lt;br /&gt;</w:t>
        <w:br/>
        <w:t>— Будь-який мужчина&lt;br /&gt;</w:t>
        <w:br/>
        <w:t>Перш за все — пастух.&lt;br /&gt;</w:t>
        <w:br/>
        <w:t>Хлопець смика вуса:&lt;br /&gt;</w:t>
        <w:br/>
        <w:t>— Це не зовсім так.&lt;br /&gt;</w:t>
        <w:br/>
        <w:t>Є ще швець, є слюсар,&lt;br /&gt;</w:t>
        <w:br/>
        <w:t>Стельмах і бортняк.&lt;br /&gt;</w:t>
        <w:br/>
        <w:t>Той он сіті в’яже,&lt;br /&gt;</w:t>
        <w:br/>
        <w:t>Той струга човни…&lt;br /&gt;</w:t>
        <w:br/>
        <w:t>— Все одно, — дід каже, —&lt;br /&gt;</w:t>
        <w:br/>
        <w:t>Пастухи вони.&lt;br /&gt;</w:t>
        <w:br/>
        <w:t>Бо якщо в мужчини&lt;br /&gt;</w:t>
        <w:br/>
        <w:t>У порядку все,&lt;br /&gt;</w:t>
        <w:br/>
        <w:t>Він жінок очима&lt;br /&gt;</w:t>
        <w:br/>
        <w:t>Все життя пасе!</w:t>
      </w:r>
    </w:p>
    <w:p>
      <w:r>
        <w:br/>
        <w:t>ЩО ТРЕБА ДЛЯ ЩАСТЯ</w:t>
      </w:r>
    </w:p>
    <w:p>
      <w:r>
        <w:br/>
        <w:t>Казав це часто Козак Загреба:&lt;br /&gt;</w:t>
        <w:br/>
        <w:t>— Хіба для щастя багацько треба?&lt;br /&gt;</w:t>
        <w:br/>
        <w:t>Аби на волі, аби від серця&lt;br /&gt;</w:t>
        <w:br/>
        <w:t>І пучка солі, і трішки перцю.&lt;br /&gt;</w:t>
        <w:br/>
        <w:t>Та свіжа риба, та юшка вдала,&lt;br /&gt;</w:t>
        <w:br/>
        <w:t>Та кусень хліба, та чвертка сала.&lt;br /&gt;</w:t>
        <w:br/>
        <w:t>Та для утруски сивухи чарка,&lt;br /&gt;</w:t>
        <w:br/>
        <w:t>Та для закуски — кума Одарка.</w:t>
      </w:r>
    </w:p>
    <w:p>
      <w:r>
        <w:br/>
        <w:t>БОЛЯЧКИ</w:t>
      </w:r>
    </w:p>
    <w:p>
      <w:r>
        <w:br/>
        <w:t>У дворі, усівшись на дрючки&lt;br /&gt;</w:t>
        <w:br/>
        <w:t>Й дражнячи собачку,&lt;br /&gt;</w:t>
        <w:br/>
        <w:t>Дідугани раз про болячки&lt;br /&gt;</w:t>
        <w:br/>
        <w:t>Завели балачку.&lt;br /&gt;</w:t>
        <w:br/>
        <w:t>Перший мовив:&lt;br /&gt;</w:t>
        <w:br/>
        <w:t>— Ломить поперек.&lt;br /&gt;</w:t>
        <w:br/>
        <w:t>Другий: — В мене грижа.&lt;br /&gt;</w:t>
        <w:br/>
        <w:t>Третій свиснув:&lt;br /&gt;</w:t>
        <w:br/>
        <w:t>— Цур вам всім та пек,&lt;br /&gt;</w:t>
        <w:br/>
        <w:t>Це не дивовижа!&lt;br /&gt;</w:t>
        <w:br/>
        <w:t>Он мені говорить костоправ,&lt;br /&gt;</w:t>
        <w:br/>
        <w:t>Що у мене жаба!&lt;br /&gt;</w:t>
        <w:br/>
        <w:t>Тут четвертий плюнув і сказав:&lt;br /&gt;</w:t>
        <w:br/>
        <w:t>— А у мене — баба!</w:t>
      </w:r>
    </w:p>
    <w:p>
      <w:r>
        <w:br/>
        <w:t>ДОЖЕНИХАВСЯ…</w:t>
      </w:r>
    </w:p>
    <w:p>
      <w:r>
        <w:br/>
        <w:t>За народними мотивами,&lt;br /&gt;</w:t>
        <w:br/>
        <w:t>Дід прогнав свою бабулю&lt;br /&gt;</w:t>
        <w:br/>
        <w:t>(показав їй дулю),&lt;br /&gt;</w:t>
        <w:br/>
        <w:t>А привів додому іншу — молоду дівулю.&lt;br /&gt;</w:t>
        <w:br/>
        <w:t>От баби його зустріли й заспівали хором:&lt;br /&gt;</w:t>
        <w:br/>
        <w:t>— Чи сказився ти на старість?&lt;br /&gt;</w:t>
        <w:br/>
        <w:t>Як тобі не сором?&lt;br /&gt;</w:t>
        <w:br/>
        <w:t>Ти диви, роздонжуанивсь!&lt;br /&gt;</w:t>
        <w:br/>
        <w:t>Заіржав, мов коник!&lt;br /&gt;</w:t>
        <w:br/>
        <w:t>Та поглянь лишень на себе,&lt;br /&gt;</w:t>
        <w:br/>
        <w:t>чортів ополоник!&lt;br /&gt;</w:t>
        <w:br/>
        <w:t>Вже із хати не виходиш, бо впадеш од вітру!&lt;br /&gt;</w:t>
        <w:br/>
        <w:t>Вже сліпий, беззубий, лисий, схожий на макітру!&lt;br /&gt;</w:t>
        <w:br/>
        <w:t>Вже три чисниці до смерті,&lt;br /&gt;</w:t>
        <w:br/>
        <w:t>а він — шури-мури!&lt;br /&gt;</w:t>
        <w:br/>
        <w:t>Ти ж такий годишся&lt;br /&gt;</w:t>
        <w:br/>
        <w:t>тільки на макулатури!&lt;br /&gt;</w:t>
        <w:br/>
        <w:t>З трухляком таким возиться —&lt;br /&gt;</w:t>
        <w:br/>
        <w:t>краще утопиться!&lt;br /&gt;</w:t>
        <w:br/>
        <w:t>А та краля!&lt;br /&gt;</w:t>
        <w:br/>
        <w:t>Вона ж тобі в донечки годиться!&lt;br /&gt;</w:t>
        <w:br/>
        <w:t>— Ет! — махнув жених рукою.&lt;br /&gt;</w:t>
        <w:br/>
        <w:t>— Хай хоч і у внучки!&lt;br /&gt;</w:t>
        <w:br/>
        <w:t>Бо із вашою старою я дійшов до ручки.&lt;br /&gt;</w:t>
        <w:br/>
        <w:t>Так охляв, що вже чарчину&lt;br /&gt;</w:t>
        <w:br/>
        <w:t>взять не міг руками.&lt;br /&gt;</w:t>
        <w:br/>
        <w:t>А все тому, що й хвилини я не спав ночами.&lt;br /&gt;</w:t>
        <w:br/>
        <w:t>Бо на старість ота баба стала якась дика:&lt;br /&gt;</w:t>
        <w:br/>
        <w:t>Цілу ніч товчеться збоку, кашляє, бухика.&lt;br /&gt;</w:t>
        <w:br/>
        <w:t>Та все оха, та все стогне, наче з перепою, —&lt;br /&gt;</w:t>
        <w:br/>
        <w:t>Скільки мучитися можна з такою каргою?&lt;br /&gt;</w:t>
        <w:br/>
        <w:t>А тепер, нівроку, спати можу досхочу я:&lt;br /&gt;</w:t>
        <w:br/>
        <w:t>Моя жінка молоденька дома не ночує!</w:t>
      </w:r>
    </w:p>
    <w:p>
      <w:r>
        <w:br/>
        <w:t>ВЕНЕРА</w:t>
      </w:r>
    </w:p>
    <w:p>
      <w:r>
        <w:br/>
        <w:t>Віддаленів весільних тостів дзвін.&lt;br /&gt;</w:t>
        <w:br/>
        <w:t>Привів у дім обранку серця Гера.&lt;br /&gt;</w:t>
        <w:br/>
        <w:t>І раптом жінка чує — каже він:&lt;br /&gt;</w:t>
        <w:br/>
        <w:t>— Нівроку, ти у мене, як Венера!&lt;br /&gt;</w:t>
        <w:br/>
        <w:t>— Яка Венера? — та зчинила крик.&lt;br /&gt;</w:t>
        <w:br/>
        <w:t>— Вже дев’ятнадцять років, як я Фроська! —&lt;br /&gt;</w:t>
        <w:br/>
        <w:t>Зненацька розгубився чоловік:&lt;br /&gt;</w:t>
        <w:br/>
        <w:t>— Гм, це ж красуня є така —&lt;br /&gt;</w:t>
        <w:br/>
        <w:t>Мілоська…&lt;br /&gt;</w:t>
        <w:br/>
        <w:t>— Красуня?&lt;br /&gt;</w:t>
        <w:br/>
        <w:t>О, то лестиш ти мені!&lt;br /&gt;</w:t>
        <w:br/>
        <w:t>Хоч тут і збожеволіти не шутка —&lt;br /&gt;</w:t>
        <w:br/>
        <w:t>Цей стан, цей бюст, ці рученьки міцні…&lt;br /&gt;</w:t>
        <w:br/>
        <w:t>А втім, стривай,&lt;br /&gt;</w:t>
        <w:br/>
        <w:t>Венера ж та безрука!&lt;br /&gt;</w:t>
        <w:br/>
        <w:t>Тут Гера кулаком об столик — грюк:&lt;br /&gt;</w:t>
        <w:br/>
        <w:t>— Хіба ж я про красу і габарити?&lt;br /&gt;</w:t>
        <w:br/>
        <w:t>Та я про те, що ти немов без рук —&lt;br /&gt;</w:t>
        <w:br/>
        <w:t>Ні шить, ні прать не вмієш, ні варити!</w:t>
      </w:r>
    </w:p>
    <w:p>
      <w:r>
        <w:br/>
        <w:t>ГОТОВНІСТЬ №1</w:t>
      </w:r>
    </w:p>
    <w:p>
      <w:r>
        <w:br/>
        <w:t>У кіно якось Данило&lt;br /&gt;</w:t>
        <w:br/>
        <w:t>Із знайомою сидів.&lt;br /&gt;</w:t>
        <w:br/>
        <w:t>— Щодо загсу як ти, мила? —&lt;br /&gt;</w:t>
        <w:br/>
        <w:t>В вухо їй зашепотів.&lt;br /&gt;</w:t>
        <w:br/>
        <w:t>— Я готова, — каже Катря, —&lt;br /&gt;</w:t>
        <w:br/>
        <w:t>Але є один нюанс:&lt;br /&gt;</w:t>
        <w:br/>
        <w:t>Може, треба почекати,&lt;br /&gt;</w:t>
        <w:br/>
        <w:t>Доки скінчиться сеанс?</w:t>
      </w:r>
    </w:p>
    <w:p>
      <w:r>
        <w:br/>
        <w:t>ЕПІЛОГ</w:t>
      </w:r>
    </w:p>
    <w:p>
      <w:r>
        <w:br/>
        <w:t>В крові у нас козацькі гени.&lt;br /&gt;</w:t>
        <w:br/>
        <w:t>В душі у нас весела Січ.&lt;br /&gt;</w:t>
        <w:br/>
        <w:t>Вона дарує нам натхнення,&lt;br /&gt;</w:t>
        <w:br/>
        <w:t>Вона співає день і ніч.&lt;br /&gt;</w:t>
        <w:br/>
        <w:t>Її імення на скрижалі&lt;br /&gt;</w:t>
        <w:br/>
        <w:t>Удячне людство занесло,&lt;br /&gt;</w:t>
        <w:br/>
        <w:t>Бо запорожець і на палі&lt;br /&gt;</w:t>
        <w:br/>
        <w:t>Жартує, ворогу на зло.&lt;br /&gt;</w:t>
        <w:br/>
        <w:t>Зубами недруги скрегочуть&lt;br /&gt;</w:t>
        <w:br/>
        <w:t>І їх хапають дрижаки,&lt;br /&gt;</w:t>
        <w:br/>
        <w:t>Коли сміються і регочуть&lt;br /&gt;</w:t>
        <w:br/>
        <w:t>На Запоріжжі козаки.&lt;br /&gt;</w:t>
        <w:br/>
        <w:t>Складають зброю супостати&lt;br /&gt;</w:t>
        <w:br/>
        <w:t>І їх терзає каяття,&lt;br /&gt;</w:t>
        <w:br/>
        <w:t>Бо сміх — це дух, що не зламати,&lt;br /&gt;</w:t>
        <w:br/>
        <w:t>Бо сміх — це воля до життя.&lt;br /&gt;</w:t>
        <w:br/>
        <w:t>Цей сміх — найбільша сила нині,&lt;br /&gt;</w:t>
        <w:br/>
        <w:t>Це горді крила поколінь.&lt;br /&gt;</w:t>
        <w:br/>
        <w:t>На них новітній Україні&lt;br /&gt;</w:t>
        <w:br/>
        <w:t>В майбутнє линути.&lt;br /&gt;</w:t>
        <w:br/>
        <w:t>Амінь.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Козацькі жарти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