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Козацькі могили</w:t>
      </w:r>
    </w:p>
    <w:p>
      <w:r>
        <w:br/>
        <w:t xml:space="preserve"> &lt;p&gt;Від Пляшевої до Берестечка й Острова — широке поле. Влітку 1651 року тут лютувала битва, що вписала героїчну й трагічну сторінку в історію нашого народу. І хоча тоді доля відвернулася від України, та військо під проводом Богдана Хмельницького вкрило себе невмирущою славою.</w:t>
      </w:r>
    </w:p>
    <w:p>
      <w:r>
        <w:br/>
        <w:t>Ось що розповів про ті події безсторонній свідок француз П’єр Шевальє:</w:t>
      </w:r>
    </w:p>
    <w:p>
      <w:r>
        <w:br/>
        <w:t>"В одному місці серед болота екупчились триста козаків і хоробро оборонялися проти великого числа атакуючих, які натисли на них звідусюди. Щоб довести своє зневажливе ставлення до життя, яке(поляки)обіцяли їм дарувати, та до всього, що є найціннішого в житті, вони витягали з кишень гроші та кидали їх у воду. Оточені зусібіч, вони майже всі полягли один по одному, і жоден із них не здався без бою. Врешті залишився один, який впродовж трьох годин чинив опір усьому польському війську. Він знайшов на болотяному озерці човна і прикривався його бортом від польських куль. Втративши весь свій порох, вхопив косу і відбивався нею від напасників... Козак, хоча й був прошитий чотирнадцятьма кулями, мужньо зустрів ворогів. Це вельми здивувало польських вояків і навіть його королівську величність. Короля дуже захопила хоробрість цієї людини, і він наказав гукнути, що подарує козакові життя, коли той складе зброю. На це козак гордо відповів, що про життя він уже не дбає, а хоче вмерти, як справжній вояк. Його вбив ударом списа німець, який прийшов на допомогу атакуючим..."</w:t>
      </w:r>
    </w:p>
    <w:p>
      <w:r>
        <w:br/>
        <w:t>Союзники козаків — кримські татари — втекли з поля бою, підступно полонивши Богдана Хмельницького. Та українське військо, зазнаючи величезних втрат, усе ж зуміло вийти з оточення під проводом Івана Богуна і зберегти основні сили для боротьби з польською шляхтою.</w:t>
      </w:r>
    </w:p>
    <w:p>
      <w:r>
        <w:br/>
        <w:t>Про Берестецьке поле залишив незабутні рядки Великий Кобзар:</w:t>
      </w:r>
    </w:p>
    <w:p>
      <w:r>
        <w:br/>
        <w:t>Ой, чого ти почорніло,</w:t>
      </w:r>
    </w:p>
    <w:p>
      <w:r>
        <w:br/>
        <w:t>Зеленеє поле?</w:t>
      </w:r>
    </w:p>
    <w:p>
      <w:r>
        <w:br/>
        <w:t>— Почорніло я од крові</w:t>
      </w:r>
    </w:p>
    <w:p>
      <w:r>
        <w:br/>
        <w:t>За вольную волю.</w:t>
      </w:r>
    </w:p>
    <w:p>
      <w:r>
        <w:br/>
        <w:t>Круг містечка Берестечка</w:t>
      </w:r>
    </w:p>
    <w:p>
      <w:r>
        <w:br/>
        <w:t>На чотири милі</w:t>
      </w:r>
    </w:p>
    <w:p>
      <w:r>
        <w:br/>
        <w:t>Мене славні запорожці</w:t>
      </w:r>
    </w:p>
    <w:p>
      <w:r>
        <w:br/>
        <w:t>Своїм трупом вкрили...</w:t>
      </w:r>
    </w:p>
    <w:p>
      <w:r>
        <w:br/>
        <w:t>Українці пам’ятають, українці душею наслухають мову Берестецького поля: "Почорніло я, зелене, та за вашу волю..."</w:t>
      </w:r>
    </w:p>
    <w:p>
      <w:r>
        <w:br/>
        <w:t>1914 року на Журавлисі — невеличкому острівці біля села Пляшевої — звівся мурований Георгіївський храм-пам’ятник, розписаний відомим українським художником Іваном їжакевичем та його учнями. У цьому храмі стоїть саркофаг із останками козаків та селян, полеглих у Берестецькій битві 1651 року. Сюди ж, на Журавлиху, перенесено з села Острова дерев’яну Михайлівську церкву. За переказами, Богдан Хмельницький із козаками освячували в ній перед битвою зброю. Михайлівська церква з’єднана з Георгіївським храмом 50-метровим підземним переходом. Поряд — музей із зброєю, знайденою на місці битви.</w:t>
      </w:r>
    </w:p>
    <w:p>
      <w:r>
        <w:br/>
        <w:t>Нині до цього святого місця, що носить назву "Козацькі могили", приїжджають українці з усього світу. А у червні, у дні вшанування героїв Берестецької битви сюди приходять жителі навколишніх сіл, прибувають письменники, співаки, художники та вчені. У Георгіївському храмі правиться служба на честь полеглих; посилена гучномовцями, урочисто пливе над Журавлихою і Берестецьким полем вічна луна мідноголосих дзвонів.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Козацькі могили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