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 Петро Мамарига</w:t>
      </w:r>
    </w:p>
    <w:p>
      <w:r>
        <w:br/>
        <w:t xml:space="preserve"> &lt;p&gt;Казка</w:t>
      </w:r>
    </w:p>
    <w:p>
      <w:r>
        <w:br/>
        <w:t>Козак Петро Мамарига летів на своєму коні, а татари обсідали Петра з усіх чотирьох сторін.</w:t>
      </w:r>
    </w:p>
    <w:p>
      <w:r>
        <w:br/>
        <w:t>Козак Петро Мамарига побачив перед собою степове озеро.</w:t>
      </w:r>
    </w:p>
    <w:p>
      <w:r>
        <w:br/>
        <w:t>— Гиворе! — сказав Петро своєму коню. — Удвох нам невтекти. Тікай сам. Як-не-як, а самому тобі буде легше. А я заховаюсь в озері.</w:t>
      </w:r>
    </w:p>
    <w:p>
      <w:r>
        <w:br/>
        <w:t>Петро вирізав шаблею очеретину і поплив.</w:t>
      </w:r>
    </w:p>
    <w:p>
      <w:r>
        <w:br/>
        <w:t>Гивор додивився, як Петро Мамарига сховається під водою, і тоді вискочив на горб і кинувся в степ. Та було пізно.</w:t>
      </w:r>
    </w:p>
    <w:p>
      <w:r>
        <w:br/>
        <w:t>Татари помітили Гивора і закричали:</w:t>
      </w:r>
    </w:p>
    <w:p>
      <w:r>
        <w:br/>
        <w:t>— Оце його кінь! Ловімо його коня! Без коня козак Петро Мамарига далеко не втече!</w:t>
      </w:r>
    </w:p>
    <w:p>
      <w:r>
        <w:br/>
        <w:t>Татари оточили Гивора і колом погнали на нього.</w:t>
      </w:r>
    </w:p>
    <w:p>
      <w:r>
        <w:br/>
        <w:t>Та кінь козака Петра Мамариги був не з тих коней, що підставляють свою голову: Гивор сам по собі розігнався і перескочив татар із їхніми кіньми і вже було б втік, якби, та якби не впав передніми копитами у вузький степовий рівчак.</w:t>
      </w:r>
    </w:p>
    <w:p>
      <w:r>
        <w:br/>
        <w:t>Татари спутали Гивору передні і задні ноги і сказали:</w:t>
      </w:r>
    </w:p>
    <w:p>
      <w:r>
        <w:br/>
        <w:t>— Тепер кінь козака Петра Мамариги у наших руках.Зловімо тепер самого козака Петра Мамаригу. Без коня він далеко не втече і не зайде. Озеро! Він тут, він заховався в озері, а ось і його сліди!</w:t>
      </w:r>
    </w:p>
    <w:p>
      <w:r>
        <w:br/>
        <w:t>Татари позіскакували з коней і випили кумису.</w:t>
      </w:r>
    </w:p>
    <w:p>
      <w:r>
        <w:br/>
        <w:t>Козак Петро Мамарига сидів у воді і дихав через очеретину.</w:t>
      </w:r>
    </w:p>
    <w:p>
      <w:r>
        <w:br/>
        <w:t>Він сидів посередині озера, бо знав, що татари плавати не вміють і до нього не доберуться.</w:t>
      </w:r>
    </w:p>
    <w:p>
      <w:r>
        <w:br/>
        <w:t>Була осінь, і по краях озеро вже замерзло.</w:t>
      </w:r>
    </w:p>
    <w:p>
      <w:r>
        <w:br/>
        <w:t>Синенький льодок в заберегах татар не спинив, і татари поповзли по ньому до води.</w:t>
      </w:r>
    </w:p>
    <w:p>
      <w:r>
        <w:br/>
        <w:t>— Ми цього козака Петра Мамаригу вичавимо з болота,як в'юна! — говорили татари і місили озеро вздовж і впоперек аж до того місця, де вода їм була по шию. Далі татари не йшли, бо боялись втопитись.</w:t>
      </w:r>
    </w:p>
    <w:p>
      <w:r>
        <w:br/>
        <w:t>Петро ж тим часом сидів у воді і дихав, і все теє татарське чув, що вони говорили про нього, і думав:</w:t>
      </w:r>
    </w:p>
    <w:p>
      <w:r>
        <w:br/>
        <w:t>"Говоріть мені, говоріть, а мені тут у воді тепло".</w:t>
      </w:r>
    </w:p>
    <w:p>
      <w:r>
        <w:br/>
        <w:t>— Де ти тут, козацька душа? Краще вилазь сам, та ми тобі скрутимо руки та продамо в Туреччину на базарі, аби ти знав, як воювати з нами.</w:t>
      </w:r>
    </w:p>
    <w:p>
      <w:r>
        <w:br/>
        <w:t>"От", — думав собі Петро. В небі сливіла туча, і горя не було.</w:t>
      </w:r>
    </w:p>
    <w:p>
      <w:r>
        <w:br/>
        <w:t>"От, — думав собі Петро, — хто б це моїм товаришам-козакам та звістку подав, що я тут один у воді з очеретиною в роті та дихаю через неї. Нема кому і звістки подати, хіба що, може, Гивор доскаче?.. От шкода, такий добрячий тютюн пропадає, намокне тютюн, не буде чим і люльки набити та цим тютюнцем закурити".</w:t>
      </w:r>
    </w:p>
    <w:p>
      <w:r>
        <w:br/>
        <w:t>А татари? Татари поморились та позамерзали.</w:t>
      </w:r>
    </w:p>
    <w:p>
      <w:r>
        <w:br/>
        <w:t>Намокло вилізли з озера, розвели вогнище й стали сушитися та обсихати, як наступила ніч, і озеро стало замерзати на очах.</w:t>
      </w:r>
    </w:p>
    <w:p>
      <w:r>
        <w:br/>
        <w:t>— Оце добре! Як тільки озеро геть усе чисто замерзне — тоді ми спалимо увесь очерет на ньому, а з ним ту очеретину, через яку козак Петро Мамарига дихає.Тоді волею-неволею йому доведеться пробивати головою лід і йти в наші руки. А поки що озеро замерзає — ми трохи поспимо.</w:t>
      </w:r>
    </w:p>
    <w:p>
      <w:r>
        <w:br/>
        <w:t>Татари обдивилися зв'язаного Гивора, виставили сторожу і поснули.</w:t>
      </w:r>
    </w:p>
    <w:p>
      <w:r>
        <w:br/>
        <w:t>Сторожа виїхала на горби дивитись у степ, бо козаки і вночі нападають.</w:t>
      </w:r>
    </w:p>
    <w:p>
      <w:r>
        <w:br/>
        <w:t>Закуняв у воді з очеретиною в роті і Петро Мамарига.</w:t>
      </w:r>
    </w:p>
    <w:p>
      <w:r>
        <w:br/>
        <w:t>Раз ніч — і всім людям і звірам хочеться спати, то чого б то і славному козаку Петру Мамаризі хоч не поспати, то покуняти?</w:t>
      </w:r>
    </w:p>
    <w:p>
      <w:r>
        <w:br/>
        <w:t>І Петро задрімав... Один окунь, видно, голодний, розігнався і з розгону вхопив Петра за вус. Петро — лап! — нема половини вуса! Дивиться: перед ним окунь крутиться, памороки забило.</w:t>
      </w:r>
    </w:p>
    <w:p>
      <w:r>
        <w:br/>
        <w:t>— От і тварюка! — вилаяв окуня Петро.— Ти ж то некуряще!.. Але ж як же це я покажуся тепер своїм товаришам півторавусим? Треба ж тобі таке — зайшов в озеро!.. Ото ж ніколи, коли сидиш у воді з очеретиною в зубах, ніколи не треба не те що спати, а навіть куняти! Це ж порох, мабуть, намокне і шабля...</w:t>
      </w:r>
    </w:p>
    <w:p>
      <w:r>
        <w:br/>
        <w:t>Дивився-дивився Гивор на свої пута, а потім і спробував їх на зуб.</w:t>
      </w:r>
    </w:p>
    <w:p>
      <w:r>
        <w:br/>
        <w:t>— Тепер буду добиратись до своїх задніх, — сказав собі кінь Петра Мамариги.</w:t>
      </w:r>
    </w:p>
    <w:p>
      <w:r>
        <w:br/>
        <w:t>Та як Гивор не вигинав шиї — до своїх задніх ніг він дістатись не міг.</w:t>
      </w:r>
    </w:p>
    <w:p>
      <w:r>
        <w:br/>
        <w:t>— Що робити?</w:t>
      </w:r>
    </w:p>
    <w:p>
      <w:r>
        <w:br/>
        <w:t>А робити було що. І Гивор це зробив: він став на свої передні і побіг ними в степ. Татарська сторожа вклякла. Попадала і повмирала.</w:t>
      </w:r>
    </w:p>
    <w:p>
      <w:r>
        <w:br/>
        <w:t>— Повмирали, — сказав їм Гивор, — навіть забули крикнути...</w:t>
      </w:r>
    </w:p>
    <w:p>
      <w:r>
        <w:br/>
        <w:t>— Гиворе, це ти чи хто? — спитали козаки.</w:t>
      </w:r>
    </w:p>
    <w:p>
      <w:r>
        <w:br/>
        <w:t>— Я, — сказав Гивор. — Козак мій, Петро Самійлович</w:t>
      </w:r>
    </w:p>
    <w:p>
      <w:r>
        <w:br/>
        <w:t>Мамарига, сидить в озері і дихає через очеретину.</w:t>
      </w:r>
    </w:p>
    <w:p>
      <w:r>
        <w:br/>
        <w:t>— Діло звісне, — сказали козаки. — То що?</w:t>
      </w:r>
    </w:p>
    <w:p>
      <w:r>
        <w:br/>
        <w:t>— А те, що на озері вже хвиль не стає.</w:t>
      </w:r>
    </w:p>
    <w:p>
      <w:r>
        <w:br/>
        <w:t>— Тепер чи коли?</w:t>
      </w:r>
    </w:p>
    <w:p>
      <w:r>
        <w:br/>
        <w:t>— Тепер.</w:t>
      </w:r>
    </w:p>
    <w:p>
      <w:r>
        <w:br/>
        <w:t>— Тоді по конях, — сказали козаки.</w:t>
      </w:r>
    </w:p>
    <w:p>
      <w:r>
        <w:br/>
        <w:t>Козак Петро Мамарига сидів з кобзою на траві перед козаками, і срібна чарочка була біля його коліна. Гивор стояв за козаком Петром Мамаригою і дивився через його плече.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 Петро Мамарига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