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Коза-дереза</w:t>
      </w:r>
    </w:p>
    <w:p>
      <w:r>
        <w:br/>
        <w:t xml:space="preserve"> &lt;p&gt;Дитяча комічна оперка в одній дії</w:t>
      </w:r>
    </w:p>
    <w:p>
      <w:r>
        <w:br/>
        <w:t>Дієві (співочі) партії:</w:t>
      </w:r>
    </w:p>
    <w:p>
      <w:r>
        <w:br/>
        <w:t>1. Коза-дереза.</w:t>
      </w:r>
    </w:p>
    <w:p>
      <w:r>
        <w:br/>
        <w:t>2. Лисичка-сестричка.</w:t>
      </w:r>
    </w:p>
    <w:p>
      <w:r>
        <w:br/>
        <w:t>3. Зайчик-лапанчик.</w:t>
      </w:r>
    </w:p>
    <w:p>
      <w:r>
        <w:br/>
        <w:t>4. Рак-неборак.</w:t>
      </w:r>
    </w:p>
    <w:p>
      <w:r>
        <w:br/>
        <w:t>5. Вовчик-братик.</w:t>
      </w:r>
    </w:p>
    <w:p>
      <w:r>
        <w:br/>
        <w:t>6. Ведмідь-товстолап.</w:t>
      </w:r>
    </w:p>
    <w:p>
      <w:r>
        <w:br/>
        <w:t>Хор усіх звірів, яких личини (маски) знайдуться в дітей до гри. Дія ведеться в лісі, коло лисиччиної нори під дубом. Інтродукцію-пролог співають усі гуртом при фортепіані й гармонії (можна й без нього) при завішеній сцені. На завісі можна змалювати місток через річку, дідову хату, дід коло неї й коза; або ж завісою до прологу буде звичайне біле простирадло, яко екран до магічної лампи; на нім, відповідно до тексту хору в інтродукції, показують дітям через магічну лампу малюнки: 1) базар, 2) пасовисько, 3) зустріч кози з дідом.</w:t>
      </w:r>
    </w:p>
    <w:p>
      <w:r>
        <w:br/>
        <w:t>Хор</w:t>
      </w:r>
    </w:p>
    <w:p>
      <w:r>
        <w:br/>
        <w:t>У Києві на базарі</w:t>
      </w:r>
    </w:p>
    <w:p>
      <w:r>
        <w:br/>
        <w:t>Жиди козу продавали,</w:t>
      </w:r>
    </w:p>
    <w:p>
      <w:r>
        <w:br/>
        <w:t>А дід козу полюбив,</w:t>
      </w:r>
    </w:p>
    <w:p>
      <w:r>
        <w:br/>
        <w:t>Аж три копи заплатив.</w:t>
      </w:r>
    </w:p>
    <w:p>
      <w:r>
        <w:br/>
        <w:t>Поклав кізоньку на віз</w:t>
      </w:r>
    </w:p>
    <w:p>
      <w:r>
        <w:br/>
        <w:t>Та й додому привіз.</w:t>
      </w:r>
    </w:p>
    <w:p>
      <w:r>
        <w:br/>
        <w:t>"Гляди, бабо, кози,</w:t>
      </w:r>
    </w:p>
    <w:p>
      <w:r>
        <w:br/>
        <w:t>Що купив я на торзі".</w:t>
      </w:r>
    </w:p>
    <w:p>
      <w:r>
        <w:br/>
        <w:t>Баба козу шанувала,</w:t>
      </w:r>
    </w:p>
    <w:p>
      <w:r>
        <w:br/>
        <w:t>Пасла добре, напувала,</w:t>
      </w:r>
    </w:p>
    <w:p>
      <w:r>
        <w:br/>
        <w:t>А коза навісна</w:t>
      </w:r>
    </w:p>
    <w:p>
      <w:r>
        <w:br/>
        <w:t>Ще й жаліться пішла…</w:t>
      </w:r>
    </w:p>
    <w:p>
      <w:r>
        <w:br/>
        <w:t>Дід</w:t>
      </w:r>
    </w:p>
    <w:p>
      <w:r>
        <w:br/>
        <w:t>Козю моя люба!</w:t>
      </w:r>
    </w:p>
    <w:p>
      <w:r>
        <w:br/>
        <w:t>Козю моя мила!</w:t>
      </w:r>
    </w:p>
    <w:p>
      <w:r>
        <w:br/>
        <w:t>Чи пила ти,</w:t>
      </w:r>
    </w:p>
    <w:p>
      <w:r>
        <w:br/>
        <w:t>А чи їла?</w:t>
      </w:r>
    </w:p>
    <w:p>
      <w:r>
        <w:br/>
        <w:t>Коза</w:t>
      </w:r>
    </w:p>
    <w:p>
      <w:r>
        <w:br/>
        <w:t>Ой я, діду, не пила,</w:t>
      </w:r>
    </w:p>
    <w:p>
      <w:r>
        <w:br/>
        <w:t>Я голодна була.</w:t>
      </w:r>
    </w:p>
    <w:p>
      <w:r>
        <w:br/>
        <w:t>Бігла я через гребельку ,</w:t>
      </w:r>
    </w:p>
    <w:p>
      <w:r>
        <w:br/>
        <w:t>Та випила водиці крапельку,</w:t>
      </w:r>
    </w:p>
    <w:p>
      <w:r>
        <w:br/>
        <w:t>Ой бігла я через місточок</w:t>
      </w:r>
    </w:p>
    <w:p>
      <w:r>
        <w:br/>
        <w:t>Та вхопила кленовий листочок.</w:t>
      </w:r>
    </w:p>
    <w:p>
      <w:r>
        <w:br/>
        <w:t>Тільки пила,</w:t>
      </w:r>
    </w:p>
    <w:p>
      <w:r>
        <w:br/>
        <w:t>Тільки й їла.</w:t>
      </w:r>
    </w:p>
    <w:p>
      <w:r>
        <w:br/>
        <w:t>Хор</w:t>
      </w:r>
    </w:p>
    <w:p>
      <w:r>
        <w:br/>
        <w:t>Розсердився старий дід,</w:t>
      </w:r>
    </w:p>
    <w:p>
      <w:r>
        <w:br/>
        <w:t>Свою бабу убив,</w:t>
      </w:r>
    </w:p>
    <w:p>
      <w:r>
        <w:br/>
        <w:t>А козу-дерезу</w:t>
      </w:r>
    </w:p>
    <w:p>
      <w:r>
        <w:br/>
        <w:t>Сам на пашу повів.</w:t>
      </w:r>
    </w:p>
    <w:p>
      <w:r>
        <w:br/>
        <w:t>Не впізнала коза</w:t>
      </w:r>
    </w:p>
    <w:p>
      <w:r>
        <w:br/>
        <w:t>Старенького діда.</w:t>
      </w:r>
    </w:p>
    <w:p>
      <w:r>
        <w:br/>
        <w:t>Як прибігла додомоньку,</w:t>
      </w:r>
    </w:p>
    <w:p>
      <w:r>
        <w:br/>
        <w:t>Сидить дід обіда.</w:t>
      </w:r>
    </w:p>
    <w:p>
      <w:r>
        <w:br/>
        <w:t>Дід</w:t>
      </w:r>
    </w:p>
    <w:p>
      <w:r>
        <w:br/>
        <w:t>Козю моя люба!</w:t>
      </w:r>
    </w:p>
    <w:p>
      <w:r>
        <w:br/>
        <w:t>Козю моя мила!</w:t>
      </w:r>
    </w:p>
    <w:p>
      <w:r>
        <w:br/>
        <w:t>Чи пила ж ти,</w:t>
      </w:r>
    </w:p>
    <w:p>
      <w:r>
        <w:br/>
        <w:t>Чи ти їла?</w:t>
      </w:r>
    </w:p>
    <w:p>
      <w:r>
        <w:br/>
        <w:t>Коза</w:t>
      </w:r>
    </w:p>
    <w:p>
      <w:r>
        <w:br/>
        <w:t>Ой я, діду, дідусеньку,</w:t>
      </w:r>
    </w:p>
    <w:p>
      <w:r>
        <w:br/>
        <w:t>Не пила й не їла,</w:t>
      </w:r>
    </w:p>
    <w:p>
      <w:r>
        <w:br/>
        <w:t>Бо ота лиха личина</w:t>
      </w:r>
    </w:p>
    <w:p>
      <w:r>
        <w:br/>
        <w:t>Мене не гляділа!</w:t>
      </w:r>
    </w:p>
    <w:p>
      <w:r>
        <w:br/>
        <w:t>Хор</w:t>
      </w:r>
    </w:p>
    <w:p>
      <w:r>
        <w:br/>
        <w:t>Гм! Гм!</w:t>
      </w:r>
    </w:p>
    <w:p>
      <w:r>
        <w:br/>
        <w:t>Розсердився старий дід</w:t>
      </w:r>
    </w:p>
    <w:p>
      <w:r>
        <w:br/>
        <w:t>На козу брехливу,</w:t>
      </w:r>
    </w:p>
    <w:p>
      <w:r>
        <w:br/>
        <w:t>Узяв ніж, прив’язав</w:t>
      </w:r>
    </w:p>
    <w:p>
      <w:r>
        <w:br/>
        <w:t>Дерезу до хліву.</w:t>
      </w:r>
    </w:p>
    <w:p>
      <w:r>
        <w:br/>
        <w:t>Черкнув дід по козі,</w:t>
      </w:r>
    </w:p>
    <w:p>
      <w:r>
        <w:br/>
        <w:t>Та ніж уломився,</w:t>
      </w:r>
    </w:p>
    <w:p>
      <w:r>
        <w:br/>
        <w:t>Зосталася коза жива,</w:t>
      </w:r>
    </w:p>
    <w:p>
      <w:r>
        <w:br/>
        <w:t>А бік облупився.</w:t>
      </w:r>
    </w:p>
    <w:p>
      <w:r>
        <w:br/>
        <w:t>Ой пішов старий дід</w:t>
      </w:r>
    </w:p>
    <w:p>
      <w:r>
        <w:br/>
        <w:t>Ножика шукати, –</w:t>
      </w:r>
    </w:p>
    <w:p>
      <w:r>
        <w:br/>
        <w:t>Коза – скік! Коза – смик!</w:t>
      </w:r>
    </w:p>
    <w:p>
      <w:r>
        <w:br/>
        <w:t>Та й ну утікати!</w:t>
      </w:r>
    </w:p>
    <w:p>
      <w:r>
        <w:br/>
        <w:t>Завіса звивається; видно ліс: посередині дуб; праворуч дуба лисиччина нора; ліворуч стежка і просто стежка; трава, бур’ян у лісі, квіточки. Лисичка ходить з віником, обмітає навкруги, чепурить свою хату.</w:t>
      </w:r>
    </w:p>
    <w:p>
      <w:r>
        <w:br/>
        <w:t>Лисичка</w:t>
      </w:r>
    </w:p>
    <w:p>
      <w:r>
        <w:br/>
        <w:t>Я лисичка, я сестричка,</w:t>
      </w:r>
    </w:p>
    <w:p>
      <w:r>
        <w:br/>
        <w:t>Не сиджу без діла;</w:t>
      </w:r>
    </w:p>
    <w:p>
      <w:r>
        <w:br/>
        <w:t>Я гусятка пасла,</w:t>
      </w:r>
    </w:p>
    <w:p>
      <w:r>
        <w:br/>
        <w:t>Полювать ходила.</w:t>
      </w:r>
    </w:p>
    <w:p>
      <w:r>
        <w:br/>
        <w:t>А тепера у неділю</w:t>
      </w:r>
    </w:p>
    <w:p>
      <w:r>
        <w:br/>
        <w:t>Треба відпочити,</w:t>
      </w:r>
    </w:p>
    <w:p>
      <w:r>
        <w:br/>
        <w:t>Свою хатку гарнесенько</w:t>
      </w:r>
    </w:p>
    <w:p>
      <w:r>
        <w:br/>
        <w:t>Треба покрасити.</w:t>
      </w:r>
    </w:p>
    <w:p>
      <w:r>
        <w:br/>
        <w:t>А щоб краща, а щоб краща</w:t>
      </w:r>
    </w:p>
    <w:p>
      <w:r>
        <w:br/>
        <w:t>Була моя хатка,</w:t>
      </w:r>
    </w:p>
    <w:p>
      <w:r>
        <w:br/>
        <w:t>Піти треба у гайочок</w:t>
      </w:r>
    </w:p>
    <w:p>
      <w:r>
        <w:br/>
        <w:t>Квіточок нарвати.</w:t>
      </w:r>
    </w:p>
    <w:p>
      <w:r>
        <w:br/>
        <w:t>Кладе віника й біжить веселенько в ліс по квітки. З другої доріжки вискакує несамовита коза, перелякана, облуплена, озирається на всі боки.</w:t>
      </w:r>
    </w:p>
    <w:p>
      <w:r>
        <w:br/>
        <w:t>Коза</w:t>
      </w:r>
    </w:p>
    <w:p>
      <w:r>
        <w:br/>
        <w:t>(плаче)</w:t>
      </w:r>
    </w:p>
    <w:p>
      <w:r>
        <w:br/>
        <w:t>Ой боже мій, боже.</w:t>
      </w:r>
    </w:p>
    <w:p>
      <w:r>
        <w:br/>
        <w:t>Що маю робити,</w:t>
      </w:r>
    </w:p>
    <w:p>
      <w:r>
        <w:br/>
        <w:t>Як нажене старий дід,</w:t>
      </w:r>
    </w:p>
    <w:p>
      <w:r>
        <w:br/>
        <w:t>Буде знов лупити!</w:t>
      </w:r>
    </w:p>
    <w:p>
      <w:r>
        <w:br/>
        <w:t>Куди ж мені, бідній,</w:t>
      </w:r>
    </w:p>
    <w:p>
      <w:r>
        <w:br/>
        <w:t>Куди заховатись?</w:t>
      </w:r>
    </w:p>
    <w:p>
      <w:r>
        <w:br/>
        <w:t>Бо так сором,і людям</w:t>
      </w:r>
    </w:p>
    <w:p>
      <w:r>
        <w:br/>
        <w:t>Добрим показатись.</w:t>
      </w:r>
    </w:p>
    <w:p>
      <w:r>
        <w:br/>
        <w:t>Зауважила лисиччину нору, радіє.</w:t>
      </w:r>
    </w:p>
    <w:p>
      <w:r>
        <w:br/>
        <w:t>А тепер я нікого не боюсь,</w:t>
      </w:r>
    </w:p>
    <w:p>
      <w:r>
        <w:br/>
        <w:t>Я в цю норку схоронюсь, схоронюсь!</w:t>
      </w:r>
    </w:p>
    <w:p>
      <w:r>
        <w:br/>
        <w:t>Ховається в лисиччину нору, товчеться й тупоче. Тимчасом лисичка надбігла з квітками з лісу й чує, що хтось товчеться в її хатці.</w:t>
      </w:r>
    </w:p>
    <w:p>
      <w:r>
        <w:br/>
        <w:t>Лисичка</w:t>
      </w:r>
    </w:p>
    <w:p>
      <w:r>
        <w:br/>
        <w:t>(схитра питає)</w:t>
      </w:r>
    </w:p>
    <w:p>
      <w:r>
        <w:br/>
        <w:t>Ой хто, хто</w:t>
      </w:r>
    </w:p>
    <w:p>
      <w:r>
        <w:br/>
        <w:t>В лисиччиній норці?</w:t>
      </w:r>
    </w:p>
    <w:p>
      <w:r>
        <w:br/>
        <w:t>Ой хто, хто</w:t>
      </w:r>
    </w:p>
    <w:p>
      <w:r>
        <w:br/>
        <w:t>Прийшов сюди в гості?</w:t>
      </w:r>
    </w:p>
    <w:p>
      <w:r>
        <w:br/>
        <w:t>Коза</w:t>
      </w:r>
    </w:p>
    <w:p>
      <w:r>
        <w:br/>
        <w:t>(тупотить у норі ногами, стукотить рогами)</w:t>
      </w:r>
    </w:p>
    <w:p>
      <w:r>
        <w:br/>
        <w:t>Я коза-дереза,</w:t>
      </w:r>
    </w:p>
    <w:p>
      <w:r>
        <w:br/>
        <w:t>Півбока луплена,</w:t>
      </w:r>
    </w:p>
    <w:p>
      <w:r>
        <w:br/>
        <w:t>За три копи куплена,</w:t>
      </w:r>
    </w:p>
    <w:p>
      <w:r>
        <w:br/>
        <w:t>Тупу-тупу ногами.</w:t>
      </w:r>
    </w:p>
    <w:p>
      <w:r>
        <w:br/>
        <w:t>Сколю тебе рогами,</w:t>
      </w:r>
    </w:p>
    <w:p>
      <w:r>
        <w:br/>
        <w:t>Ніжками затопчу,</w:t>
      </w:r>
    </w:p>
    <w:p>
      <w:r>
        <w:br/>
        <w:t>Хвостиком замету,</w:t>
      </w:r>
    </w:p>
    <w:p>
      <w:r>
        <w:br/>
        <w:t>Тут тобі й смерть!</w:t>
      </w:r>
    </w:p>
    <w:p>
      <w:r>
        <w:br/>
        <w:t>Лисичка</w:t>
      </w:r>
    </w:p>
    <w:p>
      <w:r>
        <w:br/>
        <w:t>Ой лишенько, ой горенько!</w:t>
      </w:r>
    </w:p>
    <w:p>
      <w:r>
        <w:br/>
        <w:t>Бідна моя головонька!</w:t>
      </w:r>
    </w:p>
    <w:p>
      <w:r>
        <w:br/>
        <w:t>(Утікає в ліс).</w:t>
      </w:r>
    </w:p>
    <w:p>
      <w:r>
        <w:br/>
        <w:t>Коза</w:t>
      </w:r>
    </w:p>
    <w:p>
      <w:r>
        <w:br/>
        <w:t>(вискочила з нори, пританцьовує)</w:t>
      </w:r>
    </w:p>
    <w:p>
      <w:r>
        <w:br/>
        <w:t>Я коза-дереза</w:t>
      </w:r>
    </w:p>
    <w:p>
      <w:r>
        <w:br/>
        <w:t>Хитра та лукава,</w:t>
      </w:r>
    </w:p>
    <w:p>
      <w:r>
        <w:br/>
        <w:t>Я лисицю дурну</w:t>
      </w:r>
    </w:p>
    <w:p>
      <w:r>
        <w:br/>
        <w:t>Добре налякала!</w:t>
      </w:r>
    </w:p>
    <w:p>
      <w:r>
        <w:br/>
        <w:t>Ховається в нору. Тимчасом лисичка вертається з лісу й зустрічається із зайком.</w:t>
      </w:r>
    </w:p>
    <w:p>
      <w:r>
        <w:br/>
        <w:t>Зайко</w:t>
      </w:r>
    </w:p>
    <w:p>
      <w:r>
        <w:br/>
        <w:t>Добрий вечір, лисонько,</w:t>
      </w:r>
    </w:p>
    <w:p>
      <w:r>
        <w:br/>
        <w:t>Куди йдеш?</w:t>
      </w:r>
    </w:p>
    <w:p>
      <w:r>
        <w:br/>
        <w:t>Скажи мені правдоньку,</w:t>
      </w:r>
    </w:p>
    <w:p>
      <w:r>
        <w:br/>
        <w:t>Де живеш?</w:t>
      </w:r>
    </w:p>
    <w:p>
      <w:r>
        <w:br/>
        <w:t>Лисичка</w:t>
      </w:r>
    </w:p>
    <w:p>
      <w:r>
        <w:br/>
        <w:t>Отут живу у хатоньці</w:t>
      </w:r>
    </w:p>
    <w:p>
      <w:r>
        <w:br/>
        <w:t>Край води,</w:t>
      </w:r>
    </w:p>
    <w:p>
      <w:r>
        <w:br/>
        <w:t>А ти туди, зайчику,</w:t>
      </w:r>
    </w:p>
    <w:p>
      <w:r>
        <w:br/>
        <w:t>Не ходи!</w:t>
      </w:r>
    </w:p>
    <w:p>
      <w:r>
        <w:br/>
        <w:t>Зайко</w:t>
      </w:r>
    </w:p>
    <w:p>
      <w:r>
        <w:br/>
        <w:t>Ой чом, та чому, та чому?</w:t>
      </w:r>
    </w:p>
    <w:p>
      <w:r>
        <w:br/>
        <w:t>Лисичка</w:t>
      </w:r>
    </w:p>
    <w:p>
      <w:r>
        <w:br/>
        <w:t>(вказує з острахом на нору)</w:t>
      </w:r>
    </w:p>
    <w:p>
      <w:r>
        <w:br/>
        <w:t>Бо мене вже саму</w:t>
      </w:r>
    </w:p>
    <w:p>
      <w:r>
        <w:br/>
        <w:t>Із власної хати,</w:t>
      </w:r>
    </w:p>
    <w:p>
      <w:r>
        <w:br/>
        <w:t>Сором і казати,</w:t>
      </w:r>
    </w:p>
    <w:p>
      <w:r>
        <w:br/>
        <w:t>Вигнав звір якийсь лихий.</w:t>
      </w:r>
    </w:p>
    <w:p>
      <w:r>
        <w:br/>
        <w:t>Зайко</w:t>
      </w:r>
    </w:p>
    <w:p>
      <w:r>
        <w:br/>
        <w:t>(перехоплює, біжить до нори, цікаво водить ушками)</w:t>
      </w:r>
    </w:p>
    <w:p>
      <w:r>
        <w:br/>
        <w:t>Скажи ж, лисонько, який?</w:t>
      </w:r>
    </w:p>
    <w:p>
      <w:r>
        <w:br/>
        <w:t>Ой хто, хто в лисиччиній хаті?</w:t>
      </w:r>
    </w:p>
    <w:p>
      <w:r>
        <w:br/>
        <w:t>Хто смів лиску</w:t>
      </w:r>
    </w:p>
    <w:p>
      <w:r>
        <w:br/>
        <w:t>З хати виганяти?</w:t>
      </w:r>
    </w:p>
    <w:p>
      <w:r>
        <w:br/>
        <w:t>Коза</w:t>
      </w:r>
    </w:p>
    <w:p>
      <w:r>
        <w:br/>
        <w:t>(з нори)</w:t>
      </w:r>
    </w:p>
    <w:p>
      <w:r>
        <w:br/>
        <w:t>Я коза-дереза… і т. д.</w:t>
      </w:r>
    </w:p>
    <w:p>
      <w:r>
        <w:br/>
        <w:t>Вискакує з нори. Зайко зі страху стає на лапки, а далі в тривозі кричить: "Ой, ой, ой!" – І втікає.</w:t>
      </w:r>
    </w:p>
    <w:p>
      <w:r>
        <w:br/>
        <w:t>Коза</w:t>
      </w:r>
    </w:p>
    <w:p>
      <w:r>
        <w:br/>
        <w:t>(пританцьовує, а далі ховається).</w:t>
      </w:r>
    </w:p>
    <w:p>
      <w:r>
        <w:br/>
        <w:t>Ха-ха-ха! Ха-ха-ха!</w:t>
      </w:r>
    </w:p>
    <w:p>
      <w:r>
        <w:br/>
        <w:t>В лісі щось виє, коза ховається, лисичка теж. Виходить вовк.</w:t>
      </w:r>
    </w:p>
    <w:p>
      <w:r>
        <w:br/>
        <w:t>Вовк</w:t>
      </w:r>
    </w:p>
    <w:p>
      <w:r>
        <w:br/>
        <w:t>Ой я сірий возчок</w:t>
      </w:r>
    </w:p>
    <w:p>
      <w:r>
        <w:br/>
        <w:t>По степах гуляю</w:t>
      </w:r>
    </w:p>
    <w:p>
      <w:r>
        <w:br/>
        <w:t>Та на тих овечок</w:t>
      </w:r>
    </w:p>
    <w:p>
      <w:r>
        <w:br/>
        <w:t>Пильно поглядаю.</w:t>
      </w:r>
    </w:p>
    <w:p>
      <w:r>
        <w:br/>
        <w:t>А яка з них дурна,</w:t>
      </w:r>
    </w:p>
    <w:p>
      <w:r>
        <w:br/>
        <w:t>Не слухає чабана,</w:t>
      </w:r>
    </w:p>
    <w:p>
      <w:r>
        <w:br/>
        <w:t>Ту я зараз за чуприну</w:t>
      </w:r>
    </w:p>
    <w:p>
      <w:r>
        <w:br/>
        <w:t>Та і покараю.</w:t>
      </w:r>
    </w:p>
    <w:p>
      <w:r>
        <w:br/>
        <w:t>(Побачив лисичку).</w:t>
      </w:r>
    </w:p>
    <w:p>
      <w:r>
        <w:br/>
        <w:t>Чого ти, сеструню, ридаєш,</w:t>
      </w:r>
    </w:p>
    <w:p>
      <w:r>
        <w:br/>
        <w:t>Слізьми свою мордочку змиваєш?</w:t>
      </w:r>
    </w:p>
    <w:p>
      <w:r>
        <w:br/>
        <w:t>Лисичка</w:t>
      </w:r>
    </w:p>
    <w:p>
      <w:r>
        <w:br/>
        <w:t>(жалісливо)</w:t>
      </w:r>
    </w:p>
    <w:p>
      <w:r>
        <w:br/>
        <w:t>Ой як мені не плакати, брате,</w:t>
      </w:r>
    </w:p>
    <w:p>
      <w:r>
        <w:br/>
        <w:t>Щось страшне залізло в хату!</w:t>
      </w:r>
    </w:p>
    <w:p>
      <w:r>
        <w:br/>
        <w:t>Вовк</w:t>
      </w:r>
    </w:p>
    <w:p>
      <w:r>
        <w:br/>
        <w:t>Ти, сестричко, не журись, не журись,</w:t>
      </w:r>
    </w:p>
    <w:p>
      <w:r>
        <w:br/>
        <w:t>Веселенько усміхнись, усміхнись!</w:t>
      </w:r>
    </w:p>
    <w:p>
      <w:r>
        <w:br/>
        <w:t>Лисичка</w:t>
      </w:r>
    </w:p>
    <w:p>
      <w:r>
        <w:br/>
        <w:t>(сумовито)</w:t>
      </w:r>
    </w:p>
    <w:p>
      <w:r>
        <w:br/>
        <w:t>Не всміхнуся, вовчику-брате:</w:t>
      </w:r>
    </w:p>
    <w:p>
      <w:r>
        <w:br/>
        <w:t>Прибігав тут зайчик рятувати,</w:t>
      </w:r>
    </w:p>
    <w:p>
      <w:r>
        <w:br/>
        <w:t>Та злякався та й утік куценький;</w:t>
      </w:r>
    </w:p>
    <w:p>
      <w:r>
        <w:br/>
        <w:t>Куди ж тобі, вовче худенький!..</w:t>
      </w:r>
    </w:p>
    <w:p>
      <w:r>
        <w:br/>
        <w:t>Вовк</w:t>
      </w:r>
    </w:p>
    <w:p>
      <w:r>
        <w:br/>
        <w:t>(клацає зубами й кричить у нору)</w:t>
      </w:r>
    </w:p>
    <w:p>
      <w:r>
        <w:br/>
        <w:t>Ой хто, хто</w:t>
      </w:r>
    </w:p>
    <w:p>
      <w:r>
        <w:br/>
        <w:t>В лисиччиній хаті?</w:t>
      </w:r>
    </w:p>
    <w:p>
      <w:r>
        <w:br/>
        <w:t>Той буде добре</w:t>
      </w:r>
    </w:p>
    <w:p>
      <w:r>
        <w:br/>
        <w:t>Мої зуби знати!</w:t>
      </w:r>
    </w:p>
    <w:p>
      <w:r>
        <w:br/>
        <w:t>Коза</w:t>
      </w:r>
    </w:p>
    <w:p>
      <w:r>
        <w:br/>
        <w:t>(з нори, страхаючись).</w:t>
      </w:r>
    </w:p>
    <w:p>
      <w:r>
        <w:br/>
        <w:t>Я коза-дереза… і т. д.</w:t>
      </w:r>
    </w:p>
    <w:p>
      <w:r>
        <w:br/>
        <w:t>Вовк</w:t>
      </w:r>
    </w:p>
    <w:p>
      <w:r>
        <w:br/>
        <w:t>(крутить головою).</w:t>
      </w:r>
    </w:p>
    <w:p>
      <w:r>
        <w:br/>
        <w:t>Тут щось не до речі,</w:t>
      </w:r>
    </w:p>
    <w:p>
      <w:r>
        <w:br/>
        <w:t>Хоч голос овечий,</w:t>
      </w:r>
    </w:p>
    <w:p>
      <w:r>
        <w:br/>
        <w:t>Та вже надто дужий,</w:t>
      </w:r>
    </w:p>
    <w:p>
      <w:r>
        <w:br/>
        <w:t>Утікай, мій друже!</w:t>
      </w:r>
    </w:p>
    <w:p>
      <w:r>
        <w:br/>
        <w:t>Утікають з лисичкою врозтіч: вовк ліворуч, лисичка ховається за дуба. Коза вискочила з нори, пританцьовує й співає весело.</w:t>
      </w:r>
    </w:p>
    <w:p>
      <w:r>
        <w:br/>
        <w:t>Коза</w:t>
      </w:r>
    </w:p>
    <w:p>
      <w:r>
        <w:br/>
        <w:t>Ось вам коза, ось вам коза.</w:t>
      </w:r>
    </w:p>
    <w:p>
      <w:r>
        <w:br/>
        <w:t>Хитра та лукава,</w:t>
      </w:r>
    </w:p>
    <w:p>
      <w:r>
        <w:br/>
        <w:t>І зайчика і вовчика</w:t>
      </w:r>
    </w:p>
    <w:p>
      <w:r>
        <w:br/>
        <w:t>Добре налякала!</w:t>
      </w:r>
    </w:p>
    <w:p>
      <w:r>
        <w:br/>
        <w:t>Ховається в нору. Чути тупотіння й тріскіт у лісі. З лісу чвалає поважно ведмідь, вуси лапою обтираючи.</w:t>
      </w:r>
    </w:p>
    <w:p>
      <w:r>
        <w:br/>
        <w:t>Ведмідь</w:t>
      </w:r>
    </w:p>
    <w:p>
      <w:r>
        <w:br/>
        <w:t>(погладжує себе по боках)</w:t>
      </w:r>
    </w:p>
    <w:p>
      <w:r>
        <w:br/>
        <w:t>Хидив я, ходив по всіх</w:t>
      </w:r>
    </w:p>
    <w:p>
      <w:r>
        <w:br/>
        <w:t>пасіках,</w:t>
      </w:r>
    </w:p>
    <w:p>
      <w:r>
        <w:br/>
        <w:t>Весело там!</w:t>
      </w:r>
    </w:p>
    <w:p>
      <w:r>
        <w:br/>
        <w:t>Лічив щільники по всіх</w:t>
      </w:r>
    </w:p>
    <w:p>
      <w:r>
        <w:br/>
        <w:t>уликах,</w:t>
      </w:r>
    </w:p>
    <w:p>
      <w:r>
        <w:br/>
        <w:t>Солодко – страх!</w:t>
      </w:r>
    </w:p>
    <w:p>
      <w:r>
        <w:br/>
        <w:t>Сідає на колоді, тимчасом з другого боку вийшла лисичка, сідає й голосить.</w:t>
      </w:r>
    </w:p>
    <w:p>
      <w:r>
        <w:br/>
        <w:t>Лисичка</w:t>
      </w:r>
    </w:p>
    <w:p>
      <w:r>
        <w:br/>
        <w:t>(смутно)</w:t>
      </w:r>
    </w:p>
    <w:p>
      <w:r>
        <w:br/>
        <w:t>Ох, горе, горе!</w:t>
      </w:r>
    </w:p>
    <w:p>
      <w:r>
        <w:br/>
        <w:t>Нещаслива доле,</w:t>
      </w:r>
    </w:p>
    <w:p>
      <w:r>
        <w:br/>
        <w:t>Бідна ж моя голівонька,</w:t>
      </w:r>
    </w:p>
    <w:p>
      <w:r>
        <w:br/>
        <w:t>Нема в мене дому!</w:t>
      </w:r>
    </w:p>
    <w:p>
      <w:r>
        <w:br/>
        <w:t>Коза</w:t>
      </w:r>
    </w:p>
    <w:p>
      <w:r>
        <w:br/>
        <w:t>(з нори)</w:t>
      </w:r>
    </w:p>
    <w:p>
      <w:r>
        <w:br/>
        <w:t>Ме-ке-ке!</w:t>
      </w:r>
    </w:p>
    <w:p>
      <w:r>
        <w:br/>
        <w:t>Ме-ке-ке!</w:t>
      </w:r>
    </w:p>
    <w:p>
      <w:r>
        <w:br/>
        <w:t>Ведмідь</w:t>
      </w:r>
    </w:p>
    <w:p>
      <w:r>
        <w:br/>
        <w:t>(підійшов, підперся в боки, похитує головою).</w:t>
      </w:r>
    </w:p>
    <w:p>
      <w:r>
        <w:br/>
        <w:t>Чого це ти, свахо, ридаєш?</w:t>
      </w:r>
    </w:p>
    <w:p>
      <w:r>
        <w:br/>
        <w:t>Карі свої очі стираєш?</w:t>
      </w:r>
    </w:p>
    <w:p>
      <w:r>
        <w:br/>
        <w:t>Чого ти свій хвостик волочиш?</w:t>
      </w:r>
    </w:p>
    <w:p>
      <w:r>
        <w:br/>
        <w:t>І на свата глянути не хочеш?</w:t>
      </w:r>
    </w:p>
    <w:p>
      <w:r>
        <w:br/>
        <w:t>Лисичка</w:t>
      </w:r>
    </w:p>
    <w:p>
      <w:r>
        <w:br/>
        <w:t>(плачучи)</w:t>
      </w:r>
    </w:p>
    <w:p>
      <w:r>
        <w:br/>
        <w:t>Ой, як мені не плакати, свате,</w:t>
      </w:r>
    </w:p>
    <w:p>
      <w:r>
        <w:br/>
        <w:t>Щось страшне залізло в хату,</w:t>
      </w:r>
    </w:p>
    <w:p>
      <w:r>
        <w:br/>
        <w:t>Та ще мене, бідну, лякає,</w:t>
      </w:r>
    </w:p>
    <w:p>
      <w:r>
        <w:br/>
        <w:t>Із своєї хати виганяє!</w:t>
      </w:r>
    </w:p>
    <w:p>
      <w:r>
        <w:br/>
        <w:t>Ведмідь</w:t>
      </w:r>
    </w:p>
    <w:p>
      <w:r>
        <w:br/>
        <w:t>А ти, свахо, не журись, не журись,</w:t>
      </w:r>
    </w:p>
    <w:p>
      <w:r>
        <w:br/>
        <w:t>Глянь на мене, подивись, подивись!</w:t>
      </w:r>
    </w:p>
    <w:p>
      <w:r>
        <w:br/>
        <w:t>(Підходить до нори, розмахує лапами, загукує грізно).</w:t>
      </w:r>
    </w:p>
    <w:p>
      <w:r>
        <w:br/>
        <w:t>Ой хто, хто</w:t>
      </w:r>
    </w:p>
    <w:p>
      <w:r>
        <w:br/>
        <w:t>В лисиччиній хаті?</w:t>
      </w:r>
    </w:p>
    <w:p>
      <w:r>
        <w:br/>
        <w:t>Отой буде добре</w:t>
      </w:r>
    </w:p>
    <w:p>
      <w:r>
        <w:br/>
        <w:t>Мої лапи знати!</w:t>
      </w:r>
    </w:p>
    <w:p>
      <w:r>
        <w:br/>
        <w:t>Коза</w:t>
      </w:r>
    </w:p>
    <w:p>
      <w:r>
        <w:br/>
        <w:t>(з нори)</w:t>
      </w:r>
    </w:p>
    <w:p>
      <w:r>
        <w:br/>
        <w:t>Я коза-дереза… і і. д.</w:t>
      </w:r>
    </w:p>
    <w:p>
      <w:r>
        <w:br/>
        <w:t>Ведмідь</w:t>
      </w:r>
    </w:p>
    <w:p>
      <w:r>
        <w:br/>
        <w:t>(посувається назад, покручує головою)</w:t>
      </w:r>
    </w:p>
    <w:p>
      <w:r>
        <w:br/>
        <w:t>Оце так! Оце так, що попав!</w:t>
      </w:r>
    </w:p>
    <w:p>
      <w:r>
        <w:br/>
        <w:t>Я такого не видав, не чував!</w:t>
      </w:r>
    </w:p>
    <w:p>
      <w:r>
        <w:br/>
        <w:t>Цур йому пек!</w:t>
      </w:r>
    </w:p>
    <w:p>
      <w:r>
        <w:br/>
        <w:t>(Утікає задом у ліс)</w:t>
      </w:r>
    </w:p>
    <w:p>
      <w:r>
        <w:br/>
        <w:t>Щось здалека шелестить у лісі; лізе рак, чіпляючись за гілля, а далі вибравсь на середину, зняв кліщі вгору.</w:t>
      </w:r>
    </w:p>
    <w:p>
      <w:r>
        <w:br/>
        <w:t>Рак</w:t>
      </w:r>
    </w:p>
    <w:p>
      <w:r>
        <w:br/>
        <w:t>Ой я рак-неборак,</w:t>
      </w:r>
    </w:p>
    <w:p>
      <w:r>
        <w:br/>
        <w:t>Я не простий козак!</w:t>
      </w:r>
    </w:p>
    <w:p>
      <w:r>
        <w:br/>
        <w:t>Через те на мені</w:t>
      </w:r>
    </w:p>
    <w:p>
      <w:r>
        <w:br/>
        <w:t>Не крея, не сіряк.</w:t>
      </w:r>
    </w:p>
    <w:p>
      <w:r>
        <w:br/>
        <w:t>(Вигукує)</w:t>
      </w:r>
    </w:p>
    <w:p>
      <w:r>
        <w:br/>
        <w:t>Я над раками пан,</w:t>
      </w:r>
    </w:p>
    <w:p>
      <w:r>
        <w:br/>
        <w:t>Я болотний гетьман!</w:t>
      </w:r>
    </w:p>
    <w:p>
      <w:r>
        <w:br/>
        <w:t>(Гордовито)</w:t>
      </w:r>
    </w:p>
    <w:p>
      <w:r>
        <w:br/>
        <w:t>Подивіться, люди добрі,</w:t>
      </w:r>
    </w:p>
    <w:p>
      <w:r>
        <w:br/>
        <w:t>Який пишний жупан!</w:t>
      </w:r>
    </w:p>
    <w:p>
      <w:r>
        <w:br/>
        <w:t>(Заздрівши лисичку під кущем, що плаче).</w:t>
      </w:r>
    </w:p>
    <w:p>
      <w:r>
        <w:br/>
        <w:t>Чого це ти, тіточко, плачеш?</w:t>
      </w:r>
    </w:p>
    <w:p>
      <w:r>
        <w:br/>
        <w:t>За сльозами світу не бачиш?</w:t>
      </w:r>
    </w:p>
    <w:p>
      <w:r>
        <w:br/>
        <w:t>Лисичка</w:t>
      </w:r>
    </w:p>
    <w:p>
      <w:r>
        <w:br/>
        <w:t>Як мені не плакати, небоже,</w:t>
      </w:r>
    </w:p>
    <w:p>
      <w:r>
        <w:br/>
        <w:t>В моїй хаті сталося негоже:</w:t>
      </w:r>
    </w:p>
    <w:p>
      <w:r>
        <w:br/>
        <w:t>Поселилося страшне щось таке!</w:t>
      </w:r>
    </w:p>
    <w:p>
      <w:r>
        <w:br/>
        <w:t>Тупотить та кричить ме-ке-ке!</w:t>
      </w:r>
    </w:p>
    <w:p>
      <w:r>
        <w:br/>
        <w:t>Рак</w:t>
      </w:r>
    </w:p>
    <w:p>
      <w:r>
        <w:br/>
        <w:t>А я того звіра добре знаю,</w:t>
      </w:r>
    </w:p>
    <w:p>
      <w:r>
        <w:br/>
        <w:t>Коли хоч, то зараз ізлякаю!</w:t>
      </w:r>
    </w:p>
    <w:p>
      <w:r>
        <w:br/>
        <w:t>Лисичка</w:t>
      </w:r>
    </w:p>
    <w:p>
      <w:r>
        <w:br/>
        <w:t>Куди тобі, раче!</w:t>
      </w:r>
    </w:p>
    <w:p>
      <w:r>
        <w:br/>
        <w:t>Були гут і кращі,</w:t>
      </w:r>
    </w:p>
    <w:p>
      <w:r>
        <w:br/>
        <w:t>Та й ті не прогнали,</w:t>
      </w:r>
    </w:p>
    <w:p>
      <w:r>
        <w:br/>
        <w:t>Назад повтікали.</w:t>
      </w:r>
    </w:p>
    <w:p>
      <w:r>
        <w:br/>
        <w:t>Рак</w:t>
      </w:r>
    </w:p>
    <w:p>
      <w:r>
        <w:br/>
        <w:t>А я прожену!</w:t>
      </w:r>
    </w:p>
    <w:p>
      <w:r>
        <w:br/>
        <w:t>У лісі чути гомін; гармидер щораз дужчає.. З лісу виходить усякий звір: миші, тхори, індики, пес. кішка, кабан, заєць, вовк, ведмідь.</w:t>
      </w:r>
    </w:p>
    <w:p>
      <w:r>
        <w:br/>
        <w:t>Звірячий гурт</w:t>
      </w:r>
    </w:p>
    <w:p>
      <w:r>
        <w:br/>
        <w:t>(грізно)</w:t>
      </w:r>
    </w:p>
    <w:p>
      <w:r>
        <w:br/>
        <w:t>Ходім, братця, воювати,</w:t>
      </w:r>
    </w:p>
    <w:p>
      <w:r>
        <w:br/>
        <w:t>Лисиченьку рятувати;</w:t>
      </w:r>
    </w:p>
    <w:p>
      <w:r>
        <w:br/>
        <w:t>Нас орда тепер така,</w:t>
      </w:r>
    </w:p>
    <w:p>
      <w:r>
        <w:br/>
        <w:t>Що ніхто нас не зляка.</w:t>
      </w:r>
    </w:p>
    <w:p>
      <w:r>
        <w:br/>
        <w:t>Ми застукаєм ногами,</w:t>
      </w:r>
    </w:p>
    <w:p>
      <w:r>
        <w:br/>
        <w:t>Зацокочемо зубами;</w:t>
      </w:r>
    </w:p>
    <w:p>
      <w:r>
        <w:br/>
        <w:t>Скрикнем страшно на ввесь ліс:</w:t>
      </w:r>
    </w:p>
    <w:p>
      <w:r>
        <w:br/>
        <w:t>Ану, звірю, покажись!</w:t>
      </w:r>
    </w:p>
    <w:p>
      <w:r>
        <w:br/>
        <w:t>Коза</w:t>
      </w:r>
    </w:p>
    <w:p>
      <w:r>
        <w:br/>
        <w:t>А я таки не боюсь, не боюсь,</w:t>
      </w:r>
    </w:p>
    <w:p>
      <w:r>
        <w:br/>
        <w:t>Та з вас добре насміюсь, насміюсь!</w:t>
      </w:r>
    </w:p>
    <w:p>
      <w:r>
        <w:br/>
        <w:t>Я коза-дереза… і т. д.</w:t>
      </w:r>
    </w:p>
    <w:p>
      <w:r>
        <w:br/>
        <w:t>Рак</w:t>
      </w:r>
    </w:p>
    <w:p>
      <w:r>
        <w:br/>
        <w:t>(перебиває).</w:t>
      </w:r>
    </w:p>
    <w:p>
      <w:r>
        <w:br/>
        <w:t>А я рак-неборак,</w:t>
      </w:r>
    </w:p>
    <w:p>
      <w:r>
        <w:br/>
        <w:t>Я не простий козак;</w:t>
      </w:r>
    </w:p>
    <w:p>
      <w:r>
        <w:br/>
        <w:t>Я над раками пан,</w:t>
      </w:r>
    </w:p>
    <w:p>
      <w:r>
        <w:br/>
        <w:t>Я болотний гетьман!</w:t>
      </w:r>
    </w:p>
    <w:p>
      <w:r>
        <w:br/>
        <w:t>Посилав мене дід</w:t>
      </w:r>
    </w:p>
    <w:p>
      <w:r>
        <w:br/>
        <w:t>За тобою услід,</w:t>
      </w:r>
    </w:p>
    <w:p>
      <w:r>
        <w:br/>
        <w:t>А я тебе не здогнав,</w:t>
      </w:r>
    </w:p>
    <w:p>
      <w:r>
        <w:br/>
        <w:t>Так на слід твій попав.</w:t>
      </w:r>
    </w:p>
    <w:p>
      <w:r>
        <w:br/>
        <w:t>Гей, козо, не хвались,</w:t>
      </w:r>
    </w:p>
    <w:p>
      <w:r>
        <w:br/>
        <w:t>Глянь-но краще, подивись,</w:t>
      </w:r>
    </w:p>
    <w:p>
      <w:r>
        <w:br/>
        <w:t>Нас тобі не злякати,</w:t>
      </w:r>
    </w:p>
    <w:p>
      <w:r>
        <w:br/>
        <w:t>Вилізай-бо швидше з хати!</w:t>
      </w:r>
    </w:p>
    <w:p>
      <w:r>
        <w:br/>
        <w:t>Ми всі тут стоїмо,</w:t>
      </w:r>
    </w:p>
    <w:p>
      <w:r>
        <w:br/>
        <w:t>І тебе лиш ждемо,</w:t>
      </w:r>
    </w:p>
    <w:p>
      <w:r>
        <w:br/>
        <w:t>А за шкоди тобі добре</w:t>
      </w:r>
    </w:p>
    <w:p>
      <w:r>
        <w:br/>
        <w:t>Прочуханки дамо!</w:t>
      </w:r>
    </w:p>
    <w:p>
      <w:r>
        <w:br/>
        <w:t>Рак запускає кліщі в нору й витягає звідти козу за бік; держить її, а звірі хапають її хто за що.</w:t>
      </w:r>
    </w:p>
    <w:p>
      <w:r>
        <w:br/>
        <w:t>Ведмідь</w:t>
      </w:r>
    </w:p>
    <w:p>
      <w:r>
        <w:br/>
        <w:t>(хапає козу спереду за роги, коза пручається)</w:t>
      </w:r>
    </w:p>
    <w:p>
      <w:r>
        <w:br/>
        <w:t>Я ведмідь-товстолап,</w:t>
      </w:r>
    </w:p>
    <w:p>
      <w:r>
        <w:br/>
        <w:t>Я за голову хап!</w:t>
      </w:r>
    </w:p>
    <w:p>
      <w:r>
        <w:br/>
        <w:t>Вовк</w:t>
      </w:r>
    </w:p>
    <w:p>
      <w:r>
        <w:br/>
        <w:t>А я сірий вовчок,</w:t>
      </w:r>
    </w:p>
    <w:p>
      <w:r>
        <w:br/>
        <w:t>Візьму козу за бочок!</w:t>
      </w:r>
    </w:p>
    <w:p>
      <w:r>
        <w:br/>
        <w:t>Коза</w:t>
      </w:r>
    </w:p>
    <w:p>
      <w:r>
        <w:br/>
        <w:t>(просячись)</w:t>
      </w:r>
    </w:p>
    <w:p>
      <w:r>
        <w:br/>
        <w:t>Ой не буду, простіть,</w:t>
      </w:r>
    </w:p>
    <w:p>
      <w:r>
        <w:br/>
        <w:t>Ой звірятка, одпустіть!</w:t>
      </w:r>
    </w:p>
    <w:p>
      <w:r>
        <w:br/>
        <w:t>Рак</w:t>
      </w:r>
    </w:p>
    <w:p>
      <w:r>
        <w:br/>
        <w:t>А я рак-неборак,</w:t>
      </w:r>
    </w:p>
    <w:p>
      <w:r>
        <w:br/>
        <w:t>Як ущипну – буде знак!</w:t>
      </w:r>
    </w:p>
    <w:p>
      <w:r>
        <w:br/>
        <w:t>Коза</w:t>
      </w:r>
    </w:p>
    <w:p>
      <w:r>
        <w:br/>
        <w:t>Ме-ке-ке!</w:t>
      </w:r>
    </w:p>
    <w:p>
      <w:r>
        <w:br/>
        <w:t>Ме-ке-ке!</w:t>
      </w:r>
    </w:p>
    <w:p>
      <w:r>
        <w:br/>
        <w:t>Усі</w:t>
      </w:r>
    </w:p>
    <w:p>
      <w:r>
        <w:br/>
        <w:t>Годі, годі, не просись,</w:t>
      </w:r>
    </w:p>
    <w:p>
      <w:r>
        <w:br/>
        <w:t>Ходім краще в темний ліс,</w:t>
      </w:r>
    </w:p>
    <w:p>
      <w:r>
        <w:br/>
        <w:t>За всі шкоди-перешкоди</w:t>
      </w:r>
    </w:p>
    <w:p>
      <w:r>
        <w:br/>
        <w:t>Хоч тепера розплатись!</w:t>
      </w:r>
    </w:p>
    <w:p>
      <w:r>
        <w:br/>
        <w:t>Усі кидаються й тягнуть козу в ліс на розправу: хто за роги, хто за ноги, коза пручається, жалібно кричить: ме-ке-ке!</w:t>
      </w:r>
    </w:p>
    <w:p>
      <w:r>
        <w:br/>
        <w:t>Завіса</w:t>
      </w:r>
    </w:p>
    <w:p>
      <w:r>
        <w:br/>
        <w:t>Примітки</w:t>
      </w:r>
    </w:p>
    <w:p>
      <w:r>
        <w:br/>
        <w:t>Лібретто дитячої опери. Вперше надруковано в журналі "Дзвінок", Львів, 1890, № 23. Подається за виданням: Дніпрова Чайка, Твори, "Рух", X., 1931.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Коза-дереза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