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Ковзкий сніжок</w:t>
      </w:r>
    </w:p>
    <w:p>
      <w:r>
        <w:br/>
        <w:t xml:space="preserve"> Ковзкий сніжок. Зимова путь,&lt;br /&gt;</w:t>
        <w:br/>
        <w:t>Кохану до вінця везуть,&lt;br /&gt;</w:t>
        <w:br/>
        <w:t>До церкви милу повезли,&lt;br /&gt;</w:t>
        <w:br/>
        <w:t>Од серця в мене відняли.</w:t>
      </w:r>
    </w:p>
    <w:p>
      <w:r>
        <w:br/>
        <w:t>Коли б я снігом бути міг,-&lt;br /&gt;</w:t>
        <w:br/>
        <w:t>Попід саньми б заметом ліг,&lt;br /&gt;</w:t>
        <w:br/>
        <w:t>Щоб коні кинули її&lt;br /&gt;</w:t>
        <w:br/>
        <w:t>В обійми пристрасні мої,</w:t>
      </w:r>
    </w:p>
    <w:p>
      <w:r>
        <w:br/>
        <w:t>Щоб на уста поклав я їй&lt;br /&gt;</w:t>
        <w:br/>
        <w:t>Останній поцілунок свій,&lt;br /&gt;</w:t>
        <w:br/>
        <w:t>На серце їй упав би я,&lt;br /&gt;</w:t>
        <w:br/>
        <w:t>Розтав би — й смерть прийшла б моя.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Ковзкий сніжок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