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Ковалі щастя, або новорічний детектив</w:t>
      </w:r>
    </w:p>
    <w:p>
      <w:r>
        <w:br/>
        <w:t xml:space="preserve"> &lt;p&gt;НЕСПОДІВАНКА</w:t>
      </w:r>
    </w:p>
    <w:p>
      <w:r>
        <w:br/>
        <w:t>Біжить зимовим лісом Дід Мороз. За спиною — здоровенницький мішок з новорічними подарунками для дітей. Біжить, весело наспівує на бігу:</w:t>
      </w:r>
    </w:p>
    <w:p>
      <w:r>
        <w:br/>
        <w:t>Щоб по-справжньому радіти</w:t>
      </w:r>
    </w:p>
    <w:p>
      <w:r>
        <w:br/>
        <w:t>Подарункам стали діти, —</w:t>
      </w:r>
    </w:p>
    <w:p>
      <w:r>
        <w:br/>
        <w:t>До кожного щасливу мить</w:t>
      </w:r>
    </w:p>
    <w:p>
      <w:r>
        <w:br/>
        <w:t>Таємно мушу долучить.</w:t>
      </w:r>
    </w:p>
    <w:p>
      <w:r>
        <w:br/>
        <w:t>І я нікому не скажу,</w:t>
      </w:r>
    </w:p>
    <w:p>
      <w:r>
        <w:br/>
        <w:t>Що зараз я туди біжу,</w:t>
      </w:r>
    </w:p>
    <w:p>
      <w:r>
        <w:br/>
        <w:t>Де щасливі хвилини кують,</w:t>
      </w:r>
    </w:p>
    <w:p>
      <w:r>
        <w:br/>
        <w:t>Де щасливі хвилини дають…</w:t>
      </w:r>
    </w:p>
    <w:p>
      <w:r>
        <w:br/>
        <w:t>Аж тут із-за куща несподівано вистромилася довга палиця, схожа на держак від мітли. Дід Мороз перечепився через неї і бебехнувся на землю, боляче вдарившись коліном об пеньок. Мішок покотився, розв’язався, подарунки посипались у сніг.</w:t>
      </w:r>
    </w:p>
    <w:p>
      <w:r>
        <w:br/>
        <w:t>Ох! Що ж це таке? Так болить коліно!.. Тепер клопіт матиму, бо тепер кульгатиму! А мені ж треба поспішати… І подарунки розсипалися, збирати треба… Ох, запізнююсь я, запізнююсь!..</w:t>
      </w:r>
    </w:p>
    <w:p>
      <w:r>
        <w:br/>
        <w:t>А з-за куща почувся тихий сміх, потім свист. Враз знялася завірюха, і той, хто свистів і сміявся, умить зник…</w:t>
      </w:r>
    </w:p>
    <w:p>
      <w:r>
        <w:br/>
        <w:t>ЧАКЛУН ЗЛАНДІЙ</w:t>
      </w:r>
    </w:p>
    <w:p>
      <w:r>
        <w:br/>
        <w:t>Лихий чаклун Зландій сидів у своєму розкішному палаці і гірко зітхав:</w:t>
      </w:r>
    </w:p>
    <w:p>
      <w:r>
        <w:br/>
        <w:t>— Ох! Ну що за життя?! От я — всемогутній чаклун, усіх перемагаю, усе маю, що тільки забажаю… А щастя нема!.. Сумно, нудно і марудно. Наближається ж Новий рік. І відомо: як ти рік зустрінеш, таким він для тебе і буде.</w:t>
      </w:r>
    </w:p>
    <w:p>
      <w:r>
        <w:br/>
        <w:t>А в мене настрій — хоч плач! — Із зеленого ока чаклуна викотилася зелена каламутна сльоза.</w:t>
      </w:r>
    </w:p>
    <w:p>
      <w:r>
        <w:br/>
        <w:t>І тут несподівано до палацу забіг захеканий прислужник чаклуна Посіпака.</w:t>
      </w:r>
    </w:p>
    <w:p>
      <w:r>
        <w:br/>
        <w:t>— Ваша Злість! Знайшов! Нарешті знайшов! — ледве дихаючи, вигукнув він.</w:t>
      </w:r>
    </w:p>
    <w:p>
      <w:r>
        <w:br/>
        <w:t>— Та невже! — стрепенувся Зландій. — І де ж вони? Де? Та не тягни — кажи швидше!</w:t>
      </w:r>
    </w:p>
    <w:p>
      <w:r>
        <w:br/>
        <w:t>— Заховалися так, що ледве відшукав… У горах, серед лісу… Але викрасти їх звідти абсолютно неможливо. Там, у себе, вони користуються казковою недоторканістю. От якби вони самі прийшли до нас — тоді інша справа. Тут їхня недоторканість не діє.</w:t>
      </w:r>
    </w:p>
    <w:p>
      <w:r>
        <w:br/>
        <w:t>— То треба зробити, щоб вони прийшли, — спокійно сказав Зландій.</w:t>
      </w:r>
    </w:p>
    <w:p>
      <w:r>
        <w:br/>
        <w:t>— Як? Надіслати їм запрошення: будь ласка, приходьте? Чи ж вони пришелепкуваті, щоб прийти?</w:t>
      </w:r>
    </w:p>
    <w:p>
      <w:r>
        <w:br/>
        <w:t>— Звичайно, на запрошення не прийдуть. А треба у них викрасти щось таке, без чого вони обійтися не можуть. Тоді змушені будуть прийти.</w:t>
      </w:r>
    </w:p>
    <w:p>
      <w:r>
        <w:br/>
        <w:t>Посіпака на мить роззявив рота, а тоді радісно заплескав у долоні:</w:t>
      </w:r>
    </w:p>
    <w:p>
      <w:r>
        <w:br/>
        <w:t>— Ваша Злість — геній! Є! Є така річ!.. Але треба поспішати! Новий же рік от-от настане! Побігли!</w:t>
      </w:r>
    </w:p>
    <w:p>
      <w:r>
        <w:br/>
        <w:t>Чаклун люто тупнув ногою:</w:t>
      </w:r>
    </w:p>
    <w:p>
      <w:r>
        <w:br/>
        <w:t>— Що сказав ти, вражий сину? Я не бігаю, а лину!</w:t>
      </w:r>
    </w:p>
    <w:p>
      <w:r>
        <w:br/>
        <w:t>Посіпака аж присів від страху:</w:t>
      </w:r>
    </w:p>
    <w:p>
      <w:r>
        <w:br/>
        <w:t>— Ой! Тоді полинули!</w:t>
      </w:r>
    </w:p>
    <w:p>
      <w:r>
        <w:br/>
        <w:t>— Лину тільки я! — ще лютіше вигукнув Зландій. — Ти ж за мною побіжиш!</w:t>
      </w:r>
    </w:p>
    <w:p>
      <w:r>
        <w:br/>
        <w:t>І вони вирушили в дорогу.</w:t>
      </w:r>
    </w:p>
    <w:p>
      <w:r>
        <w:br/>
        <w:t>МАЙСТЕР ТІК І МАЙСТЕР ТАК</w:t>
      </w:r>
    </w:p>
    <w:p>
      <w:r>
        <w:br/>
        <w:t>На Горі Вічності, край берега Ріки Часу, серед густого гірського лісу, у Чарівному Замку Годин двоє братів-близнюків, Майстер Тік і Майстер Так, по черзі били золотими молотками по золотому ковадлу і приспівували:</w:t>
      </w:r>
    </w:p>
    <w:p>
      <w:r>
        <w:br/>
        <w:t>Тік-так! Тік-так!</w:t>
      </w:r>
    </w:p>
    <w:p>
      <w:r>
        <w:br/>
        <w:t>Тік-Так! — і є хвилинка,</w:t>
      </w:r>
    </w:p>
    <w:p>
      <w:r>
        <w:br/>
        <w:t>І в чарівний у мішок</w:t>
      </w:r>
    </w:p>
    <w:p>
      <w:r>
        <w:br/>
        <w:t>З ковадла — скік!</w:t>
      </w:r>
    </w:p>
    <w:p>
      <w:r>
        <w:br/>
        <w:t>З ковадла — скок!</w:t>
      </w:r>
    </w:p>
    <w:p>
      <w:r>
        <w:br/>
        <w:t>Ми накуєм на цілий рік</w:t>
      </w:r>
    </w:p>
    <w:p>
      <w:r>
        <w:br/>
        <w:t>Для всіх для вас</w:t>
      </w:r>
    </w:p>
    <w:p>
      <w:r>
        <w:br/>
        <w:t>Щасливий час.</w:t>
      </w:r>
    </w:p>
    <w:p>
      <w:r>
        <w:br/>
        <w:t>— Щось Дід Мороз затримується… — зітхнув Майстер Тік.</w:t>
      </w:r>
    </w:p>
    <w:p>
      <w:r>
        <w:br/>
        <w:t>— Ага! — похитав головою Майстер Так. — А він же у кожний подарунок щастинку-золотинку додати мусить.</w:t>
      </w:r>
    </w:p>
    <w:p>
      <w:r>
        <w:br/>
        <w:t>І тут раптом знадвору почувся крик:</w:t>
      </w:r>
    </w:p>
    <w:p>
      <w:r>
        <w:br/>
        <w:t>— Рятуйте! Дід Мороз у Річці Часу тоне!</w:t>
      </w:r>
    </w:p>
    <w:p>
      <w:r>
        <w:br/>
        <w:t>— Чуєш, брате?! — вигукнув Майстер Тік.</w:t>
      </w:r>
    </w:p>
    <w:p>
      <w:r>
        <w:br/>
        <w:t>— Біжімо рятувати! — вигукнув Майстер Так.</w:t>
      </w:r>
    </w:p>
    <w:p>
      <w:r>
        <w:br/>
        <w:t>І вони кинулися до дверей.</w:t>
      </w:r>
    </w:p>
    <w:p>
      <w:r>
        <w:br/>
        <w:t>У ПОГОНЮ!</w:t>
      </w:r>
    </w:p>
    <w:p>
      <w:r>
        <w:br/>
        <w:t>Тільки брати-ковалі вибігли, як до Замку Годин заскочив чаклунський прислужник Посіпака. Схопив золоте ковадло, чарівний мішок "Скік-скок" і вибіг.</w:t>
      </w:r>
    </w:p>
    <w:p>
      <w:r>
        <w:br/>
        <w:t>Чаклун Зландій, який, як ви вже здогадалися, кричав зміненим голосом, одразу напустив чарівного туману, і брати-ковалі не помітили Посіпаки.</w:t>
      </w:r>
    </w:p>
    <w:p>
      <w:r>
        <w:br/>
        <w:t>Пересвідчившись, що Діда Мороза у Річці Часу нема, Ковалі Щастя повернулися до Замку. Й одразу помітили, що сталося.</w:t>
      </w:r>
    </w:p>
    <w:p>
      <w:r>
        <w:br/>
        <w:t>— Ой-йой! — скрикнув Майстер Тік. — Без ковадла ми безсилі — ми не зможемо кувати!</w:t>
      </w:r>
    </w:p>
    <w:p>
      <w:r>
        <w:br/>
        <w:t>— Треба злодіїв спіймати і ковадло повернути! — вигукнув Майстер Так. — Але куди вони побігли?</w:t>
      </w:r>
    </w:p>
    <w:p>
      <w:r>
        <w:br/>
        <w:t>— Дивись, оно щастинки-золотинки, що висипались із чарівного мішка! Вони вкажуть нам шлях! — вигукнув Майстер Тік.</w:t>
      </w:r>
    </w:p>
    <w:p>
      <w:r>
        <w:br/>
        <w:t>І, не думаючи про небезпеку, брати кинулись у погоню.</w:t>
      </w:r>
    </w:p>
    <w:p>
      <w:r>
        <w:br/>
        <w:t>ТАКИ ЗАПІЗНИВСЯ!</w:t>
      </w:r>
    </w:p>
    <w:p>
      <w:r>
        <w:br/>
        <w:t>Не минуло й кількох хвилин, як до Замку Годин пришкутильгав Дід Мороз.</w:t>
      </w:r>
    </w:p>
    <w:p>
      <w:r>
        <w:br/>
        <w:t>— Бути не може! — розпачливо вигукнув він. — Ковалів нема, ковадло зникло, чарівний мішок із щастинками-золотинками теж!.. Запізнився. Де їх шукати? Без сумніву, стався якийсь злочин. Викрадення!</w:t>
      </w:r>
    </w:p>
    <w:p>
      <w:r>
        <w:br/>
        <w:t>Золотинок на підлозі не було — після того, як Ковалі Щастя пройшли повз них, золотинки зникли. Отже, Дід Мороз скористатися цим дороговказом не міг.</w:t>
      </w:r>
    </w:p>
    <w:p>
      <w:r>
        <w:br/>
        <w:t>— Одна надія — на Бровка Барбосовича! — І Дід Мороз пошкутильгав до Казкового Детективного Бюро.</w:t>
      </w:r>
    </w:p>
    <w:p>
      <w:r>
        <w:br/>
        <w:t>БРОВКО БАРБОСОВИЧ ПОЧИНАЄ РОЗСЛІДУВАННЯ</w:t>
      </w:r>
    </w:p>
    <w:p>
      <w:r>
        <w:br/>
        <w:t>Біля собачої будки з вивіскою "Казкове детективне бюро" сидів старий пес Бровко Барбосович. Тут його і знайшов Дід Мороз.</w:t>
      </w:r>
    </w:p>
    <w:p>
      <w:r>
        <w:br/>
        <w:t>— Здрастуйте, дорогий детективе! — ще здаля вигукнув Дід Мороз. — Поможіть! У Чарівному Замку Годин — біда! І Ковалі Щастя, і золоте ковадло, і чарівний мішок із щастинками-золотинками — все зникло! Моя версія — викрадення!.</w:t>
      </w:r>
    </w:p>
    <w:p>
      <w:r>
        <w:br/>
        <w:t>— Та-ак! — почухав себе за вухом Бровко Барбосович. — Почнемо розслідування, а тоді будемо говорити про версії. Спершу треба обстежити місце злочину, понюхати, взяти слід, а тоді…</w:t>
      </w:r>
    </w:p>
    <w:p>
      <w:r>
        <w:br/>
        <w:t>— Але ж треба поспішати, Новий рік на носі! — вигукнув Дід Мороз. — Діти можуть лишитися без подарунків!</w:t>
      </w:r>
    </w:p>
    <w:p>
      <w:r>
        <w:br/>
        <w:t>— Не панікуйте, пане Морозе! Фестіна ленте — поспішай поволі, — казали древні. Тим більше ви, бачу, кульгаєте…</w:t>
      </w:r>
    </w:p>
    <w:p>
      <w:r>
        <w:br/>
        <w:t>У Замку Годин Бровко Барбосович усе ретельно обнюхав і сказав:</w:t>
      </w:r>
    </w:p>
    <w:p>
      <w:r>
        <w:br/>
        <w:t>— Слід я взяв, починаю переслідування. Вам ходити важко, тому ви лишайтеся тут і чекайте.</w:t>
      </w:r>
    </w:p>
    <w:p>
      <w:r>
        <w:br/>
        <w:t>Дід Мороз зітхнув (йому теж хотілося взяти участь у переслідуванні), але змушений був погодитися.</w:t>
      </w:r>
    </w:p>
    <w:p>
      <w:r>
        <w:br/>
        <w:t>ПІДСТУПНИЙ ЗАДУМ ЗЛАНДІЯ</w:t>
      </w:r>
    </w:p>
    <w:p>
      <w:r>
        <w:br/>
        <w:t>А тим часом чаклун Зландій і його прислужник Посіпака у палаці радіють — щастинки-золотинки подіяли на них. Зландій танцює і співає:</w:t>
      </w:r>
    </w:p>
    <w:p>
      <w:r>
        <w:br/>
        <w:t>Ой, як гарно!</w:t>
      </w:r>
    </w:p>
    <w:p>
      <w:r>
        <w:br/>
        <w:t>Ой, як мені весело!</w:t>
      </w:r>
    </w:p>
    <w:p>
      <w:r>
        <w:br/>
        <w:t>Так ніколи ще, ніколи,</w:t>
      </w:r>
    </w:p>
    <w:p>
      <w:r>
        <w:br/>
        <w:t>Ще ніколи не було!</w:t>
      </w:r>
    </w:p>
    <w:p>
      <w:r>
        <w:br/>
        <w:t>— А тепер, — наказав Зландій Посіпаці, — приготуйся зустрічати Ковалів Щастя! Он вони вже біжать! Недаремно я їм щастинки-золотинки по дорозі розкидав, щоб дорогу до нас знайшли.</w:t>
      </w:r>
    </w:p>
    <w:p>
      <w:r>
        <w:br/>
        <w:t>— А вони нас молотками не поб’ють? — лякливо спитав Посіпака. — Все-таки ковалі — хлопці дужі.</w:t>
      </w:r>
    </w:p>
    <w:p>
      <w:r>
        <w:br/>
        <w:t>— Не бійся! — заспокоїв його Зландій. — Я ж — чаклун!</w:t>
      </w:r>
    </w:p>
    <w:p>
      <w:r>
        <w:br/>
        <w:t>І тут до палацу вбігли Майстер Тік і Майстер Так.</w:t>
      </w:r>
    </w:p>
    <w:p>
      <w:r>
        <w:br/>
        <w:t>— Сердечно вітаю вас, дорогі брати-ковалі! — Зландій, привітно усміхаючись, рушив їм назустріч. — Я давно чекаю на вас! Усе вийшло так, як було задумано.</w:t>
      </w:r>
    </w:p>
    <w:p>
      <w:r>
        <w:br/>
        <w:t>Ковалі Щастя здивовано перезирнулися.</w:t>
      </w:r>
    </w:p>
    <w:p>
      <w:r>
        <w:br/>
        <w:t>— Нічого не розумію! — мовив Майстер Тік.</w:t>
      </w:r>
    </w:p>
    <w:p>
      <w:r>
        <w:br/>
        <w:t>— Що й ким було задумано? — спитав Майстер Так.</w:t>
      </w:r>
    </w:p>
    <w:p>
      <w:r>
        <w:br/>
        <w:t>— Ображаєте! — закопилив губу чаклун. — Я все задумав — виманив вас із Замку Годин, бо там ось-ось мав з’явитися злий чаклун Зландій, який хоче знищити вас. Йому не подобається, що ви куєте людям щасливий час. Він хоче, щоб люди були нещасними. А я хочу врятувати вас. Тому й організував викрадення золотого ковадла і чарівного мішка. Ще й золотинки розсипав по дорозі, щоб ви могли відшукати мене.</w:t>
      </w:r>
    </w:p>
    <w:p>
      <w:r>
        <w:br/>
        <w:t>— Правильно! Правильно! Правильно! — закивав головою Посіпака.</w:t>
      </w:r>
    </w:p>
    <w:p>
      <w:r>
        <w:br/>
        <w:t>— Але ж до нас от-от мав прийти Дід Мороз! — вигукнув Майстер Тік.</w:t>
      </w:r>
    </w:p>
    <w:p>
      <w:r>
        <w:br/>
        <w:t>— Ми ж накували йому щастинки-золотинки, щоб він долучив їх до новорічних подарунків! — вигукнув Майстер Так.</w:t>
      </w:r>
    </w:p>
    <w:p>
      <w:r>
        <w:br/>
        <w:t>— Ха-ха! — засміявся чаклун. — До вас мав прийти не Дід Морооз, а Зландій, який обернувся на Діда Мороза. І якби не я…</w:t>
      </w:r>
    </w:p>
    <w:p>
      <w:r>
        <w:br/>
        <w:t>— Правильно! Правильно! Правильно! — знову закивав головою Посіпака.</w:t>
      </w:r>
    </w:p>
    <w:p>
      <w:r>
        <w:br/>
        <w:t>— А хто ж ви такий? — спитав Майстер Тік.</w:t>
      </w:r>
    </w:p>
    <w:p>
      <w:r>
        <w:br/>
        <w:t>— От-от! — підхопив Майстер Так.</w:t>
      </w:r>
    </w:p>
    <w:p>
      <w:r>
        <w:br/>
        <w:t>— Я — чарівник Добряндій. І зичу всім добра. Тепер ми будемо діяти разом — ви куватимете щастинки-золотинки, а я розподілятиму їх кому слід. Наведу порядок! Бо геть усі хочуть щастя. А це казна-що! Щастя мусять мати лише ті, хто заслужив його своєю покірною, слухняною поведінкою!</w:t>
      </w:r>
    </w:p>
    <w:p>
      <w:r>
        <w:br/>
        <w:t>— Правильно! Правильно! Правильно, Ваша Злість!.. Ой! — Посіпака затулив собі рота, але було вже пізно — слово не горобець, вилетіло, не впіймаєш.</w:t>
      </w:r>
    </w:p>
    <w:p>
      <w:r>
        <w:br/>
        <w:t>Зландій замахнувся на Посіпаку — той присів.</w:t>
      </w:r>
    </w:p>
    <w:p>
      <w:r>
        <w:br/>
        <w:t>— Ви не Добряндій! Ви — Зландій! — вигукнув Майстер Тік.</w:t>
      </w:r>
    </w:p>
    <w:p>
      <w:r>
        <w:br/>
        <w:t>— Так-так! — вигукнув Майстер Так. — Ви — злий чаклун!</w:t>
      </w:r>
    </w:p>
    <w:p>
      <w:r>
        <w:br/>
        <w:t>— Ну й що?! — сказав Зландій. — Все одно ви тепер будете працювати на мене. Бо я вас звідси не випущу!</w:t>
      </w:r>
    </w:p>
    <w:p>
      <w:r>
        <w:br/>
        <w:t>— Правильно! Правильно! Правильно! — закивав головою Посіпака.</w:t>
      </w:r>
    </w:p>
    <w:p>
      <w:r>
        <w:br/>
        <w:t>— Ну добре! — Майстер Тік підморгнув братові. — Давай кувати!</w:t>
      </w:r>
    </w:p>
    <w:p>
      <w:r>
        <w:br/>
        <w:t>— Давай! — і собі підморгнув Майстер Так.</w:t>
      </w:r>
    </w:p>
    <w:p>
      <w:r>
        <w:br/>
        <w:t>Вони підійшли до ковадла і почали бити молотками, приспівуючи:</w:t>
      </w:r>
    </w:p>
    <w:p>
      <w:r>
        <w:br/>
        <w:t>Тік-так! Тік-так!</w:t>
      </w:r>
    </w:p>
    <w:p>
      <w:r>
        <w:br/>
        <w:t>Тік-так! Таки</w:t>
      </w:r>
    </w:p>
    <w:p>
      <w:r>
        <w:br/>
        <w:t>Куємо зараз навпаки —</w:t>
      </w:r>
    </w:p>
    <w:p>
      <w:r>
        <w:br/>
        <w:t>Хай зникнуть всі хвилинки,</w:t>
      </w:r>
    </w:p>
    <w:p>
      <w:r>
        <w:br/>
        <w:t>Щастинки-золотинки!..</w:t>
      </w:r>
    </w:p>
    <w:p>
      <w:r>
        <w:br/>
        <w:t>Посіпака кинувся до чарівного мішка — мішок був порожній.</w:t>
      </w:r>
    </w:p>
    <w:p>
      <w:r>
        <w:br/>
        <w:t>— Що ви наробили? — люто закричав Зландій.</w:t>
      </w:r>
    </w:p>
    <w:p>
      <w:r>
        <w:br/>
        <w:t>— Ми не куємо щастя злим і підступним! — спокійно сказав Майстер Тік.</w:t>
      </w:r>
    </w:p>
    <w:p>
      <w:r>
        <w:br/>
        <w:t>— Такого ще не бувало! — додав Майстер Так.</w:t>
      </w:r>
    </w:p>
    <w:p>
      <w:r>
        <w:br/>
        <w:t>— Не бувало — так буде! — вигукнув чаклун. — Я вас примушу!</w:t>
      </w:r>
    </w:p>
    <w:p>
      <w:r>
        <w:br/>
        <w:t>Зландій тричі ляснув у долоні, і враз Ковалі Щастя опинилися у клітці.</w:t>
      </w:r>
    </w:p>
    <w:p>
      <w:r>
        <w:br/>
        <w:t>— Правильно! Правильно! Правильно! Тепер не втечете! Хе-хе-хе! — захихотів Посіпака.</w:t>
      </w:r>
    </w:p>
    <w:p>
      <w:r>
        <w:br/>
        <w:t>І тут…</w:t>
      </w:r>
    </w:p>
    <w:p>
      <w:r>
        <w:br/>
        <w:t>ВИКРАДЕННЯ</w:t>
      </w:r>
    </w:p>
    <w:p>
      <w:r>
        <w:br/>
        <w:t>І тут раптом пролунав пронизливий свист, від якого і Зландій, і Посіпака попадали на підлогу. До палацу хтось залетів, схопив клітку з Ковалями Щастя і зник.</w:t>
      </w:r>
    </w:p>
    <w:p>
      <w:r>
        <w:br/>
        <w:t>Коли Зландій підняв голову, нікого вже не було.</w:t>
      </w:r>
    </w:p>
    <w:p>
      <w:r>
        <w:br/>
        <w:t>— Що це таке?! — вигукнув чаклун. — Хто насмілився обікрасти мене, всемогутнього Зландія?! Де ти був, Посіпако?! Чому не пильнував?!</w:t>
      </w:r>
    </w:p>
    <w:p>
      <w:r>
        <w:br/>
        <w:t>— Ваша Злість! Та я ж упав від того свисту, як і ви! Нічогісінько не бачив!</w:t>
      </w:r>
    </w:p>
    <w:p>
      <w:r>
        <w:br/>
        <w:t>— Негайно в погоню!</w:t>
      </w:r>
    </w:p>
    <w:p>
      <w:r>
        <w:br/>
        <w:t>— За ким? Ми ж нікого не бачили.</w:t>
      </w:r>
    </w:p>
    <w:p>
      <w:r>
        <w:br/>
        <w:t>— Зате чули. Будемо шукати по свисту.</w:t>
      </w:r>
    </w:p>
    <w:p>
      <w:r>
        <w:br/>
        <w:t>— По свисту? Як?.. — Посіпака почухався. — Та й свистіла якась нечиста сила…</w:t>
      </w:r>
    </w:p>
    <w:p>
      <w:r>
        <w:br/>
        <w:t>— А я хто?! Чаклун із чаклунів! Хоч на край світу піду, а ковалів знайду! Вперед!.. — І Зландій вилетів з палацу, а Посіпака назирці за ним.</w:t>
      </w:r>
    </w:p>
    <w:p>
      <w:r>
        <w:br/>
        <w:t>Ледве вони зникли, як до палацу забіг Бровко Барбосович.</w:t>
      </w:r>
    </w:p>
    <w:p>
      <w:r>
        <w:br/>
        <w:t>— Та-ак! — сказав він, оглянувши палац. — Нікого нема… Сліди Ковалів Щастя тут обриваються. Отже, звідси Ковалі пішли не своїми ногами. Та оскільки крил у них нема, то хтось летючий їх звідси забрав. На землі я бачу відбитки ніг лише однієї особи — візьмемо цей слід.</w:t>
      </w:r>
    </w:p>
    <w:p>
      <w:r>
        <w:br/>
        <w:t>І, принюхуючись до слідів Посіпаки, Бровко Барбосович продовжив переслідування.</w:t>
      </w:r>
    </w:p>
    <w:p>
      <w:r>
        <w:br/>
        <w:t>БАБА СВИСТУХА</w:t>
      </w:r>
    </w:p>
    <w:p>
      <w:r>
        <w:br/>
        <w:t>У своєму чудернацькому обійсті біля клітки з Ковалями Щастя стояла бабуся із довгим гачкуватим носом і розпатланим волоссям. У руках вона тримала мітлу, на якій щойно прилетіла разом із кліткою.</w:t>
      </w:r>
    </w:p>
    <w:p>
      <w:r>
        <w:br/>
        <w:t>— Я врятувала вас від того противного Зландія! — лагідним голосом сказала бабуся. — Тепер треба витягти вас із клітки. От зараз я свисну — і будете вільні. Не кажу я заклинання, щоб здійснилося бажання. Замість цього в мене свист — отакий я маю хист!</w:t>
      </w:r>
    </w:p>
    <w:p>
      <w:r>
        <w:br/>
        <w:t>І бабуся пронизливо свиснула.</w:t>
      </w:r>
    </w:p>
    <w:p>
      <w:r>
        <w:br/>
        <w:t>І раптом мітла проти бабусиної волі розмахнулася і вдарила її по голові.</w:t>
      </w:r>
    </w:p>
    <w:p>
      <w:r>
        <w:br/>
        <w:t>— Ой! Що таке?! — скрикнула бабуся. — Моя мітла такою зроду не була! Мітлу відкину геть, бо вона, певне, зачаклована!</w:t>
      </w:r>
    </w:p>
    <w:p>
      <w:r>
        <w:br/>
        <w:t>Бабуся відкинула подалі мітлу і, схопившись руками за ґрати, знову свиснула. І враз бабусина голова потрапила між ґрат і защемилася.</w:t>
      </w:r>
    </w:p>
    <w:p>
      <w:r>
        <w:br/>
        <w:t>— Ой-йой! — відчайдушно скрикнула вона. — І клітка зачаклована. Рятуйте!</w:t>
      </w:r>
    </w:p>
    <w:p>
      <w:r>
        <w:br/>
        <w:t>Брати-ковалі перезирнулися.</w:t>
      </w:r>
    </w:p>
    <w:p>
      <w:r>
        <w:br/>
        <w:t>— Що? Спробуємо порятувати? — спитав Майстер Тік.</w:t>
      </w:r>
    </w:p>
    <w:p>
      <w:r>
        <w:br/>
        <w:t>— Давай! — погодився Майстер Так. — Тільки правду скажіть, хто ви?</w:t>
      </w:r>
    </w:p>
    <w:p>
      <w:r>
        <w:br/>
        <w:t>— Та відьма я! — застогнала бабуся. — Баба Свистуха! Але я добра відьма. Бачите, врятувала вас. А тепер ви мене врятуйте. Якщо можете…</w:t>
      </w:r>
    </w:p>
    <w:p>
      <w:r>
        <w:br/>
        <w:t>Брати вдарили молотками по ковадлу і заспівали:</w:t>
      </w:r>
    </w:p>
    <w:p>
      <w:r>
        <w:br/>
        <w:t>Тік-так! Тік-так!</w:t>
      </w:r>
    </w:p>
    <w:p>
      <w:r>
        <w:br/>
        <w:t>Тік-так! Тік-так!</w:t>
      </w:r>
    </w:p>
    <w:p>
      <w:r>
        <w:br/>
        <w:t>Рятуємо!</w:t>
      </w:r>
    </w:p>
    <w:p>
      <w:r>
        <w:br/>
        <w:t>Хай буде так!</w:t>
      </w:r>
    </w:p>
    <w:p>
      <w:r>
        <w:br/>
        <w:t>І Баба Свистуха вивільнила голову з ґрат і радісно засміялася:</w:t>
      </w:r>
    </w:p>
    <w:p>
      <w:r>
        <w:br/>
        <w:t>— Ой, як гарно! Як же ви це зробили?</w:t>
      </w:r>
    </w:p>
    <w:p>
      <w:r>
        <w:br/>
        <w:t>— Ми просто накували вам щасливу хвилинку, — мовив Майстер Тік.</w:t>
      </w:r>
    </w:p>
    <w:p>
      <w:r>
        <w:br/>
        <w:t>— А хіба може бути щасливим той, у кого голова затиснута між грат? От ви й звільнилися, — мовив Майстер Так.</w:t>
      </w:r>
    </w:p>
    <w:p>
      <w:r>
        <w:br/>
        <w:t>— Чого ж ви самі не звільнитеся із клітки? — здивовано спитала Баба Свистуха.</w:t>
      </w:r>
    </w:p>
    <w:p>
      <w:r>
        <w:br/>
        <w:t>— Для себе ми нічого зробити не можемо, — зітхнув Майстер Тік.</w:t>
      </w:r>
    </w:p>
    <w:p>
      <w:r>
        <w:br/>
        <w:t>— Ми куємо щастя тільки для інших — така наша казкова властивість, — сказав Майстер Так.</w:t>
      </w:r>
    </w:p>
    <w:p>
      <w:r>
        <w:br/>
        <w:t>— Накуйте мені ще хоч одну хвилиночку щастя! — попросила Баба Свистуха.</w:t>
      </w:r>
    </w:p>
    <w:p>
      <w:r>
        <w:br/>
        <w:t>— Не можемо, — розвів руками Майстер Тік.</w:t>
      </w:r>
    </w:p>
    <w:p>
      <w:r>
        <w:br/>
        <w:t>— Щастя у неволі не кується, — додав Майстер Так.</w:t>
      </w:r>
    </w:p>
    <w:p>
      <w:r>
        <w:br/>
        <w:t>— Але ж ви щойно кували, — мовила Баба Свистуха.</w:t>
      </w:r>
    </w:p>
    <w:p>
      <w:r>
        <w:br/>
        <w:t>— Бо вас рятували, — пояснив Майстер Тік. — А тепер ви задоволені?</w:t>
      </w:r>
    </w:p>
    <w:p>
      <w:r>
        <w:br/>
        <w:t>— Ой! — махнула рукою Баба Свистуха. — Яке там задоволення!.. Я так страждаю! Всі на мене: "Відьма! Відьма!" Хіба ж я винна, що народилася відьмою? А душа в мене добра… Думаєте, відьмі щастя не хочеться? — Баба Свистуха схлипнула.</w:t>
      </w:r>
    </w:p>
    <w:p>
      <w:r>
        <w:br/>
        <w:t>Брати знову перезирнулися.</w:t>
      </w:r>
    </w:p>
    <w:p>
      <w:r>
        <w:br/>
        <w:t>— Може, вона й справді нещасна? — зітхнув Майстер Тік.</w:t>
      </w:r>
    </w:p>
    <w:p>
      <w:r>
        <w:br/>
        <w:t>І брати знову взялися за молотки й заспівали:</w:t>
      </w:r>
    </w:p>
    <w:p>
      <w:r>
        <w:br/>
        <w:t>Тік-так! Тік-так!</w:t>
      </w:r>
    </w:p>
    <w:p>
      <w:r>
        <w:br/>
        <w:t>Хай буде так:</w:t>
      </w:r>
    </w:p>
    <w:p>
      <w:r>
        <w:br/>
        <w:t>Куємо ще хвилинку,</w:t>
      </w:r>
    </w:p>
    <w:p>
      <w:r>
        <w:br/>
        <w:t>Щастинку-золотинку!</w:t>
      </w:r>
    </w:p>
    <w:p>
      <w:r>
        <w:br/>
        <w:t>Баба Свистуха одразу радісно стрепенулася й заспівала:</w:t>
      </w:r>
    </w:p>
    <w:p>
      <w:r>
        <w:br/>
        <w:t>Стало весело так!</w:t>
      </w:r>
    </w:p>
    <w:p>
      <w:r>
        <w:br/>
        <w:t>Стало радісно так!..</w:t>
      </w:r>
    </w:p>
    <w:p>
      <w:r>
        <w:br/>
        <w:t>ПЕРЕВЕРТНІ</w:t>
      </w:r>
    </w:p>
    <w:p>
      <w:r>
        <w:br/>
        <w:t>Чаклун Зландій і його прислужник Посіпака блукали по лісах, прислухаючись до кожного свисту. Чаклуну весь час доводилося чекати прислужника.</w:t>
      </w:r>
    </w:p>
    <w:p>
      <w:r>
        <w:br/>
        <w:t>— Ну що ти повзеш як черепаха?! — роздратовано казав Зландій.</w:t>
      </w:r>
    </w:p>
    <w:p>
      <w:r>
        <w:br/>
        <w:t>— Еге! Хе-хе! — задихаючись, відказував Посіпака. — Вам добре, ви чаклун, ви собі линете, линете над землею… А я по тій землі ногами біжу… Та й нащо ви мене чекаєте? Нащо я вам здався?</w:t>
      </w:r>
    </w:p>
    <w:p>
      <w:r>
        <w:br/>
        <w:t>— Бо разом треба! Разом! — гримнув Зландій.</w:t>
      </w:r>
    </w:p>
    <w:p>
      <w:r>
        <w:br/>
        <w:t>— То ви самі боїтеся?</w:t>
      </w:r>
    </w:p>
    <w:p>
      <w:r>
        <w:br/>
        <w:t>— Перестань! Бо я тобі! Бо я тебе… — несамовито закричав Зландій. — Одна справа переляк, інша — тактика. Ти підеш перший, а я за тобою.</w:t>
      </w:r>
    </w:p>
    <w:p>
      <w:r>
        <w:br/>
        <w:t>— Ага! Щоб мене вбили, а ви втечете…</w:t>
      </w:r>
    </w:p>
    <w:p>
      <w:r>
        <w:br/>
        <w:t>— Ну досить, досить! Розбалакався! — гримнув Зландій. — Треба негайно перевтілюватися, щоб нас не впізнали.</w:t>
      </w:r>
    </w:p>
    <w:p>
      <w:r>
        <w:br/>
        <w:t>— А в кого будемо перевтілюватися?</w:t>
      </w:r>
    </w:p>
    <w:p>
      <w:r>
        <w:br/>
        <w:t>— Я — у Діда Мороза, ти — у Снігуроньку. Ковалі саме чекали на Діда Мороза.</w:t>
      </w:r>
    </w:p>
    <w:p>
      <w:r>
        <w:br/>
        <w:t>Раз, два, три, чотири, п’ять!</w:t>
      </w:r>
    </w:p>
    <w:p>
      <w:r>
        <w:br/>
        <w:t>Починаю чаклувать!..</w:t>
      </w:r>
    </w:p>
    <w:p>
      <w:r>
        <w:br/>
        <w:t>Зайди за кущ і повернись —</w:t>
      </w:r>
    </w:p>
    <w:p>
      <w:r>
        <w:br/>
        <w:t>Снігуронькою обернись!</w:t>
      </w:r>
    </w:p>
    <w:p>
      <w:r>
        <w:br/>
        <w:t>Посіпака зайшов за кущ і вийшов звідти вже у подобі Снігуроньки. А чаклун вів далі:</w:t>
      </w:r>
    </w:p>
    <w:p>
      <w:r>
        <w:br/>
        <w:t>Зайду за кущ і повернусь —</w:t>
      </w:r>
    </w:p>
    <w:p>
      <w:r>
        <w:br/>
        <w:t>Дідом Морозом обернусь!</w:t>
      </w:r>
    </w:p>
    <w:p>
      <w:r>
        <w:br/>
        <w:t>Зландій зайшов за кущ і повернувся звідти Дідом Морозом.</w:t>
      </w:r>
    </w:p>
    <w:p>
      <w:r>
        <w:br/>
        <w:t>Здаля почувся свист. На нього й попрямували Зландій з Посіпакою.</w:t>
      </w:r>
    </w:p>
    <w:p>
      <w:r>
        <w:br/>
        <w:t>А з-за товстелезного дуба за ними стежив казковий детектив Бровко Барбосович.</w:t>
      </w:r>
    </w:p>
    <w:p>
      <w:r>
        <w:br/>
        <w:t>— Та-ак! — почухав він себе лапою за вухом. — Заарештовувати їх ще рано. Хай приведуть мене до Ковалів Щастя. А там буду ловити їх на гарячому! Слідство триває!</w:t>
      </w:r>
    </w:p>
    <w:p>
      <w:r>
        <w:br/>
        <w:t>І Бровко Барбосович продовжив переслідування.</w:t>
      </w:r>
    </w:p>
    <w:p>
      <w:r>
        <w:br/>
        <w:t>А тим часом Баба Свистуха пританцьовувала перед кліткою з Ковалями Щастя і весело співала:</w:t>
      </w:r>
    </w:p>
    <w:p>
      <w:r>
        <w:br/>
        <w:t>Я щасливою такою</w:t>
      </w:r>
    </w:p>
    <w:p>
      <w:r>
        <w:br/>
        <w:t>Ще ніколи не була!</w:t>
      </w:r>
    </w:p>
    <w:p>
      <w:r>
        <w:br/>
        <w:t>Тралатрала-тралалала,</w:t>
      </w:r>
    </w:p>
    <w:p>
      <w:r>
        <w:br/>
        <w:t>Тралалала-тралала!..</w:t>
      </w:r>
    </w:p>
    <w:p>
      <w:r>
        <w:br/>
        <w:t>Затим вона пронизливо свиснула, і в клітці перед братами з’явився стіл із смачними наїдками та напоями.</w:t>
      </w:r>
    </w:p>
    <w:p>
      <w:r>
        <w:br/>
        <w:t>— Їжте, пийте і гуляйте. Тільки куйте мені оті щастинки-золотинки. І я для вас нічого не пошкодую! Житимете в мене, як у раю! Все матимете! — говорила Баба Свистуха.</w:t>
      </w:r>
    </w:p>
    <w:p>
      <w:r>
        <w:br/>
        <w:t>— Нічого нам не треба! Звільніть нас! — відповіли брати.</w:t>
      </w:r>
    </w:p>
    <w:p>
      <w:r>
        <w:br/>
        <w:t>— От уперті! Звільнити я вас не можу! Та й нащо вам свобода, як ви все матимете?</w:t>
      </w:r>
    </w:p>
    <w:p>
      <w:r>
        <w:br/>
        <w:t>— У неволі кувати не будемо! — категорично сказали брати. — Щастя у неволі не кується!</w:t>
      </w:r>
    </w:p>
    <w:p>
      <w:r>
        <w:br/>
        <w:t>— Ото непоступливі! — вигукнула Баба Свистуха. — Як ви так, то і я…</w:t>
      </w:r>
    </w:p>
    <w:p>
      <w:r>
        <w:br/>
        <w:t>Баба свиснула, і стіл із наїдками та напоями зник.</w:t>
      </w:r>
    </w:p>
    <w:p>
      <w:r>
        <w:br/>
        <w:t>— Нікуди не дінетеся! — мовила Баба Свистуха. — Голод і спрага примусять вас підкоритися. Нічого не дам, поки не почнете кувати.</w:t>
      </w:r>
    </w:p>
    <w:p>
      <w:r>
        <w:br/>
        <w:t>— А казала, що добра! — похитав головою Майстер Тік.</w:t>
      </w:r>
    </w:p>
    <w:p>
      <w:r>
        <w:br/>
        <w:t>— І ми повірили! У добру відьму повірили! — зітхнув Майстер Так.</w:t>
      </w:r>
    </w:p>
    <w:p>
      <w:r>
        <w:br/>
        <w:t>— За добро слід платити. Заробити треба добро, — сказала Баба Свистуха. — Поголодуйте, поголодуйте — тоді побачимо.</w:t>
      </w:r>
    </w:p>
    <w:p>
      <w:r>
        <w:br/>
        <w:t>І тут раптом…</w:t>
      </w:r>
    </w:p>
    <w:p>
      <w:r>
        <w:br/>
        <w:t>ВІДЬМА ВСЕ ВІДАЄ</w:t>
      </w:r>
    </w:p>
    <w:p>
      <w:r>
        <w:br/>
        <w:t>І тут раптом з’явилися Дід Мороз і Снігуронька. Не справжні, звичайно, а перевертні — чаклун Зландій та його прислужник Посіпака.</w:t>
      </w:r>
    </w:p>
    <w:p>
      <w:r>
        <w:br/>
        <w:t>Баба Свистуха здригнулася, втягнула носом повітря і підозріливо спитала:</w:t>
      </w:r>
    </w:p>
    <w:p>
      <w:r>
        <w:br/>
        <w:t>— Ви хто такі і що вам треба?</w:t>
      </w:r>
    </w:p>
    <w:p>
      <w:r>
        <w:br/>
        <w:t>— Та ви що? Не бачите? — вигукнув Майстер Тік.</w:t>
      </w:r>
    </w:p>
    <w:p>
      <w:r>
        <w:br/>
        <w:t>— Це ж Дід Мороз і Снігуронька! — вигукнув Майстер Так.</w:t>
      </w:r>
    </w:p>
    <w:p>
      <w:r>
        <w:br/>
        <w:t>Баба Свистуха знову втягла носом повітря і махнула на братів-ковалів рукою:</w:t>
      </w:r>
    </w:p>
    <w:p>
      <w:r>
        <w:br/>
        <w:t>— Це ви нічого не бачите! А я все бачу, все відаю, бо я — відьма. Це — перевертні!</w:t>
      </w:r>
    </w:p>
    <w:p>
      <w:r>
        <w:br/>
        <w:t>Баба Свистуха свиснула і тицьнула пальцем на Діда Мороза — Зландія:</w:t>
      </w:r>
    </w:p>
    <w:p>
      <w:r>
        <w:br/>
        <w:t>— Ану, перевертню, перевернись — ногами догори, а головою вниз!</w:t>
      </w:r>
    </w:p>
    <w:p>
      <w:r>
        <w:br/>
        <w:t>Але Зландій, з якого одразу злетіла машкара Діда Мороза, вигукнув, тицьнувши пальцем на Посіпаку:</w:t>
      </w:r>
    </w:p>
    <w:p>
      <w:r>
        <w:br/>
        <w:t>— Переводжу заклинання — виконай її бажання!</w:t>
      </w:r>
    </w:p>
    <w:p>
      <w:r>
        <w:br/>
        <w:t>Посіпака, з якого теж одразу злетіла машкара Снігуроньки, перевернувся догори дригом.</w:t>
      </w:r>
    </w:p>
    <w:p>
      <w:r>
        <w:br/>
        <w:t>А Зландій швидко промовив:</w:t>
      </w:r>
    </w:p>
    <w:p>
      <w:r>
        <w:br/>
        <w:t>Надійшла черга моя —</w:t>
      </w:r>
    </w:p>
    <w:p>
      <w:r>
        <w:br/>
        <w:t>Чаклувати буду я!</w:t>
      </w:r>
    </w:p>
    <w:p>
      <w:r>
        <w:br/>
        <w:t>Баба-баба-бабарига,</w:t>
      </w:r>
    </w:p>
    <w:p>
      <w:r>
        <w:br/>
        <w:t>Закрутися ти, мов дзиґа!</w:t>
      </w:r>
    </w:p>
    <w:p>
      <w:r>
        <w:br/>
        <w:t>І Баба Свистуха закрутилася дзиґою на одній нозі. Але, крутячись, вона свиснула й вигукнула:</w:t>
      </w:r>
    </w:p>
    <w:p>
      <w:r>
        <w:br/>
        <w:t>Ах ти, Зландій!</w:t>
      </w:r>
    </w:p>
    <w:p>
      <w:r>
        <w:br/>
        <w:t>Ах, нахаба!</w:t>
      </w:r>
    </w:p>
    <w:p>
      <w:r>
        <w:br/>
        <w:t>Покрутись і ти, як Баба!</w:t>
      </w:r>
    </w:p>
    <w:p>
      <w:r>
        <w:br/>
        <w:t>І Зландій теж закрутився дзиґою.</w:t>
      </w:r>
    </w:p>
    <w:p>
      <w:r>
        <w:br/>
        <w:t>Баба Свистуха, крутячись, вигукнула:</w:t>
      </w:r>
    </w:p>
    <w:p>
      <w:r>
        <w:br/>
        <w:t>Ковалів я не віддам!</w:t>
      </w:r>
    </w:p>
    <w:p>
      <w:r>
        <w:br/>
        <w:t>Зландій у відповідь вигукнув:</w:t>
      </w:r>
    </w:p>
    <w:p>
      <w:r>
        <w:br/>
        <w:t>Клітку заберу я сам!</w:t>
      </w:r>
    </w:p>
    <w:p>
      <w:r>
        <w:br/>
        <w:t>На що Баба Свистуха закричала:</w:t>
      </w:r>
    </w:p>
    <w:p>
      <w:r>
        <w:br/>
        <w:t>Клітку ти забрать не зможеш,</w:t>
      </w:r>
    </w:p>
    <w:p>
      <w:r>
        <w:br/>
        <w:t>Бо мене не переможеш!</w:t>
      </w:r>
    </w:p>
    <w:p>
      <w:r>
        <w:br/>
        <w:t>Та Зландій, люто засичавши, скрикнув:</w:t>
      </w:r>
    </w:p>
    <w:p>
      <w:r>
        <w:br/>
        <w:t>Як тебе не переможу,</w:t>
      </w:r>
    </w:p>
    <w:p>
      <w:r>
        <w:br/>
        <w:t>Ковалів убити можу —</w:t>
      </w:r>
    </w:p>
    <w:p>
      <w:r>
        <w:br/>
        <w:t>І не будуть, далебі,[1]</w:t>
      </w:r>
    </w:p>
    <w:p>
      <w:r>
        <w:br/>
        <w:t>Ні мені і ні тобі!</w:t>
      </w:r>
    </w:p>
    <w:p>
      <w:r>
        <w:br/>
        <w:t>Зландій вже приготувався вигукнути вбивче заклинання, аж тут з’явився Бровко Барбосович.</w:t>
      </w:r>
    </w:p>
    <w:p>
      <w:r>
        <w:br/>
        <w:t>КАЗКОВА ПОЛІЦІЯ</w:t>
      </w:r>
    </w:p>
    <w:p>
      <w:r>
        <w:br/>
        <w:t>— Руки вгору! Казкова поліція! Ви заарештовані! — вигукнув Бровко Барбосович.</w:t>
      </w:r>
    </w:p>
    <w:p>
      <w:r>
        <w:br/>
        <w:t>І Зландій та Баба Свистуха вмить перестали крутитися, гепнулись на землю і сіли з піднятими догори руками. Посіпака перекинувся з голови на ноги, сів і теж підняв руки.</w:t>
      </w:r>
    </w:p>
    <w:p>
      <w:r>
        <w:br/>
        <w:t>Бровко Барбосович по черзі начепив їм наручними. Тоді відчинив чарівним ключем клітку, випустив звідти Ковалів Щастя і натомість посадив у клітку бабу Свистуху, Зландія і Посіпаку. І знову замкнув клітку чарівним ключем. Баба Свистуха, Зландій і Посіпака навіть не думали опиратися. Бо і у Казковому світі діють свої закони і свій правопорядок. Якщо казкова поліція когось заарештовує, то яким би ти не був наймогутнішим чаклуном або найхитрішою відьмою, вмить втрачаєш свою чарівну силу і мусиш підкоритися.</w:t>
      </w:r>
    </w:p>
    <w:p>
      <w:r>
        <w:br/>
        <w:t>І Бровко Барбосович урочисто сказав:</w:t>
      </w:r>
    </w:p>
    <w:p>
      <w:r>
        <w:br/>
        <w:t>Тепер ця вража сила</w:t>
      </w:r>
    </w:p>
    <w:p>
      <w:r>
        <w:br/>
        <w:t>Покарана й безсила.</w:t>
      </w:r>
    </w:p>
    <w:p>
      <w:r>
        <w:br/>
        <w:t>Тепер уже вона</w:t>
      </w:r>
    </w:p>
    <w:p>
      <w:r>
        <w:br/>
        <w:t>Нікому не страшна!</w:t>
      </w:r>
    </w:p>
    <w:p>
      <w:r>
        <w:br/>
        <w:t>Ковалі Щастя повернулися до Чарівного Замку Годин.</w:t>
      </w:r>
    </w:p>
    <w:p>
      <w:r>
        <w:br/>
        <w:t>Вони вистукують своїми золотими молотками по золотому ковадлу і співають:</w:t>
      </w:r>
    </w:p>
    <w:p>
      <w:r>
        <w:br/>
        <w:t>Тік-так! Тік-так!</w:t>
      </w:r>
    </w:p>
    <w:p>
      <w:r>
        <w:br/>
        <w:t>Тік-так! Тік-так!</w:t>
      </w:r>
    </w:p>
    <w:p>
      <w:r>
        <w:br/>
        <w:t>Тік-так! — І є хвилинка,</w:t>
      </w:r>
    </w:p>
    <w:p>
      <w:r>
        <w:br/>
        <w:t>Щастинка-золотинка!</w:t>
      </w:r>
    </w:p>
    <w:p>
      <w:r>
        <w:br/>
        <w:t>Ми — Щастя Ковалі!</w:t>
      </w:r>
    </w:p>
    <w:p>
      <w:r>
        <w:br/>
        <w:t>Єдині на землі</w:t>
      </w:r>
    </w:p>
    <w:p>
      <w:r>
        <w:br/>
        <w:t>Куєм щасливий час</w:t>
      </w:r>
    </w:p>
    <w:p>
      <w:r>
        <w:br/>
        <w:t>Для всіх, для всіх</w:t>
      </w:r>
    </w:p>
    <w:p>
      <w:r>
        <w:br/>
        <w:t>Для вас!</w:t>
      </w:r>
    </w:p>
    <w:p>
      <w:r>
        <w:br/>
        <w:t>Дід Мороз розклав у новорічні подарунки щасливі щастинки-золотинки і пішов вітати всіх дітей із Новим роком.</w:t>
      </w:r>
    </w:p>
    <w:p>
      <w:r>
        <w:br/>
        <w:t>Ти теж, друже, у своєму новорічному подарунку серед цукеркових обгорток бачив маленьку щастинку-золотинку. Вона одсвітилася від обгортки і зникла. Це дарунок від Ковалів Щастя. До наступного року вони знову накують багато щасливих хвилинок.</w:t>
      </w:r>
    </w:p>
    <w:p>
      <w:r>
        <w:br/>
        <w:t>notes</w:t>
      </w:r>
    </w:p>
    <w:p>
      <w:r>
        <w:br/>
        <w:t>Примечания</w:t>
      </w:r>
    </w:p>
    <w:p>
      <w:r>
        <w:br/>
        <w:t>1</w:t>
      </w:r>
    </w:p>
    <w:p>
      <w:r>
        <w:br/>
        <w:t>Далебі — справді, дійсно, правду кажучи.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Ковалі щастя, або новорічний детектив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