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Котик і півник</w:t>
      </w:r>
    </w:p>
    <w:p>
      <w:r>
        <w:br/>
        <w:t xml:space="preserve"> &lt;p&gt;Був собі котик та півник, і дуже вони любили одне одного. От і почали жити вкупі, в одній хатці. Жили собі хорошенько — котик у скрипочку грає, а півник пісеньки співає. Котик іде якої їжі здобувати, а півник дома сидить та хати глядить.</w:t>
      </w:r>
    </w:p>
    <w:p>
      <w:r>
        <w:br/>
        <w:t>Отже, котик було як іде з дому, то й наказує:</w:t>
      </w:r>
    </w:p>
    <w:p>
      <w:r>
        <w:br/>
        <w:t>— Гляди ж, півнику, сиди в хаті та нікого не пускай, і сам не виходь, хоч би хто й кликав.</w:t>
      </w:r>
    </w:p>
    <w:p>
      <w:r>
        <w:br/>
        <w:t>— Добре, добре! — каже півник та засуне хату й сидить, аж поки котик вернеться.</w:t>
      </w:r>
    </w:p>
    <w:p>
      <w:r>
        <w:br/>
        <w:t>Тільки завиділа півника лисичка та й задумала його виманити, бо вона ласенька до курятинки! От і хитрує, як би тут півника виманити з хати. Підійде під віконце, як котика нема дома, та й підмовляє:</w:t>
      </w:r>
    </w:p>
    <w:p>
      <w:r>
        <w:br/>
        <w:t>— Іди, півнику, до мене! Що у мене золота пшениця, медяна водиця!</w:t>
      </w:r>
    </w:p>
    <w:p>
      <w:r>
        <w:br/>
        <w:t>А півник їй одмовляє:</w:t>
      </w:r>
    </w:p>
    <w:p>
      <w:r>
        <w:br/>
        <w:t>— То-ток, то-ток, не велів коток!</w:t>
      </w:r>
    </w:p>
    <w:p>
      <w:r>
        <w:br/>
        <w:t>Бачить лисичка, що не виманить так півника, та прийшла раз уночі, насипала півникові попід вікном золотої пшениці, а сама засіла за хаткою та й дожидає. Отже, котик собі пішов, а півник глянув у віконце, коли під хаткою пшениця розсипана, така хороша, і нікого нема. Понадився півник на ту пшеницю! Дума собі: піду лиш я трошки поклюю! Адже нікого нема, не страшно. Я поклюю та й знов у хатку сховаюся. Котик і не знатиме! Бо нікого нема, то ніхто йому й не скаже...</w:t>
      </w:r>
    </w:p>
    <w:p>
      <w:r>
        <w:br/>
        <w:t>Вийшов півник. Клює собі пшеничку, клює... А лисичка підкралася та й схопила півника за хвіст. Потаскала до своєї хати!</w:t>
      </w:r>
    </w:p>
    <w:p>
      <w:r>
        <w:br/>
        <w:t>А півничок тоді гукає:</w:t>
      </w:r>
    </w:p>
    <w:p>
      <w:r>
        <w:br/>
        <w:t>— Котику-братику,</w:t>
      </w:r>
    </w:p>
    <w:p>
      <w:r>
        <w:br/>
        <w:t>Несе мене лиска</w:t>
      </w:r>
    </w:p>
    <w:p>
      <w:r>
        <w:br/>
        <w:t>По каменю-мосту.</w:t>
      </w:r>
    </w:p>
    <w:p>
      <w:r>
        <w:br/>
        <w:t>На своєму хвосту.</w:t>
      </w:r>
    </w:p>
    <w:p>
      <w:r>
        <w:br/>
        <w:t>Порятуй мене!</w:t>
      </w:r>
    </w:p>
    <w:p>
      <w:r>
        <w:br/>
        <w:t>Котик і почув. Зараз побіг рятувати півника. Та тільки ж поки прибіг, лисичка вже далеко замчала півника. Котик біг, біг, не догнав! Вернувся додому. Так йому сумно самому — нема півника!.. Заплакав котик, а далі сів, думав, думав та й надумався: взяв свою скрипочку й писану торбу та й пішов до лисиччиної хатки.</w:t>
      </w:r>
    </w:p>
    <w:p>
      <w:r>
        <w:br/>
        <w:t>А в лисички було чотири дочки й один син. Принесла їм лисиця півника, наказала окріп у печі гріти, щоб півника обпатрати, бо він вже зовсім придушений був.</w:t>
      </w:r>
    </w:p>
    <w:p>
      <w:r>
        <w:br/>
        <w:t>— Та глядіть же,— каже лисичка,— нікого не пускайте! — А сама побігла ще кудись на лови.</w:t>
      </w:r>
    </w:p>
    <w:p>
      <w:r>
        <w:br/>
        <w:t>От, як лисичка побігла, котик підійшов під віконце та й заграв у скрипочку, ще й приспівує:</w:t>
      </w:r>
    </w:p>
    <w:p>
      <w:r>
        <w:br/>
        <w:t>— А у лиски, в лиски новий двір,</w:t>
      </w:r>
    </w:p>
    <w:p>
      <w:r>
        <w:br/>
        <w:t>Та чотири дочки на вибір,</w:t>
      </w:r>
    </w:p>
    <w:p>
      <w:r>
        <w:br/>
        <w:t>П'ятий синко</w:t>
      </w:r>
    </w:p>
    <w:p>
      <w:r>
        <w:br/>
        <w:t>Ще й Пилипко:</w:t>
      </w:r>
    </w:p>
    <w:p>
      <w:r>
        <w:br/>
        <w:t>Вийди, лисе,</w:t>
      </w:r>
    </w:p>
    <w:p>
      <w:r>
        <w:br/>
        <w:t>Подивися,</w:t>
      </w:r>
    </w:p>
    <w:p>
      <w:r>
        <w:br/>
        <w:t>Чи хороше граю!</w:t>
      </w:r>
    </w:p>
    <w:p>
      <w:r>
        <w:br/>
        <w:t>От найстарша лисиччина дочка не втерпіла та й каже до менших:</w:t>
      </w:r>
    </w:p>
    <w:p>
      <w:r>
        <w:br/>
        <w:t>— Ви тут посидьте, а я піду подивлюся, що воно там так хороше грає!</w:t>
      </w:r>
    </w:p>
    <w:p>
      <w:r>
        <w:br/>
        <w:t>Тільки що вийшла, а котик її — цок у лобок та в писану торбу!</w:t>
      </w:r>
    </w:p>
    <w:p>
      <w:r>
        <w:br/>
        <w:t>А сам знову грає й приспівує:</w:t>
      </w:r>
    </w:p>
    <w:p>
      <w:r>
        <w:br/>
        <w:t>— Ой у лиски, лиски новий двір,</w:t>
      </w:r>
    </w:p>
    <w:p>
      <w:r>
        <w:br/>
        <w:t>Чотири дочки на вибір...</w:t>
      </w:r>
    </w:p>
    <w:p>
      <w:r>
        <w:br/>
        <w:t>Не втерпіла й друга лисичівна, вийшла... Котик і ту — цок у лобок та в писану торбу! Так усіх лисичок і виманив. А лисиченко, Пилипко, ждав-ждав сестричок — нема, не вертаються! От він і думає:</w:t>
      </w:r>
    </w:p>
    <w:p>
      <w:r>
        <w:br/>
        <w:t>"Піду я їх позаганяю, а то мати прийде, то буде сваритися, що в хаті не сидять".</w:t>
      </w:r>
    </w:p>
    <w:p>
      <w:r>
        <w:br/>
        <w:t>Вийшов і Пилипко. А котик і його — цок у лобок та в писану торбу! Так усіх і похватав. Тоді зав'язав їх мотузком і ввійшов у лисиччину хату.</w:t>
      </w:r>
    </w:p>
    <w:p>
      <w:r>
        <w:br/>
        <w:t>Знайшов півника — він лежав уже зовсім неживий, зомлілий. А котик його схопив за хвостик та й каже:</w:t>
      </w:r>
    </w:p>
    <w:p>
      <w:r>
        <w:br/>
        <w:t>— Півнику, півнику, стрепенись!</w:t>
      </w:r>
    </w:p>
    <w:p>
      <w:r>
        <w:br/>
        <w:t>Півник стрепенувся й ожив. Та такий радий!</w:t>
      </w:r>
    </w:p>
    <w:p>
      <w:r>
        <w:br/>
        <w:t>— Спасибі тобі,— каже,— котику-братику, що ти мене одрятував. Тепер же я тебе слухатимусь довіку!</w:t>
      </w:r>
    </w:p>
    <w:p>
      <w:r>
        <w:br/>
        <w:t>От взяли вони вдвох, де що було в лисички, поїли, горшки-миски побили, а самі втекли додому. Та й знов жили собі вкупці. Півник уже слухався котика. І все було добре.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Котик і півник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