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Костик, море і дельфін</w:t>
      </w:r>
    </w:p>
    <w:p>
      <w:r>
        <w:br/>
        <w:t xml:space="preserve"> &lt;p&gt;Досі Костик бачив море тільки в кіно. Знав, що воно величезне-величезне і глибочезне-глибочезне.</w:t>
      </w:r>
    </w:p>
    <w:p>
      <w:r>
        <w:br/>
        <w:t>Може, навіть ще більше, ніж поле за селом. І глибше, ніж найглибше місце в ставку.</w:t>
      </w:r>
    </w:p>
    <w:p>
      <w:r>
        <w:br/>
        <w:t>Він навіть не уявляв, коли зможе побачити море, бо жив далеко від нього у степовому селі.</w:t>
      </w:r>
    </w:p>
    <w:p>
      <w:r>
        <w:br/>
        <w:t>Якось улітку тато прийшов з роботи і сказав:</w:t>
      </w:r>
    </w:p>
    <w:p>
      <w:r>
        <w:br/>
        <w:t>— Їдемо у відпустку до моря. Вже є путівки.</w:t>
      </w:r>
    </w:p>
    <w:p>
      <w:r>
        <w:br/>
        <w:t>— До моря?! — вражено і радісно перепитав Костик.— Оце новина! Я такі новини люблю.</w:t>
      </w:r>
    </w:p>
    <w:p>
      <w:r>
        <w:br/>
        <w:t>— Нарешті хлопець побачить море! — теж зраділа за Костика мама.</w:t>
      </w:r>
    </w:p>
    <w:p>
      <w:r>
        <w:br/>
        <w:t>Через кілька днів вони приїхали автобусом у місто, до аеропорту.</w:t>
      </w:r>
    </w:p>
    <w:p>
      <w:r>
        <w:br/>
        <w:t>В аеропорту було повнісінько людей. Якась тьотя дуже голосно розповідала по радіо, звідки прилітали чи куди летіли літаки.</w:t>
      </w:r>
    </w:p>
    <w:p>
      <w:r>
        <w:br/>
        <w:t>Костик дивувався, звідки вона може все знати і все бачити. Запитав про те батька.</w:t>
      </w:r>
    </w:p>
    <w:p>
      <w:r>
        <w:br/>
        <w:t>Батько сказав, що в неї є спеціальні машини, які подають сигнали.</w:t>
      </w:r>
    </w:p>
    <w:p>
      <w:r>
        <w:br/>
        <w:t>Ото, мабуть, цікаво — сиди перед такими машинами і чекай од них сигналу. Це тобі не іграшки дитячі, а справжні розумні машини.</w:t>
      </w:r>
    </w:p>
    <w:p>
      <w:r>
        <w:br/>
        <w:t>Дуже сподобався Костикові аеропорт. Він такий величезний, що більший, аніж десять сільських клубів. Ні, мабуть, не десять, а навіть двадцять. І весь із скла. І ніхто не боїться, що скло може побитися.</w:t>
      </w:r>
    </w:p>
    <w:p>
      <w:r>
        <w:br/>
        <w:t>А там, за склом, куди йдуть люди,— білі-білі літаки. Стоять рівними рядами і чекають команди летіти.</w:t>
      </w:r>
    </w:p>
    <w:p>
      <w:r>
        <w:br/>
        <w:t>Батько сказав, що їхній рейс затримується, але Костикові зовсім не було сумно.</w:t>
      </w:r>
    </w:p>
    <w:p>
      <w:r>
        <w:br/>
        <w:t>В аеропорту так цікаво, що Костик навіть погодився б тут жити. Можеш цілий день дивитися на літаки. І не набридне. Хочеш морозива — будь ласка. Пий, скільки душа забажає, колючої газировки з сиропом.</w:t>
      </w:r>
    </w:p>
    <w:p>
      <w:r>
        <w:br/>
        <w:t>Потім оголосили по радіо, щоб вони сідали на свій літак.</w:t>
      </w:r>
    </w:p>
    <w:p>
      <w:r>
        <w:br/>
        <w:t>Провідниця у синьому одязі з блискучими ґудзиками повела їх і багатьох інших людей поміж двома рядами літаків. І, доки вони йшли, Костик устиг подивитися на них зблизька. Вирішив, що буде льотчиком.</w:t>
      </w:r>
    </w:p>
    <w:p>
      <w:r>
        <w:br/>
        <w:t>У літаку мати посадила його біля круглого віконечка, щоб він усе в польоті бачив. І коли вони злітали, Костик дивився вниз.</w:t>
      </w:r>
    </w:p>
    <w:p>
      <w:r>
        <w:br/>
        <w:t>Бачив, як одразу поменшали будинки і машини. А люди видавалися малесенькими, наче мурахи.</w:t>
      </w:r>
    </w:p>
    <w:p>
      <w:r>
        <w:br/>
        <w:t>Потім усе те позникало. Літак уже летів високо серед хмар. Навіть птахів тут не було.</w:t>
      </w:r>
    </w:p>
    <w:p>
      <w:r>
        <w:br/>
        <w:t>Отоді Костик відчув, яка це радість — летіти високо серед хмар, куди навіть птахи не можуть піднятися.</w:t>
      </w:r>
    </w:p>
    <w:p>
      <w:r>
        <w:br/>
        <w:t>Розкаже хлопцям — ой, як заздритимуть!</w:t>
      </w:r>
    </w:p>
    <w:p>
      <w:r>
        <w:br/>
        <w:t>Місто, в яке вони прилетіли, було біля моря.</w:t>
      </w:r>
    </w:p>
    <w:p>
      <w:r>
        <w:br/>
        <w:t>Синє, наче намальоване, небо. Гаряче сонце. Високі білі будинки. І дивні дерева, яких Костик ніколи не бачив. Мама сказала, що вони називаються пальмами.</w:t>
      </w:r>
    </w:p>
    <w:p>
      <w:r>
        <w:br/>
        <w:t>Все було йому тут цікаво. Але найбільше — море. Воно лежало навкруги, скільки бачили його очі. А над ним літали голосні чайки. То шугали вниз до води, то стрімко, наче маленькі живі літачки, здіймалися вгору.</w:t>
      </w:r>
    </w:p>
    <w:p>
      <w:r>
        <w:br/>
        <w:t>І далеко попереду пропливали кораблі. Мабуть, добре бути моряком, подумав Костик, і плавати по морю на ось таких красивих кораблях.</w:t>
      </w:r>
    </w:p>
    <w:p>
      <w:r>
        <w:br/>
        <w:t>Але найцікавіше чекало його наступного дня, коли вони поїхали на екскурсію до дельфінів. Такого Костик навіть і не сподівався.</w:t>
      </w:r>
    </w:p>
    <w:p>
      <w:r>
        <w:br/>
        <w:t>Розумні дельфіни за командою дресирувальника вистрибували з води і щось вигукували своїми кумедними голосами. Ото дивина!</w:t>
      </w:r>
    </w:p>
    <w:p>
      <w:r>
        <w:br/>
        <w:t>Більше ніде такого не побачиш.</w:t>
      </w:r>
    </w:p>
    <w:p>
      <w:r>
        <w:br/>
        <w:t>Один дельфін — найменший — плавав біля самісінького берега. Костикові здалося, що той поглядає прямо на нього.</w:t>
      </w:r>
    </w:p>
    <w:p>
      <w:r>
        <w:br/>
        <w:t>— Треба того дельфінчика погодувати,— сказав батькові й матері.— Піду куплю йому морозива.</w:t>
      </w:r>
    </w:p>
    <w:p>
      <w:r>
        <w:br/>
        <w:t>— Хіба він їсть морозиво? —засумнівалася мама.</w:t>
      </w:r>
    </w:p>
    <w:p>
      <w:r>
        <w:br/>
        <w:t>— Як це — не їсть? — здивувався Костик.— Воно ж таке смачне!</w:t>
      </w:r>
    </w:p>
    <w:p>
      <w:r>
        <w:br/>
        <w:t>— Ну, спробуй,— усміхнувся тато.</w:t>
      </w:r>
    </w:p>
    <w:p>
      <w:r>
        <w:br/>
        <w:t>Так і не зрозумів Костик, з'їв чи не з'їв дельфін морозиво. Бо впіймав його на льоту й одразу ж пірнув. А коли виринув, то морозива в нього вже не було.</w:t>
      </w:r>
    </w:p>
    <w:p>
      <w:r>
        <w:br/>
        <w:t>Довго вони там простояли.</w:t>
      </w:r>
    </w:p>
    <w:p>
      <w:r>
        <w:br/>
        <w:t>Костик навіть обідати не хотів іти. Казав, що йому краще дивитися на дельфінів, аніж їсти.</w:t>
      </w:r>
    </w:p>
    <w:p>
      <w:r>
        <w:br/>
        <w:t>Тепер майже щодня вони приїздили сюди.</w:t>
      </w:r>
    </w:p>
    <w:p>
      <w:r>
        <w:br/>
        <w:t>Дельфін упізнавав Костика і радісно посвистував. А Костик приносив йому всілякі ласощі.</w:t>
      </w:r>
    </w:p>
    <w:p>
      <w:r>
        <w:br/>
        <w:t>Якщо дельфіна не було, Костик сідав на березі і терпляче його чекав. Він знав, що дельфін обов'язково припливе.</w:t>
      </w:r>
    </w:p>
    <w:p>
      <w:r>
        <w:br/>
        <w:t>І дельфін з'являвся.</w:t>
      </w:r>
    </w:p>
    <w:p>
      <w:r>
        <w:br/>
        <w:t>Посвистував, вистрибував високо з води, перевертався з боку на бік. Навіть ніби усміхався.</w:t>
      </w:r>
    </w:p>
    <w:p>
      <w:r>
        <w:br/>
        <w:t>Швидко промайнули дні біля моря.</w:t>
      </w:r>
    </w:p>
    <w:p>
      <w:r>
        <w:br/>
        <w:t>Настав час від'їздити.</w:t>
      </w:r>
    </w:p>
    <w:p>
      <w:r>
        <w:br/>
        <w:t>Вони йшли всі разом із обіду, і Костик рішуче сказав татові й мамі:</w:t>
      </w:r>
    </w:p>
    <w:p>
      <w:r>
        <w:br/>
        <w:t>— Я нікуди звідси не поїду, якщо ви не купите дельфіна!</w:t>
      </w:r>
    </w:p>
    <w:p>
      <w:r>
        <w:br/>
        <w:t>— Купити? Дельфіна?..— розгубилася мама.— Ну, й придумав же ти, хлопче!..</w:t>
      </w:r>
    </w:p>
    <w:p>
      <w:r>
        <w:br/>
        <w:t>— Дельфіни не продаються,— пояснив йому тато.</w:t>
      </w:r>
    </w:p>
    <w:p>
      <w:r>
        <w:br/>
        <w:t>— Як це — не продаються? — не хотілося вірити Костикові.— Собаки продаються, морські свинки продаються, рибки продаються... А дельфіни чому не продаються? Треба сказати головному дяді, що це неправильно.</w:t>
      </w:r>
    </w:p>
    <w:p>
      <w:r>
        <w:br/>
        <w:t>— Правильно,— рішуче сказав тато.— І куди ти його повіз би?</w:t>
      </w:r>
    </w:p>
    <w:p>
      <w:r>
        <w:br/>
        <w:t>— В село... Жив би він у нашому ставку, а ми з хлопцями його доглядали б.</w:t>
      </w:r>
    </w:p>
    <w:p>
      <w:r>
        <w:br/>
        <w:t>— А взимку ставок замерзне — куди подітися дельфінові?</w:t>
      </w:r>
    </w:p>
    <w:p>
      <w:r>
        <w:br/>
        <w:t>— Взимку? — перепитав Костик і замовк, бо не знав, що відповісти.</w:t>
      </w:r>
    </w:p>
    <w:p>
      <w:r>
        <w:br/>
        <w:t>— Взимку ж ти його до хати не візьмеш — він без води жити не може,— продовжував тато.</w:t>
      </w:r>
    </w:p>
    <w:p>
      <w:r>
        <w:br/>
        <w:t>— Як шкода,— зітхнув Костик.— А я думав, що в мене буде свій дельфін.</w:t>
      </w:r>
    </w:p>
    <w:p>
      <w:r>
        <w:br/>
        <w:t>— Дельфіни повинні належати всім дітям, щоб усі могли дивитися на них і гратися з ними.</w:t>
      </w:r>
    </w:p>
    <w:p>
      <w:r>
        <w:br/>
        <w:t>Костик це розуміє, але йому все одно сумно на душі.</w:t>
      </w:r>
    </w:p>
    <w:p>
      <w:r>
        <w:br/>
        <w:t>— Наступного року знову приїдемо сюди,— заспокоїв його тато.— Цікаво, чи впізнає тебе твій дельфін.</w:t>
      </w:r>
    </w:p>
    <w:p>
      <w:r>
        <w:br/>
        <w:t>— Впізнає! Як це він може не впізнати?! — нітрохи не сумнівається Костик.— Друзі завжди впізнають один одного.</w:t>
      </w:r>
    </w:p>
    <w:p>
      <w:r>
        <w:br/>
        <w:t>...Коли вони повернулися в село, Костик розповідав усім хлопцям про свого друга дельфіна.</w:t>
      </w:r>
    </w:p>
    <w:p>
      <w:r>
        <w:br/>
        <w:t>Вони заздрили товаришеві, бо з дельфінами ще ніхто з них не дружив.</w:t>
      </w:r>
    </w:p>
    <w:p>
      <w:r>
        <w:br/>
        <w:t>Той дельфін часто сниться Костикові.</w:t>
      </w:r>
    </w:p>
    <w:p>
      <w:r>
        <w:br/>
        <w:t>Ляже ввечері, заплющить очі і відразу бачить, як пливе до нього з моря його друг.</w:t>
      </w:r>
    </w:p>
    <w:p>
      <w:r>
        <w:br/>
        <w:t>"Ти ж мене там не забудь,— шепоче вві сні Костик.— Я до тебе неодмінно приїду..."</w:t>
      </w:r>
    </w:p>
    <w:p>
      <w:r>
        <w:br/>
        <w:t>А вставши вранці, він запитливо дивиться на календар, що висить на стіні,— ще так багато там листків.</w:t>
      </w:r>
    </w:p>
    <w:p>
      <w:r>
        <w:br/>
        <w:t>Почав було зривати їх по кілька на день, але тато йому пояснив: од того дні швидше не минають, бо від календаря вони не залежать.</w:t>
      </w:r>
    </w:p>
    <w:p>
      <w:r>
        <w:br/>
        <w:t>Хоч і як важко чекати, але настане той радісний день, коли</w:t>
      </w:r>
    </w:p>
    <w:p>
      <w:r>
        <w:br/>
        <w:t>великий білий літак перенесе їх до синього моря. І прибіжить тоді Костик на той берег, де живуть дельфіни.</w:t>
      </w:r>
    </w:p>
    <w:p>
      <w:r>
        <w:br/>
        <w:t>Прибіжить, побачить свого друга, який вистрибне з води, і скаже йому Костик:</w:t>
      </w:r>
    </w:p>
    <w:p>
      <w:r>
        <w:br/>
        <w:t>— Здрастуй, дельфінчику!</w:t>
      </w:r>
    </w:p>
    <w:p>
      <w:r>
        <w:br/>
        <w:t>І довго-довго розповідатиме, як скучив за ним, як щодня згадував його в своєму селі.</w:t>
      </w:r>
    </w:p>
    <w:p>
      <w:r>
        <w:br/>
        <w:t>А дельфін слухатиме його і посвистуватиме.</w:t>
      </w:r>
    </w:p>
    <w:p>
      <w:r>
        <w:br/>
        <w:t>Мабуть, також щось розповідатиме.</w:t>
      </w:r>
    </w:p>
    <w:p>
      <w:r>
        <w:br/>
        <w:t>Бо йому теж є що розповісти Костикові.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Костик, море і дельфін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