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Космос</w:t>
      </w:r>
    </w:p>
    <w:p>
      <w:r>
        <w:br/>
        <w:t xml:space="preserve"> Зринає він, дзвінкий і розмаїтий,&lt;br /&gt;</w:t>
        <w:br/>
        <w:t>На шістдесят земних коротких літ&lt;br /&gt;</w:t>
        <w:br/>
        <w:t>З грузького дна — латаття ніжний цвіт,&lt;br /&gt;</w:t>
        <w:br/>
        <w:t>Щоб нам жагу безмежну напоїти…</w:t>
      </w:r>
    </w:p>
    <w:p>
      <w:r>
        <w:br/>
        <w:t>Як тішать нас озера, гори, квіти,&lt;br /&gt;</w:t>
        <w:br/>
        <w:t>Роса, і теплий грім, і шепіт віт —&lt;br /&gt;</w:t>
        <w:br/>
        <w:t>І людська творчість підіймає міт&lt;br /&gt;</w:t>
        <w:br/>
        <w:t>У саме небо, зорями розшите.</w:t>
      </w:r>
    </w:p>
    <w:p>
      <w:r>
        <w:br/>
        <w:t>Та скоро попіл сутінних обслон&lt;br /&gt;</w:t>
        <w:br/>
        <w:t>Спадає; глушить веселковий тон&lt;br /&gt;</w:t>
        <w:br/>
        <w:t>Думок, жадань та щирого завзяття.</w:t>
      </w:r>
    </w:p>
    <w:p>
      <w:r>
        <w:br/>
        <w:t>А дні летять, як вітер; рвуть стерно&lt;br /&gt;</w:t>
        <w:br/>
        <w:t>І топлять нас. І білий цвіт латаття&lt;br /&gt;</w:t>
        <w:br/>
        <w:t>Вертають на мулке і чорне дно.</w:t>
      </w:r>
    </w:p>
    <w:p>
      <w:r>
        <w:br/>
        <w:t>22.04.1931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