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Космонавти з нашого будинку</w:t>
      </w:r>
    </w:p>
    <w:p>
      <w:r>
        <w:br/>
        <w:t xml:space="preserve"> &lt;p&gt;Він жив уже в їхньому будинку майже рік, а бачили вони його лише кілька разів.</w:t>
      </w:r>
    </w:p>
    <w:p>
      <w:r>
        <w:br/>
        <w:t>Коли заїжджала у двір його світло-сіра "Волга" з білими кружалами на колесах, усі завмирали, і якусь мить панувала тиша. Аж поки він не клацав дверцятами і не заходив у під'їзд. Він був військовий льотчик, підполковник.</w:t>
      </w:r>
    </w:p>
    <w:p>
      <w:r>
        <w:br/>
        <w:t>"Волга" стояла у дворі день-два, а потім зникала, і його ніхто не бачив місяців півтора, а то й більше.</w:t>
      </w:r>
    </w:p>
    <w:p>
      <w:r>
        <w:br/>
        <w:t>Вадька перший висловив припущення, що він… космонавт.</w:t>
      </w:r>
    </w:p>
    <w:p>
      <w:r>
        <w:br/>
        <w:t>— А що?.. їздить тренуватися у Зоряне містечко. А що? Подивись на форму.</w:t>
      </w:r>
    </w:p>
    <w:p>
      <w:r>
        <w:br/>
        <w:t>— Форма схожа, — погоджувався Борис. Справді, космонавти по телевізору виступали в точнісінько такій формі.</w:t>
      </w:r>
    </w:p>
    <w:p>
      <w:r>
        <w:br/>
        <w:t>Хлопцям страшенно хотілося ближче познайомитися з ним, поговорити, розпитати все як слід. Але не вдавалося. Не станеш же хапати його на ходу за штани і зупиняти.</w:t>
      </w:r>
    </w:p>
    <w:p>
      <w:r>
        <w:br/>
        <w:t>Та от якось улітку, коли "Волга" стояла в дворі, а Вадька і Борис крутилися біля неї, зазираючи через заднє скло на кумедного іграшкового тигра, що кивав головою, з під'їзду вийшов підполковник. Хлопці зразу відскочили од машини. Вони прекрасно знали, що власники дуже не люблять, коли дітвора крутиться біля їхніх машин.</w:t>
      </w:r>
    </w:p>
    <w:p>
      <w:r>
        <w:br/>
        <w:t>Підполковник весело усміхнувся й раптом сказав:</w:t>
      </w:r>
    </w:p>
    <w:p>
      <w:r>
        <w:br/>
        <w:t>— Ну що? Може, покатаємося трохи? Га? Якщо ви нікуди не поспішаєте… — і відчинив задні дверцята.</w:t>
      </w:r>
    </w:p>
    <w:p>
      <w:r>
        <w:br/>
        <w:t>Вадька і Борис аж зашарілися від приємної несподіванки.</w:t>
      </w:r>
    </w:p>
    <w:p>
      <w:r>
        <w:br/>
        <w:t>— А мені можна? — почувся дівчачий голос.</w:t>
      </w:r>
    </w:p>
    <w:p>
      <w:r>
        <w:br/>
        <w:t>Вадька і Борис перезирнулись і скривилися.</w:t>
      </w:r>
    </w:p>
    <w:p>
      <w:r>
        <w:br/>
        <w:t>Ох уже ця Натка! Ну й нав'яза! І звідки вона взялася? Її ж наче й близько не було.</w:t>
      </w:r>
    </w:p>
    <w:p>
      <w:r>
        <w:br/>
        <w:t>— Будь ласка! Сідай! — підполковник відчинив передні дверцята і вказав на місце поряд з собою.</w:t>
      </w:r>
    </w:p>
    <w:p>
      <w:r>
        <w:br/>
        <w:t>Натка плюхнулась на сидіння, обернулася до хлопців і показала їм язика.</w:t>
      </w:r>
    </w:p>
    <w:p>
      <w:r>
        <w:br/>
        <w:t>Вадька і Борис скреготнули зубами, але промовчали. Ситуація для сварки була непідходяща.</w:t>
      </w:r>
    </w:p>
    <w:p>
      <w:r>
        <w:br/>
        <w:t>Підполковник увімкнув мотор, і "Волга" з м'яким шурхотом рушила з двору.</w:t>
      </w:r>
    </w:p>
    <w:p>
      <w:r>
        <w:br/>
        <w:t>Якийсь час їхали мовчки. Потім Вадька відкашлявся і сказав:</w:t>
      </w:r>
    </w:p>
    <w:p>
      <w:r>
        <w:br/>
        <w:t>— Гарна машина!</w:t>
      </w:r>
    </w:p>
    <w:p>
      <w:r>
        <w:br/>
        <w:t>Борис теж відкашлявся і додав:</w:t>
      </w:r>
    </w:p>
    <w:p>
      <w:r>
        <w:br/>
        <w:t>— Амортизація хороша. І гальма…</w:t>
      </w:r>
    </w:p>
    <w:p>
      <w:r>
        <w:br/>
        <w:t>— Ви, я бачу, спеціалісти, — обернувся на мить і підморгнув підполковник.</w:t>
      </w:r>
    </w:p>
    <w:p>
      <w:r>
        <w:br/>
        <w:t>Натка зневажливо хмикнула.</w:t>
      </w:r>
    </w:p>
    <w:p>
      <w:r>
        <w:br/>
        <w:t>Вадька хотів був дати їй потиличника, але подумав, що поїздка може у будь-яку мить закінчитися, і вирішив відкласти потиличника на потім, а поки що не витрачати на це часу, а з'ясувати те, що їх цікавило:</w:t>
      </w:r>
    </w:p>
    <w:p>
      <w:r>
        <w:br/>
        <w:t>— Скажіть, а… ви космонавт?</w:t>
      </w:r>
    </w:p>
    <w:p>
      <w:r>
        <w:br/>
        <w:t>— Ми розуміємо, це секрет, але ми нікому не скажемо. Чесне слово! — підхопив Борис.</w:t>
      </w:r>
    </w:p>
    <w:p>
      <w:r>
        <w:br/>
        <w:t>— Ні, хлопці, мушу вас розчарувати. Я не космонавт. Просто льотчик. У небі літаю. А в космосі — ще не доводилося. Хоча… Ні… Стривайте… — він усміхнувся. — Один раз у житті в космос я таки літав. Давненько, правда, це було. Двадцять років тому. Був я таким, як-от ви зараз. Можу розказати. Хочете?</w:t>
      </w:r>
    </w:p>
    <w:p>
      <w:r>
        <w:br/>
        <w:t>— Хочемо, хочемо! — скрикнула Натка.</w:t>
      </w:r>
    </w:p>
    <w:p>
      <w:r>
        <w:br/>
        <w:t>Вадька і Борис знову скривилися (ну чого вона вискакує!), але й собі сказали:</w:t>
      </w:r>
    </w:p>
    <w:p>
      <w:r>
        <w:br/>
        <w:t>— Авжеж хочемо!</w:t>
      </w:r>
    </w:p>
    <w:p>
      <w:r>
        <w:br/>
        <w:t>Підполковник знову усміхнувся й почав:</w:t>
      </w:r>
    </w:p>
    <w:p>
      <w:r>
        <w:br/>
        <w:t>— Так-от… Гріх зараз признаватися, але у дитинстві я не любив арифметики. Я любив пригоди. Коли я читав задачу про велосипедистів, що виїхали назустріч один одному з двох міст, мені дуже хотілося, щоб ці велосипедисти по дорозі переїхали вчительку Ніну Марківну, яка виводила в моєму щоденнику жирні кульгаві двійки з арифметики. Причому я не зичив їй лиха. Просто, на мою думку, це було єдине, що могло б урятувати мене від ненависної арифметики.</w:t>
      </w:r>
    </w:p>
    <w:p>
      <w:r>
        <w:br/>
        <w:t>Дивна й смішна Ніна Марківна! Вона ніяк не могла збагнути, що мені анітрішечки не потрібна арифметика, що я хочу стати не бухгалтером, а знаменитим мандрівником.</w:t>
      </w:r>
    </w:p>
    <w:p>
      <w:r>
        <w:br/>
        <w:t>Я прочитав усі пригодницькі книжки, які тільки були з шкільній бібліотеці. Деякі знав майже напам'ять. Я марив пригодами. Навіть сни мені снилися тільки пригодницькі. Але в житті мені дуже не щастило. За винятком невдалої поїздки в Індію (куди, звичайно, я не доїхав, бо міліція затримала мене на вокзалі), в житті моєму не було жодної пригоди. Хоч плач!</w:t>
      </w:r>
    </w:p>
    <w:p>
      <w:r>
        <w:br/>
        <w:t>А одного разу…</w:t>
      </w:r>
    </w:p>
    <w:p>
      <w:r>
        <w:br/>
        <w:t>Це сталося, в той день, коли Радянський. Союз запустив у небо третій штучний супутник, в якому спокійнісінько могла полетіти людина.</w:t>
      </w:r>
    </w:p>
    <w:p>
      <w:r>
        <w:br/>
        <w:t>В той день я твердо вирішив залишити Землю, цю нудну, нецікаву планету, з усіма її двійками з арифметики. Я задумав побудувати супутник і назавжди полетіти в космос. Спочатку я думав зробити це сам. Але потім зрозумів, що самому буде, по-перше, важко, а по-друге, сумно. І я запросив у компанію свого найщирішого друга й однокласника Ромку. Ромка, не задумуючись, погодився. В нього теж були всі підстави розлучитися з Землею. Напередодні він розбив мамину улюблену вазу, непомітно викинув черепки на смітник і з трепетом чекав покарання.</w:t>
      </w:r>
    </w:p>
    <w:p>
      <w:r>
        <w:br/>
        <w:t>Отже, було вирішено остаточно — ми удвох летимо на супутнику в міжпланетний простір.</w:t>
      </w:r>
    </w:p>
    <w:p>
      <w:r>
        <w:br/>
        <w:t>Хто в дитинстві, мріючи, не вирушав у кругосвітню подорож із шматком хліба в кишені, не стрибав з стрімкої кручі, тримаючи в руках благеньку парасольку, не копав землю під старою вербою, шукаючи неіснуючий таємничий скарб!..</w:t>
      </w:r>
    </w:p>
    <w:p>
      <w:r>
        <w:br/>
        <w:t>Отож не дивуйтеся, що я, а за мною й Ромка щиро повірили в те, що ми збудуємо супутник і полетимо на ньому.</w:t>
      </w:r>
    </w:p>
    <w:p>
      <w:r>
        <w:br/>
        <w:t>А було це, повторюю, ще за три роки до польоту Гагаріна, до того, як люди почали літати в космос. У 1958 році. Сидячи в темному кутку під сходами, ми гомоніли.</w:t>
      </w:r>
    </w:p>
    <w:p>
      <w:r>
        <w:br/>
        <w:t>— Ти розумієш, Ромко, ми будемо першими в світі людьми, що полетять у міжпланетний простір, — захлинавсь я. — Першими! Розумієш? Всі люди на землі з хвилюванням стежитимуть за нашим польотом. Розумієш, усі люди до одного! Навіть футболісти київського "Динамо". Я вже не кажу про Жорку Цигана із сьомого "Б". Всі газети світу писатимуть про нас величезними літерами.</w:t>
      </w:r>
    </w:p>
    <w:p>
      <w:r>
        <w:br/>
        <w:t>— Ох, це буде здорово! — в захопленні вигукнув Ромка, — Але як же ми все-таки полетимо? Це ж механізми різні складні треба.</w:t>
      </w:r>
    </w:p>
    <w:p>
      <w:r>
        <w:br/>
        <w:t>— Дурниці. Головне — треба одірватися від землі. Я по радіо чув. А там почнемо кружляти по орбіті — і все, і взагалі, не перебивай, — з досадою махнув я рукою. — Ми будемо довго літати серед зірок та космічних променів — горді, мужні й самотні. А потім ми загинемо, налетівши на який-небудь метеор.</w:t>
      </w:r>
    </w:p>
    <w:p>
      <w:r>
        <w:br/>
        <w:t>Тоді ще супутники не верталися на землю. Ромка тяжко зітхнув. Я глянув на нього і зрозумів, що трохи переборщив: ще хвилина — і Ромка відмовиться від польоту.</w:t>
      </w:r>
    </w:p>
    <w:p>
      <w:r>
        <w:br/>
        <w:t>— А взагалі, хто його зна, напевно, ми все-таки не загинемо, — бадьоро промовив я, — а потрапимо на якусь планету.</w:t>
      </w:r>
    </w:p>
    <w:p>
      <w:r>
        <w:br/>
        <w:t>— Авжеж! Я певен, що ми потрапимо на планету, — з полегшенням додав Ромка. Йому дуже не хотілося вмирати.</w:t>
      </w:r>
    </w:p>
    <w:p>
      <w:r>
        <w:br/>
        <w:t>Ми почали спішно готуватися в путь. Для початку ми вирішили запустити кілька невеликих пробних супутників. Першим була нікельована більярдна куля. Для її запуску змайстрували катапульту із сталевого дроту й гуми від старої калоші.</w:t>
      </w:r>
    </w:p>
    <w:p>
      <w:r>
        <w:br/>
        <w:t>Запускали рано-вранці на задньому дворі біля сарая. Метеором блиснувши на сонці, куля знялася високо в небо, перелетіла через сарай і зникла. Кілька хвилин я і Ромка напружено вслухалися, намагаючись почути звук падіння кулі. Проте нічого не почули.</w:t>
      </w:r>
    </w:p>
    <w:p>
      <w:r>
        <w:br/>
        <w:t>Жодного сумніву не було — перший супутник "Ліра-1", тобто системи Леоніда Іщенка (це моє прізвище) та Романа Андрієнка, вийшов на орбіту й почав обертатися навколо Землі…</w:t>
      </w:r>
    </w:p>
    <w:p>
      <w:r>
        <w:br/>
        <w:t>В другому супутнику ми сподівалися послати в небо яку-небудь тварину. Оскільки собаки Лайки в нас не було, ми вирішили спорядити в міжпланетну подорож сусідського кота Мордана, рудого й злого.</w:t>
      </w:r>
    </w:p>
    <w:p>
      <w:r>
        <w:br/>
        <w:t>Супутником був плетений кошик, знайдений в сараї. Щоб кіт під час подорожі не зголоднів, я спеціально для нього приніс великий шмат сала.</w:t>
      </w:r>
    </w:p>
    <w:p>
      <w:r>
        <w:br/>
        <w:t>Сало Мордан з'їв з апетитом, а летіти в небо категорично відмовився. Він і на землі почував себе дуже добре. Коли ми почали запихати його в супутник, несвідомий кіт став пручатись дряпатися, поки не втік.</w:t>
      </w:r>
    </w:p>
    <w:p>
      <w:r>
        <w:br/>
        <w:t>— Досить випробувань, — сердито сказав Ромка, зализуючи подряпини. — Давай уже летіти. А то через кілька днів повертається з відрядження моя мати і… ти ж розумієш! Мені можна буде тоді вже не летіти.</w:t>
      </w:r>
    </w:p>
    <w:p>
      <w:r>
        <w:br/>
        <w:t>— А я хіба що кажу? Давай!</w:t>
      </w:r>
    </w:p>
    <w:p>
      <w:r>
        <w:br/>
        <w:t>За дров'яними сараями простягався пустир, куди ніхто ніколи не заглядав. Там, на пагорку, стояла залізна бочка. В ній колись тримали воду — на випадок пожежі. Тепер води там не було. В цій бочці спокійно могли вміститися і я, і Ромка. От тільки як її закинути в небо?! Це здавалося неможливим. Ви ж уявляєте собі, скільки може важити залізна бочка!</w:t>
      </w:r>
    </w:p>
    <w:p>
      <w:r>
        <w:br/>
        <w:t>І ми почали майструвати катапульту. Це була каторжна, виснажлива робота. Копали під бочкою траншею, встановлювали пружини, ресори і важелі. Особливо попомучилися ми, коли витягали на дерево, що росло якраз коло бочки, здоровенну каменюку. Ця каменюка, впавши з висоти, мала привести в дію механізм.</w:t>
      </w:r>
    </w:p>
    <w:p>
      <w:r>
        <w:br/>
        <w:t>Нарешті все було готове. Пізно увечері ми розійшлася по домівках.</w:t>
      </w:r>
    </w:p>
    <w:p>
      <w:r>
        <w:br/>
        <w:t>Це була наша остання ніч на Землі. Наступного дня, рівно о восьмій годині вечора, мав вилетіти супутник "Ліра-3". На ньому назавжди летіли в міжпланетний простір учні третього "Б" класу Леонід Іщенко та Роман Андрієнко, І ніхто, ніхто на всій земній кулі не знав про цю знаменну подію.</w:t>
      </w:r>
    </w:p>
    <w:p>
      <w:r>
        <w:br/>
        <w:t>Після уроків, нашвидку пообідавши, ми з Ромкою почали збиратися в дорогу.</w:t>
      </w:r>
    </w:p>
    <w:p>
      <w:r>
        <w:br/>
        <w:t>Ми приладнали до бочки стару кришку од виварки. Це був "верхній люк". Кришка прекрасно закривала бочку і міцно кріпилася зсередини сталевим дротом. Ніякі космічні сили не змогли б її відкрити.</w:t>
      </w:r>
    </w:p>
    <w:p>
      <w:r>
        <w:br/>
        <w:t>Дно бочки ми вистелили сіном із старого матраца. Стінки обклали старою стьобаною ковдрою, яка була вже нікому не потрібна. Вийшло дуже м'яко, тепло й зручно. До того ж це рятувало від ударів на випадок зіткнення з якою-небудь планетою.</w:t>
      </w:r>
    </w:p>
    <w:p>
      <w:r>
        <w:br/>
        <w:t>З харчів у дорогу взяли: буханку хліба, куплену на особисті заощадження; сто п'ятдесят грамів любительської ковбаси, яку придбали на ті ж кошти; вісім холодних вареників з картоплею; три цукерки "Киць-киць", що я не з'їв учора; дві цибулини, один оселедець і пляшку з колишньою газованою водою. Колишньою тому, що корок був поганий і газ увесь вийшов. Проте Ромка запевняв, що вона все-таки поживніша, ніж звичайна вода.</w:t>
      </w:r>
    </w:p>
    <w:p>
      <w:r>
        <w:br/>
        <w:t>В останню мить я приніс надкушений пиріжок з повидлом, що безпритульно лежав на буфеті в їдальні.</w:t>
      </w:r>
    </w:p>
    <w:p>
      <w:r>
        <w:br/>
        <w:t>… Без п'яти хвилин вісім. Ми з Ромкою в мовчанні стоїмо біля супутника "Ліра-3". Урочистий момент. Щойно написано прощального листа і покладено під цеглину, до якої прикріплений дитячий першотравневий прапорець.</w:t>
      </w:r>
    </w:p>
    <w:p>
      <w:r>
        <w:br/>
        <w:t>Ось що в цьому листі:</w:t>
      </w:r>
    </w:p>
    <w:p>
      <w:r>
        <w:br/>
        <w:t>"Всім! Всім! Всім! Сьогодні, ЗО вересня 1958 року, рівно о 8-й годині вечора, ми, Леонід Іщенко та Роман Андрієнко, вилетіли на супутнику "Ліра-3" в міжпланетний простір. Ми перші хочемо довести, що люди можуть літати в цьому просторі і що для справжніх мандрівників немає ніяких перешкод.</w:t>
      </w:r>
    </w:p>
    <w:p>
      <w:r>
        <w:br/>
        <w:t>Поставте нам пам'ятник на площі Перемоги.</w:t>
      </w:r>
    </w:p>
    <w:p>
      <w:r>
        <w:br/>
        <w:t>Прощайте, товариші, ми летимо.</w:t>
      </w:r>
    </w:p>
    <w:p>
      <w:r>
        <w:br/>
        <w:t>Леонід Іщенко Роман Андрієнко".</w:t>
      </w:r>
    </w:p>
    <w:p>
      <w:r>
        <w:br/>
        <w:t>Високо в небі незчисленними вогниками сяють зірки. Зараз ми з Ромкою полетимо їм назустріч і ніколи більше не повернемося на землю. Минають останні секунди.</w:t>
      </w:r>
    </w:p>
    <w:p>
      <w:r>
        <w:br/>
        <w:t>— Ну, пішли! — тремтячим голосом кажу я. Ромка одкрив кришку "люка" і вже підняв ногу, щоб залізти в бочку. І в цю ж мить почувся дівчачий голос:</w:t>
      </w:r>
    </w:p>
    <w:p>
      <w:r>
        <w:br/>
        <w:t>— Хлопці, а що ви тут робите? Га?</w:t>
      </w:r>
    </w:p>
    <w:p>
      <w:r>
        <w:br/>
        <w:t>Від несподіванки Ромка випустив з рук кришку, і вона боляче вдарила його по коліну, а в мене забурчало в животі.</w:t>
      </w:r>
    </w:p>
    <w:p>
      <w:r>
        <w:br/>
        <w:t>З-за сарая з'явилася Тетянка, наша однокласниця й сусідка. Побачивши її, Ромка зразу опам'ятався.</w:t>
      </w:r>
    </w:p>
    <w:p>
      <w:r>
        <w:br/>
        <w:t>— Геть звідси! — спокійно сказав він.</w:t>
      </w:r>
    </w:p>
    <w:p>
      <w:r>
        <w:br/>
        <w:t>— Що значить геть?! А може, мені цікаво, — сказала Тетянка й підійшла до бочки. — У що ви граєте? — Тетянка змовницьки прошепотіла: — У прикордонників і шпигунів? Я теж хочу.</w:t>
      </w:r>
    </w:p>
    <w:p>
      <w:r>
        <w:br/>
        <w:t>— Геть, тобі кажуть, — скипів Ромка, — а то як дам, то полетиш!</w:t>
      </w:r>
    </w:p>
    <w:p>
      <w:r>
        <w:br/>
        <w:t>— Дуже я тебе злякалась! От не піду і буду вам заважати, раз так!</w:t>
      </w:r>
    </w:p>
    <w:p>
      <w:r>
        <w:br/>
        <w:t>Оце так номері Що робити? Невже все пропало? За кілька секунд до вильоту через якесь погане дівчисько зривається таке діло!</w:t>
      </w:r>
    </w:p>
    <w:p>
      <w:r>
        <w:br/>
        <w:t>Здавалося, виходу не було.</w:t>
      </w:r>
    </w:p>
    <w:p>
      <w:r>
        <w:br/>
        <w:t>І тоді я, — будь що буде, — вирішив все чесно їй розповісти і пояснити всесвітню важливість цієї події. Вона, напевно, зрозуміє й не буде заважати.</w:t>
      </w:r>
    </w:p>
    <w:p>
      <w:r>
        <w:br/>
        <w:t>Почувши, в чім справа, Тетянка аж підскочила від захоплення.</w:t>
      </w:r>
    </w:p>
    <w:p>
      <w:r>
        <w:br/>
        <w:t>— Ой хлопці, як це чудово! Візьміть і мене з собою. Я теж хочу летіти!</w:t>
      </w:r>
    </w:p>
    <w:p>
      <w:r>
        <w:br/>
        <w:t>— Що-о? — ми перезирнулися, обличчя в нас витяглися від здивування.</w:t>
      </w:r>
    </w:p>
    <w:p>
      <w:r>
        <w:br/>
        <w:t>— Я теж полечу з вами!</w:t>
      </w:r>
    </w:p>
    <w:p>
      <w:r>
        <w:br/>
        <w:t>Ми безпорадно дивились один на одного. Отакої! Мало вона нам нервів на землі попсувала, так її ще в небо з собою брати! Ні! Ні в якому разі!.. Але як від неї відкараскатись? Адже якщо просто так не взяти, то вона і нам не дасть полетіти. Це точно! Вона така!..</w:t>
      </w:r>
    </w:p>
    <w:p>
      <w:r>
        <w:br/>
        <w:t>І ми почали умовляти Тетянку.</w:t>
      </w:r>
    </w:p>
    <w:p>
      <w:r>
        <w:br/>
        <w:t>— Ну, подумай, нащо тобі летіти? Це ж назавжди. Ти ж ніколи більше не повернешся на Землю. Ніколи не побачиш ні тата, ні мами.</w:t>
      </w:r>
    </w:p>
    <w:p>
      <w:r>
        <w:br/>
        <w:t>— Ну то що? Зате цікаво! Чому все цікаве повинні робити тільки хлопці? Я теж хочу!</w:t>
      </w:r>
    </w:p>
    <w:p>
      <w:r>
        <w:br/>
        <w:t>— Та ми ж не вмістимося всі в супутнику. Ми тебе не мали на увазі. Тобі немає місця.</w:t>
      </w:r>
    </w:p>
    <w:p>
      <w:r>
        <w:br/>
        <w:t>— Ось як! Мені немає місця? Так ви теж не полетите! Я зараз же скажу тітці Теклі, і вона вам вуха пообриває за те, що ви її бочку чіпаєте… Тітко Текле! — напівголосно крикнула, Тетянка.</w:t>
      </w:r>
    </w:p>
    <w:p>
      <w:r>
        <w:br/>
        <w:t>— Ш-ш!.. Замовкни!..</w:t>
      </w:r>
    </w:p>
    <w:p>
      <w:r>
        <w:br/>
        <w:t>Робити було нічого.</w:t>
      </w:r>
    </w:p>
    <w:p>
      <w:r>
        <w:br/>
        <w:t>— Гаразд… Залазь! — зціпивши зуби, запропонував Ромка і шепнув мені на вухо: — В крайньому разі ми її викинемо ло дорозі.</w:t>
      </w:r>
    </w:p>
    <w:p>
      <w:r>
        <w:br/>
        <w:t>Тетянка вмить залізла в бочку.</w:t>
      </w:r>
    </w:p>
    <w:p>
      <w:r>
        <w:br/>
        <w:t>— Тільки запам'ятай: їсти ми тобі не дамо. В нас у самих мало! — з відчаєм у голосі крикнув я.</w:t>
      </w:r>
    </w:p>
    <w:p>
      <w:r>
        <w:br/>
        <w:t>— Добре, добре, — безтурботно відповіла Тетянка й радісно загула з бочки: — Ой, як тут гарно! Залазьте, швидше!</w:t>
      </w:r>
    </w:p>
    <w:p>
      <w:r>
        <w:br/>
        <w:t>І ми з Ромкою полізли. Сопучи й штовхаючись, ми довго вмощувалися. Кожний намагався якомога болючіше штовхнути Тетянку. Тетянка мовчки терпіла. Нарешті всілися. Було тіснувато, але нічого — летіти можна, особливо на небо. В урочистому мовчанні я встав і закрив "люк", тобто прикрутив його дротом до бочки. Потім не своїм, якимось дуже писклявим, пташиним голосом сказав:</w:t>
      </w:r>
    </w:p>
    <w:p>
      <w:r>
        <w:br/>
        <w:t>— Приготуватися! Даю старт!</w:t>
      </w:r>
    </w:p>
    <w:p>
      <w:r>
        <w:br/>
        <w:t>Ромка й Тетянка затамували подих. Я щосили потяг за мотузку, до другого кінця якої там, на дереві, була прив'язана здоровенна каменюка. Почувся тріск, щось гупнуло, загримотіло і…</w:t>
      </w:r>
    </w:p>
    <w:p>
      <w:r>
        <w:br/>
        <w:t>Тетянка вдарила Ромку ногою у вухо, В цей час Ромка штовхнув мене ліктем у потилицю, а я ткнувся носом Тетянці в живіт. Потім Тетянка сіла мені на голову, Ромка турнув Тетянку коліном, а я наступив Ромці на губу…</w:t>
      </w:r>
    </w:p>
    <w:p>
      <w:r>
        <w:br/>
        <w:t>Яке щастя, що стінки супутника "Ліра-3" були вистелені ковдрою!</w:t>
      </w:r>
    </w:p>
    <w:p>
      <w:r>
        <w:br/>
        <w:t>Бочка шалено оберталась і підстрибувала. Вісім холодних вареників з картоплею полетіли Ромці за пазуху, оселедець опинився у Тетянки під пахвою, а колишня газована вода вся до крапельки вилилася мені на штани.</w:t>
      </w:r>
    </w:p>
    <w:p>
      <w:r>
        <w:br/>
        <w:t>І, незважаючи на це, я радісно вигукнув:</w:t>
      </w:r>
    </w:p>
    <w:p>
      <w:r>
        <w:br/>
        <w:t>— Ура! Ми лети…</w:t>
      </w:r>
    </w:p>
    <w:p>
      <w:r>
        <w:br/>
        <w:t>Я не договорив, бо якраз у цю мить мені в рот потрапила цибулина.</w:t>
      </w:r>
    </w:p>
    <w:p>
      <w:r>
        <w:br/>
        <w:t>"Супутник", мабуть, летів уже у верхніх шарах атмосфери. Він обертався все повільніше й повільніше. Раптом об щось ударився п перестав обертатися.</w:t>
      </w:r>
    </w:p>
    <w:p>
      <w:r>
        <w:br/>
        <w:t>— Ми вийшли на орбіту! — урочисто промовив Ромка…</w:t>
      </w:r>
    </w:p>
    <w:p>
      <w:r>
        <w:br/>
        <w:t>Кілька секунд пішло на те, щоб розібратися, де чиї ноги, руки, голови та інше…</w:t>
      </w:r>
    </w:p>
    <w:p>
      <w:r>
        <w:br/>
        <w:t>В бочці було темно. Пахло оселедцем і ще чимсь поганим.</w:t>
      </w:r>
    </w:p>
    <w:p>
      <w:r>
        <w:br/>
        <w:t>— Цікаво, де тепер Земля? — тихо й печально спитала Тетянка. Їй уже хотілося додому, до мами. І Ромка це зрозумів.</w:t>
      </w:r>
    </w:p>
    <w:p>
      <w:r>
        <w:br/>
        <w:t>— А-а, попалася! — злорадно захихикав він. — Ото не треба було летіти. А тепер — усе! Тепер ти ніколи не повернешся додому.</w:t>
      </w:r>
    </w:p>
    <w:p>
      <w:r>
        <w:br/>
        <w:t>Тетянка нічого не відповіла. Вона мовчала. І я теж мовчав.</w:t>
      </w:r>
    </w:p>
    <w:p>
      <w:r>
        <w:br/>
        <w:t>Гнітюча тиша запанувала в супутнику "Ліра-3". Я, Ромка й Тетянка сиділи й мовчки прислухалися до космічної тиші Всесвіту. І раптом…</w:t>
      </w:r>
    </w:p>
    <w:p>
      <w:r>
        <w:br/>
        <w:t>Раптом ми почули гучні кроки й голос. По небу хтось швидко йшов лаючись. В усьому Всесвіті лише одній людині міг належати цей голос — двірничці тітці Теклі.</w:t>
      </w:r>
    </w:p>
    <w:p>
      <w:r>
        <w:br/>
        <w:t>— А біс забрав би цих песиголовців. Знову якогось лиха накоїли! І доки це буде? Ні вдень ні вночі спокою нема.</w:t>
      </w:r>
    </w:p>
    <w:p>
      <w:r>
        <w:br/>
        <w:t>Я кинувся одкривати люк…</w:t>
      </w:r>
    </w:p>
    <w:p>
      <w:r>
        <w:br/>
        <w:t>Супутник "Ліра-3" мирно лежав у бур'янах біля дров'яного сарая. Над бочкою стояла двірничка тітка Текля і войовничо розмахувала руками…</w:t>
      </w:r>
    </w:p>
    <w:p>
      <w:r>
        <w:br/>
        <w:t>Що було потім? Не треба питати.</w:t>
      </w:r>
    </w:p>
    <w:p>
      <w:r>
        <w:br/>
        <w:t>Тетянці, звичайно, добре влетіло. Але найбільше перепало мені й Ромці.</w:t>
      </w:r>
    </w:p>
    <w:p>
      <w:r>
        <w:br/>
        <w:t>І не в тім справа, що після хвилюючої зустрічі з батьками ми довго не могли сісти й соромилися показатися людям на очі. І не в тім, що учні в школі два тижні не давали нам проходу і все запитували про враження від космічної подорожі.</w:t>
      </w:r>
    </w:p>
    <w:p>
      <w:r>
        <w:br/>
        <w:t>Виявилось найголовніше: учневі третього класу для того, щоб побудувати супутник, треба знати… арифметику. А-риф-ме-ти-ку! І сказав це не хто-небудь, а сам Жорка Циган, найпопулярніша у нас людина в школі, чемпіон міста з плавання.</w:t>
      </w:r>
    </w:p>
    <w:p>
      <w:r>
        <w:br/>
        <w:t>Це було для мене відкриттям.</w:t>
      </w:r>
    </w:p>
    <w:p>
      <w:r>
        <w:br/>
        <w:t>Довелося братися за арифметику.</w:t>
      </w:r>
    </w:p>
    <w:p>
      <w:r>
        <w:br/>
        <w:t>Без підготовки, друзі мої, нічого не робиться. Запам'ятайте!</w:t>
      </w:r>
    </w:p>
    <w:p>
      <w:r>
        <w:br/>
        <w:t>Отак літав я у космос.</w:t>
      </w:r>
    </w:p>
    <w:p>
      <w:r>
        <w:br/>
        <w:t>Ну все, приїхали!</w:t>
      </w:r>
    </w:p>
    <w:p>
      <w:r>
        <w:br/>
        <w:t>Вибачте, далі я їду у справах…</w:t>
      </w:r>
    </w:p>
    <w:p>
      <w:r>
        <w:br/>
        <w:t>Підполковник Іщенко загальмував біля їхнього будинку. Вадька, Борис і Натка вилізли з машини.</w:t>
      </w:r>
    </w:p>
    <w:p>
      <w:r>
        <w:br/>
        <w:t>— Спасибі!</w:t>
      </w:r>
    </w:p>
    <w:p>
      <w:r>
        <w:br/>
        <w:t>— Спасибі!</w:t>
      </w:r>
    </w:p>
    <w:p>
      <w:r>
        <w:br/>
        <w:t>— Спасибі!</w:t>
      </w:r>
    </w:p>
    <w:p>
      <w:r>
        <w:br/>
        <w:t>— До побачення! — усміхнувся підполковник.</w:t>
      </w:r>
    </w:p>
    <w:p>
      <w:r>
        <w:br/>
        <w:t>— До побачення!</w:t>
      </w:r>
    </w:p>
    <w:p>
      <w:r>
        <w:br/>
        <w:t>— До побачення!</w:t>
      </w:r>
    </w:p>
    <w:p>
      <w:r>
        <w:br/>
        <w:t>— До побачення!</w:t>
      </w:r>
    </w:p>
    <w:p>
      <w:r>
        <w:br/>
        <w:t>Коли "Волга" від'їхала, Вадька зітхнув, розмахнувся і ляснув Натку по потилиці.</w:t>
      </w:r>
    </w:p>
    <w:p>
      <w:r>
        <w:br/>
        <w:t>— Ти чого? — смикнулася Натка.</w:t>
      </w:r>
    </w:p>
    <w:p>
      <w:r>
        <w:br/>
        <w:t>— Щоб не була така розумна! — Вадька повернувся і побіг. Борис побіг за ним.</w:t>
      </w:r>
    </w:p>
    <w:p>
      <w:r>
        <w:br/>
        <w:t>— Дурень! Вадька-шмадька! — гукнула йому вслід Натка, і на очі в неї набігли безсилі сльози.</w:t>
      </w:r>
    </w:p>
    <w:p>
      <w:r>
        <w:br/>
        <w:t>Натка любила маму, тата, вчительку Глафіру Павлівну і вареники з вишнями. І Натка терпіти не могла рицини, риб'ячого жиру й свого сусіду Вадьку. Та якщо риб'ячого жиру й рицини можна було все ж якось уникнути, то Вадьки уникнути було неможливо. Бо вони з Вадькою не тільки жили в одній квартирі, а ще й училися в одному класі — четвертому "Г".</w:t>
      </w:r>
    </w:p>
    <w:p>
      <w:r>
        <w:br/>
        <w:t>Вадька був недоброю, лихою людиною.</w:t>
      </w:r>
    </w:p>
    <w:p>
      <w:r>
        <w:br/>
        <w:t>Дарма, що всі хлопці його любили і вважали за свого отамана. Це нічого не значить. Бо не самі хлопці живуть на світі, і треба мати совість. І взагалі… Чому, скажіть, будь ласка, Натка повинна бути гіршою за Вадьку? Адже був колись час. Тоді вони були зовсім маленькі і звалися просто діти. І в усьому були рівні. Іграшки мали спільні. Хворіли на однакові хвороби — кір, свинку, скарлатину. Однаково боялися Бармалея і Сірого Вовка і однаково жаліли нещасного козлика, від якого лишилися тільки ріжки та ніжки. Ох, оті ріжки та ніжки! Скільки сліз пролили через них Вадька та Натка — дружних колективних сліз! Натка й Вадька тоді дружили, міцно дружили. Як то кажуть — нерозлийвода.</w:t>
      </w:r>
    </w:p>
    <w:p>
      <w:r>
        <w:br/>
        <w:t>А потім раптом Вадька зробився хлопцем і сказав Натці: "Ти — баба!"</w:t>
      </w:r>
    </w:p>
    <w:p>
      <w:r>
        <w:br/>
        <w:t>Натка образилась і сказала: "А ти — дурень!"</w:t>
      </w:r>
    </w:p>
    <w:p>
      <w:r>
        <w:br/>
        <w:t>І Вадька гупнув Натку кулаком по спині. А Натка тріснула Вадьку портфелем по голові. Так вони перестали бути просто дітьми, а стали хлопчиськом і дівчиськом.</w:t>
      </w:r>
    </w:p>
    <w:p>
      <w:r>
        <w:br/>
        <w:t>Натка плакала в туалеті, щоб ніхто не бачив. І весь час смикала за ланцюжок, спускаючи воду, щоб ніхто не чув.</w:t>
      </w:r>
    </w:p>
    <w:p>
      <w:r>
        <w:br/>
        <w:t>"Яка свиня цей Вадька, — думала вона. — Ось я йому покажу, що нітрішечкн не гірша від нього. Він у мене побачить!"</w:t>
      </w:r>
    </w:p>
    <w:p>
      <w:r>
        <w:br/>
        <w:t>Але це було дуже-дуже важко. Тому що Вадька нічого не хотів бачити й знати.</w:t>
      </w:r>
    </w:p>
    <w:p>
      <w:r>
        <w:br/>
        <w:t>Не звертаючи на Натку аніякісінької уваги, він грав з хлопцями в футбол, був воротарем. Натка шморгнула носом і теж захотіла бути воротарем. Але їй ввічливо сказали: "Геть звідси! Дівчиська не бувають воротарями; тим паче такі зачухані".</w:t>
      </w:r>
    </w:p>
    <w:p>
      <w:r>
        <w:br/>
        <w:t>Натка негайно відповіла: "А ви всі хулігани й нікчеми. І футбол ваш — тьфу!"</w:t>
      </w:r>
    </w:p>
    <w:p>
      <w:r>
        <w:br/>
        <w:t>А Вадьці сказала окремо: "А ти найостанніша мокриця. Я пам'ятаю, як ти рюмсав, коли тобі укол робили. Нехай усі знають!"</w:t>
      </w:r>
    </w:p>
    <w:p>
      <w:r>
        <w:br/>
        <w:t>Проте на Вадьку це аніякісінького враження не справило. Він тільки глузливо засміявся їй просто в обличчя. І через тиждень раптом навчився плавати.</w:t>
      </w:r>
    </w:p>
    <w:p>
      <w:r>
        <w:br/>
        <w:t>Натка зціпила зуби і, не задумуючись, полізла у воду, просто на глибоке. Коли через кілька хвилин її витягли, вона вже вміла пірнати. Правда, виринати й триматися на воді ще не навчилася. На це довелося витратити два тижні й випити ціле відро каламутної річкової води. Але Натка не відступала й плавати навчилася. Що, з'їв, задавака противний?!</w:t>
      </w:r>
    </w:p>
    <w:p>
      <w:r>
        <w:br/>
        <w:t>Складніше було з велосипедом. У Натки не було власного велосипеда. Доводилось…</w:t>
      </w:r>
    </w:p>
    <w:p>
      <w:r>
        <w:br/>
        <w:t>— Милочко, дай покататися трошки.</w:t>
      </w:r>
    </w:p>
    <w:p>
      <w:r>
        <w:br/>
        <w:t>— Та ну тебе! Ти й так мені вчора чотири спиці вибила і руль скрутила.</w:t>
      </w:r>
    </w:p>
    <w:p>
      <w:r>
        <w:br/>
        <w:t>— Я більше не буду. Я вже майже вмію. Дай, Милочко. Я тобі цукеркові обгортки подарую. Гарні! В тебе таких немає.</w:t>
      </w:r>
    </w:p>
    <w:p>
      <w:r>
        <w:br/>
        <w:t>— Гаразд уже… Тоді й перебивну картинку з квіточкою.</w:t>
      </w:r>
    </w:p>
    <w:p>
      <w:r>
        <w:br/>
        <w:t>— Добре, — зітхала Натка, не в змозі приховати, як їй шкода перебивної картинки.</w:t>
      </w:r>
    </w:p>
    <w:p>
      <w:r>
        <w:br/>
        <w:t>Зате глянули б ви на Вадьчине обличчя, коли Натка, нарешті, промчала повз нього на велосипеді, зовсім не тримаючись за руль. Жертви були недаремні.</w:t>
      </w:r>
    </w:p>
    <w:p>
      <w:r>
        <w:br/>
        <w:t>Звичайно, він не міг їй цього подарувати.</w:t>
      </w:r>
    </w:p>
    <w:p>
      <w:r>
        <w:br/>
        <w:t>Тому й б'ється.</w:t>
      </w:r>
    </w:p>
    <w:p>
      <w:r>
        <w:br/>
        <w:t>Натка тинялася по подвір'ю. З дівчатками гратися їй не хотілося. Не цікавили її зараз дівчатка. Дуже їй хотілося чимось дошкулити отому Вадьці. Але чим? Нічого путнього не придумувалося.</w:t>
      </w:r>
    </w:p>
    <w:p>
      <w:r>
        <w:br/>
        <w:t>Добре було тій Тетянці! Вона хоч у бочці з хлопцями в космос літала.</w:t>
      </w:r>
    </w:p>
    <w:p>
      <w:r>
        <w:br/>
        <w:t>Натка проходила повз бетономішалку, що лишилася після будівництва сусіднього будинку, і раптом почула тиху розмову. От вони де! Сидять у бетономішалці й секретничають. Натка навшпиньках підійшла ближче, прислухалася…</w:t>
      </w:r>
    </w:p>
    <w:p>
      <w:r>
        <w:br/>
        <w:t>— Він нам не просто так розказував, — говорив Вадька. — Він натякав…</w:t>
      </w:r>
    </w:p>
    <w:p>
      <w:r>
        <w:br/>
        <w:t>— Думаєш? — спитав Борис.</w:t>
      </w:r>
    </w:p>
    <w:p>
      <w:r>
        <w:br/>
        <w:t>— Аякже. "Без підготовки нічого не робиться…" Якби не Натка, він, може, й прямо сказав би: "Готуйтесь, хлопці! Я вам раджу…"</w:t>
      </w:r>
    </w:p>
    <w:p>
      <w:r>
        <w:br/>
        <w:t>— Може…</w:t>
      </w:r>
    </w:p>
    <w:p>
      <w:r>
        <w:br/>
        <w:t>— А що? Коли ми виростемо, міжпланетні польоти будуть все одно, що зараз тролейбус…</w:t>
      </w:r>
    </w:p>
    <w:p>
      <w:r>
        <w:br/>
        <w:t>— Але, звичайно ж, братимуть не всіх. Усе-таки ж це не тролейбус.</w:t>
      </w:r>
    </w:p>
    <w:p>
      <w:r>
        <w:br/>
        <w:t>— Авжеж… І якщо почати вже зараз, то…</w:t>
      </w:r>
    </w:p>
    <w:p>
      <w:r>
        <w:br/>
        <w:t>— А що? Через які-небудь десять років ти знаєш, які б ми були! — захоплено вигукнув Борис.</w:t>
      </w:r>
    </w:p>
    <w:p>
      <w:r>
        <w:br/>
        <w:t>— Усі комісії роти пороззявляють.</w:t>
      </w:r>
    </w:p>
    <w:p>
      <w:r>
        <w:br/>
        <w:t>— Авжеж, ніхто ж не подумає, що люди з дитинства готувалися.</w:t>
      </w:r>
    </w:p>
    <w:p>
      <w:r>
        <w:br/>
        <w:t>— От було б здорово! Тоді всі шанси — за нас…</w:t>
      </w:r>
    </w:p>
    <w:p>
      <w:r>
        <w:br/>
        <w:t>— Правда, складнюща це справа — підготовка. От скажи — у нас хоча б тренажер є, той, що одночасно в різні боки крутиться?</w:t>
      </w:r>
    </w:p>
    <w:p>
      <w:r>
        <w:br/>
        <w:t>— Дуля у нас є, а не тренажер.</w:t>
      </w:r>
    </w:p>
    <w:p>
      <w:r>
        <w:br/>
        <w:t>— Або випробування тишею — камера спеціальна. Або — невагомість. Це, мабуть, найголовніше.</w:t>
      </w:r>
    </w:p>
    <w:p>
      <w:r>
        <w:br/>
        <w:t>— І все-таки треба спробувати. Це ж попередня підготовка. І можна самим організувати й невагомість, і тишу, і це саме… в різні боки.</w:t>
      </w:r>
    </w:p>
    <w:p>
      <w:r>
        <w:br/>
        <w:t>І тут Натка несподівано й дуже голосно чхнула, бо їй у ніс потрапив цемент.</w:t>
      </w:r>
    </w:p>
    <w:p>
      <w:r>
        <w:br/>
        <w:t>І миттю, немов чортики на пружинах, з бетономішалки показалися дві голови.</w:t>
      </w:r>
    </w:p>
    <w:p>
      <w:r>
        <w:br/>
        <w:t>Шиї витягнуті, очі витріщені — ну точнісінько пташенята з гнізда. Кілька секунд вони мовчали, потім розтулили свої дзьоби і… Натці довелося довести, що бігає вона справді не гірше за хлопців.</w:t>
      </w:r>
    </w:p>
    <w:p>
      <w:r>
        <w:br/>
        <w:t>Цілий день Натка не знаходила собі місця. Оце так да! Оце новина! Вадька з Боркою готуються в космонавти!</w:t>
      </w:r>
    </w:p>
    <w:p>
      <w:r>
        <w:br/>
        <w:t>Натка зітхала… Борка впертий, Вадька ще впертіший. Це всім відомо. Вони оглухнуть від тиші, вони луснуть від невагомості, але підготуються. Підготуються і полетять у космос. І побувають на далеких невідомих планетах. І повернуться на землю героями. А Натка буде звичайнісінькою нудною бухгалтершею, як Ніна Абрамівна. з вісімнадцятої квартири. О-о-о! Цього не можна стерпіти! Ні! Вона вистежить, як вони тренуватимуться, і сама ще краще натренується.</w:t>
      </w:r>
    </w:p>
    <w:p>
      <w:r>
        <w:br/>
        <w:t>Після обіду, скоцюрбившись за бочкою біля сарая, Натка вже сидить і дивиться в шпарку. Там, у сараї, на дровах спинами один до одного вже четверту годину, заткнувши вуха пальцями, сидять у темряві Вадька і Борис.</w:t>
      </w:r>
    </w:p>
    <w:p>
      <w:r>
        <w:br/>
        <w:t>Натка встигла приготувати уроки, встигла пообідати, встигла покататися на Милоччиному велосипеді, а вони все сидять.</w:t>
      </w:r>
    </w:p>
    <w:p>
      <w:r>
        <w:br/>
        <w:t>Це зветься випробування тишею.</w:t>
      </w:r>
    </w:p>
    <w:p>
      <w:r>
        <w:br/>
        <w:t>Адже там, у небі, абсолютне космічне безгоміння, і до цього космонавтам треба себе привчити. Там не деренчить трамвай, не цвірінькають горобці, не лається вусатий двірник дядя Стьопа, якому начхати на тишу, бо він пияк, і його все одно не візьмуть у космос.</w:t>
      </w:r>
    </w:p>
    <w:p>
      <w:r>
        <w:br/>
        <w:t>Натці вже набридло, око болить дивитися в шпарку, а вони все сидять.</w:t>
      </w:r>
    </w:p>
    <w:p>
      <w:r>
        <w:br/>
        <w:t>І раптом чується гуркіт — розсипаються поліна, і Вадька кричить противним голосом.</w:t>
      </w:r>
    </w:p>
    <w:p>
      <w:r>
        <w:br/>
        <w:t>Виявляється, космонавт Борка заснув і звалився з дров.</w:t>
      </w:r>
    </w:p>
    <w:p>
      <w:r>
        <w:br/>
        <w:t>Двері сарая відчиняються, і, чухаючи забитий бік, виходить заспаний Борис, а за ним, похитуючись, змучений тишею Вадька.</w:t>
      </w:r>
    </w:p>
    <w:p>
      <w:r>
        <w:br/>
        <w:t>В обох вигляд нещасний і жалюгідний. Здавалося б, Натці тільки й радіти й хихикати зараз, та в неї це не виходить. Їй чомусь жаль Вадьку і хочеться разом з ним лаяти Борку, що так підступно заснув під час випробувань.</w:t>
      </w:r>
    </w:p>
    <w:p>
      <w:r>
        <w:br/>
        <w:t>Наступного дня Натка сиділа в шафі серед одягу і, обв'язавши голову маминою спідницею, дихала нафталіном. У сарай іти вона побоялась — там водилися пацюки. А в космосі пацюки не водяться, й звикати до них не обов'язково. Випробування тишею їй навіть сподобалось: нудно, але не страшно нітрішечки — терпіти можна. Тьху, слабак Борка не витримав!</w:t>
      </w:r>
    </w:p>
    <w:p>
      <w:r>
        <w:br/>
        <w:t>Тим часом Вадька з Борисом тренувалися далі за програмою. Цілісінький день вони гойдалися на мотузці, прив'язаній до дерева.</w:t>
      </w:r>
    </w:p>
    <w:p>
      <w:r>
        <w:br/>
        <w:t>Наприкінці невгамовний Вадька сказав:</w:t>
      </w:r>
    </w:p>
    <w:p>
      <w:r>
        <w:br/>
        <w:t>— Треба катапультуватися. Обов'язково треба катапультуватися.</w:t>
      </w:r>
    </w:p>
    <w:p>
      <w:r>
        <w:br/>
        <w:t>— А як це?</w:t>
      </w:r>
    </w:p>
    <w:p>
      <w:r>
        <w:br/>
        <w:t>— Ти що, не пам'ятаєш, як Титов на тренуваннях разом з сидінням вилітав з кабіни, щоб потім на парашуті спуститися? Це й значить — катапультуватися.</w:t>
      </w:r>
    </w:p>
    <w:p>
      <w:r>
        <w:br/>
        <w:t>— Та пам'ятаю, пам'ятаю, — промимрив Борис, хоч видно було, що він не пам'ятає.</w:t>
      </w:r>
    </w:p>
    <w:p>
      <w:r>
        <w:br/>
        <w:t>Катапультуватися хлопцям у той день не довелось.</w:t>
      </w:r>
    </w:p>
    <w:p>
      <w:r>
        <w:br/>
        <w:t>Вадька натер собі руки так, що навіть не зміг робити письмових уроків.</w:t>
      </w:r>
    </w:p>
    <w:p>
      <w:r>
        <w:br/>
        <w:t>Мотузка теж зовсім перетерлась, бо, коли Натка увечері й собі почала гойдатися, мотузка несподівано тріснула, і Натка, відлетівши метрів на п'ять, гепнулася в калюжу.</w:t>
      </w:r>
    </w:p>
    <w:p>
      <w:r>
        <w:br/>
        <w:t>— Здається, я катапультувалася, — прошепотіла Натка, витираючи з обличчя грязюку. — Добре, що ніхто не бачив.</w:t>
      </w:r>
    </w:p>
    <w:p>
      <w:r>
        <w:br/>
        <w:t>Три дні тренувань не було — у Вадьки гоїлись руки.</w:t>
      </w:r>
    </w:p>
    <w:p>
      <w:r>
        <w:br/>
        <w:t>А на четвертий день була чудова сонячна погода. Блакитне небо сяяло ласкаво й привітно, навіть не вірилося, що десь там, у глибині, жахливий безконечний космос.</w:t>
      </w:r>
    </w:p>
    <w:p>
      <w:r>
        <w:br/>
        <w:t>На горищі пахло котами, іржавим залізом і тим особливим запахом, який буває тільки на горищі.</w:t>
      </w:r>
    </w:p>
    <w:p>
      <w:r>
        <w:br/>
        <w:t>Крізь слухове вікно, біля якого причаїлася Натка, видно край даху і глуху стіну сусіднього будинку. Між будинками — щілина завширшки з півметра. Там темно, як в ущелині. Внизу — бита цегла, скалки скла і різне сміття. На даху над щілиною стоять Вадька з Борисом. У кожного до пояса прив'язана мотузка, другий кінець якої протягнуто на горище й закріплено там до крокви морським вузлом.</w:t>
      </w:r>
    </w:p>
    <w:p>
      <w:r>
        <w:br/>
        <w:t>— Слухай, а ти певен, що буде ця сама, невагомість? — нерішуче питає Борис, з острахом зазираючи в щілину.</w:t>
      </w:r>
    </w:p>
    <w:p>
      <w:r>
        <w:br/>
        <w:t>— Аякже. Невагомість — це ж і є, коли людина висить у повітрі, ні за що не тримаючись ні руками, ні ногами. Ну, давай!</w:t>
      </w:r>
    </w:p>
    <w:p>
      <w:r>
        <w:br/>
        <w:t>У Натки чомусь сильно калатає серце, терпнуть ноги. Хлопці водночас лягають на дах, звішують ноги в щілину і потроху починають сповзати. При цьому вони голосно сопуть.</w:t>
      </w:r>
    </w:p>
    <w:p>
      <w:r>
        <w:br/>
        <w:t>Ось над дахом видно тільки їхні голови. Ось уже й голови зникли, лише руки держаться за ринву. Раз! — нема вже й рук. Мотузки натягнулися й тремтять, як струни; У Натки щось обірвалося всередині.</w:t>
      </w:r>
    </w:p>
    <w:p>
      <w:r>
        <w:br/>
        <w:t>Кілька секунд було тихо. Потім почувся приглушений Вадьчин голос:</w:t>
      </w:r>
    </w:p>
    <w:p>
      <w:r>
        <w:br/>
        <w:t>— Борко, ну як? Відчуваєш невагомість?</w:t>
      </w:r>
    </w:p>
    <w:p>
      <w:r>
        <w:br/>
        <w:t>— Відчуваю… Тільки пояс холерський сильно давить. Прямо живіт перерізує…</w:t>
      </w:r>
    </w:p>
    <w:p>
      <w:r>
        <w:br/>
        <w:t>Знову запанувала тиша. Потім раптом почувся натужний голос Борисів:</w:t>
      </w:r>
    </w:p>
    <w:p>
      <w:r>
        <w:br/>
        <w:t>— Слухай, я більше не можу! Якась незручна невагомість. Дуже вже ріже… Н-не можу. Чуєш?</w:t>
      </w:r>
    </w:p>
    <w:p>
      <w:r>
        <w:br/>
        <w:t>Мотузки нервово засіпалися, і Вадьчин голос прохрипів:</w:t>
      </w:r>
    </w:p>
    <w:p>
      <w:r>
        <w:br/>
        <w:t>— Гаразд… Вилазь і мені допоможеш. А то я до даху не дістаю…</w:t>
      </w:r>
    </w:p>
    <w:p>
      <w:r>
        <w:br/>
        <w:t>Одна з мотузок засіпалась ще дужче. Потім почувся тремтячий голос Бориса:</w:t>
      </w:r>
    </w:p>
    <w:p>
      <w:r>
        <w:br/>
        <w:t>— Вадько! Я не можу вилізти.</w:t>
      </w:r>
    </w:p>
    <w:p>
      <w:r>
        <w:br/>
        <w:t>— Та ти що? Облиш жарти!</w:t>
      </w:r>
    </w:p>
    <w:p>
      <w:r>
        <w:br/>
        <w:t>— Ні, серйозно! Не можу! Серйозно!</w:t>
      </w:r>
    </w:p>
    <w:p>
      <w:r>
        <w:br/>
        <w:t>Мотузки одчайдушно скрипуче попискували.</w:t>
      </w:r>
    </w:p>
    <w:p>
      <w:r>
        <w:br/>
        <w:t>— Вадько! Давай кричати на поміч! Я не можу, Вадько. Ми зараз розіб'ємось! — Стривай! Не треба ще! Може…</w:t>
      </w:r>
    </w:p>
    <w:p>
      <w:r>
        <w:br/>
        <w:t>— Нічого не може…</w:t>
      </w:r>
    </w:p>
    <w:p>
      <w:r>
        <w:br/>
        <w:t>І тут Натка зрозуміла, що "невагомих" космонавтів треба рятувати. Ще мить — вони зірвуться і… не треба тоді космосу — на землі теж можна прекрасно розбитися.</w:t>
      </w:r>
    </w:p>
    <w:p>
      <w:r>
        <w:br/>
        <w:t>Натка зітхнула й крізь слухове вікно вилізла на дах. Дах був противно слизький і похилий. Натка на животі підповзла до краю і зазирнула в щілину.</w:t>
      </w:r>
    </w:p>
    <w:p>
      <w:r>
        <w:br/>
        <w:t>Вадька і Борис теліпалися на мотузках, як два черв'яки. У Бориса пояс під'їхав майже під пахви, і ноги метлялися, мов у лялькового Петрушки. У Вадьки, навпаки, пояс з'їхав нижче пупа — він висів униз головою і, як немовля, дриґав ногами, боячись зовсім випасти з пояса.</w:t>
      </w:r>
    </w:p>
    <w:p>
      <w:r>
        <w:br/>
        <w:t>Обидва жалібно кректали і стогнали.</w:t>
      </w:r>
    </w:p>
    <w:p>
      <w:r>
        <w:br/>
        <w:t>— Ой хлопчики, я зараз! — заголосила Натка. — Повисіть ще трошки! Повисіть, хлопчики, не падайте! Я зараз!</w:t>
      </w:r>
    </w:p>
    <w:p>
      <w:r>
        <w:br/>
        <w:t>І вона швидко подалася у слухове вікно.</w:t>
      </w:r>
    </w:p>
    <w:p>
      <w:r>
        <w:br/>
        <w:t>Натка в розпачі бігала по горищу, весь час промовляючи:</w:t>
      </w:r>
    </w:p>
    <w:p>
      <w:r>
        <w:br/>
        <w:t>— Повисіть, хлопчики, я зараз! Повисіть, хлопчики, я зараз!</w:t>
      </w:r>
    </w:p>
    <w:p>
      <w:r>
        <w:br/>
        <w:t>Хоча звідти вони, звичайно, не могли її чути.</w:t>
      </w:r>
    </w:p>
    <w:p>
      <w:r>
        <w:br/>
        <w:t>"Як же допомогти? Як допомогти?" — стрибало в голові.</w:t>
      </w:r>
    </w:p>
    <w:p>
      <w:r>
        <w:br/>
        <w:t>Враз Натка побачила довгу дерев'яну жердину з залізним гачком-трійником на кінці. Цією штуковиною двірник дядя Стьопа завжди виколупував сміття в каналізаційних колодязях, щоб не забивало труби. Не задумуючись, Натка схопила жердину і потягла на дах.</w:t>
      </w:r>
    </w:p>
    <w:p>
      <w:r>
        <w:br/>
        <w:t>Вона обережно опустила жердину і спробувала зачепити Вадьку за ногу. Але гачок зіскакував і не брав. Тоді вона зачепила Бориса за штани. Взяло.</w:t>
      </w:r>
    </w:p>
    <w:p>
      <w:r>
        <w:br/>
        <w:t>Натка щосили потягла вгору. Від напруження потемніло в очах. Все-таки Натка була дівчинка! Ні, не витягти їй Бориса — сил не вистачає. Раптом щось затріщало, штани розпанахались, і гачок зірвався. Натка розгублено міркувала, що робити. Нарешті збагнула. Опустила жердину другим кінцем і гачком зачепила за ринву.</w:t>
      </w:r>
    </w:p>
    <w:p>
      <w:r>
        <w:br/>
        <w:t>— Хапайся, Борко! Лізь!</w:t>
      </w:r>
    </w:p>
    <w:p>
      <w:r>
        <w:br/>
        <w:t>Борка пихкав, як паровоз.</w:t>
      </w:r>
    </w:p>
    <w:p>
      <w:r>
        <w:br/>
        <w:t>Натка схопила його за комір і тягла до болю у пальцях. І — о радість! — нарешті Борис на даху.</w:t>
      </w:r>
    </w:p>
    <w:p>
      <w:r>
        <w:br/>
        <w:t>Уже вдвох, спільними зусиллями, за допомогою тієї ж таки жердини вони виловили Вадьку.</w:t>
      </w:r>
    </w:p>
    <w:p>
      <w:r>
        <w:br/>
        <w:t>І ось Вадька і Борис стоять перед Наткою. Борка білий, як молоко, Вадька червоний, як помідор (від приливу крові; спробували б ви повисіти догори ногами!). В обох тремтять губи і очі великі-великі, зовсім не хлоп'ячі, а просто дитячі, перелякані.</w:t>
      </w:r>
    </w:p>
    <w:p>
      <w:r>
        <w:br/>
        <w:t>І тут Натка не витримала — вона все ж таки була дівчинка…</w:t>
      </w:r>
    </w:p>
    <w:p>
      <w:r>
        <w:br/>
        <w:t>— Чого плачеш? — тихо й розгублено спитав Вадька.</w:t>
      </w:r>
    </w:p>
    <w:p>
      <w:r>
        <w:br/>
        <w:t>Вона не відповіла.</w:t>
      </w:r>
    </w:p>
    <w:p>
      <w:r>
        <w:br/>
        <w:t>Вадька перезирнувся з Борисом і сказав ще тихіше:</w:t>
      </w:r>
    </w:p>
    <w:p>
      <w:r>
        <w:br/>
        <w:t>— Та ти ж просто молодець, Натко! Ти ж просто нас врятувала. Без тебе ми б просто, я вже навіть не знаю…</w:t>
      </w:r>
    </w:p>
    <w:p>
      <w:r>
        <w:br/>
        <w:t>Натка все ще плакала.</w:t>
      </w:r>
    </w:p>
    <w:p>
      <w:r>
        <w:br/>
        <w:t>Тоді, переборюючи хвилювання, Вадька мовив:</w:t>
      </w:r>
    </w:p>
    <w:p>
      <w:r>
        <w:br/>
        <w:t>— Слухай, знаєш, а ти теж готуйся з нами, добре?</w:t>
      </w:r>
    </w:p>
    <w:p>
      <w:r>
        <w:br/>
        <w:t>— Ага, — сказав Борис, гладячи рукою розпанахані штани.</w:t>
      </w:r>
    </w:p>
    <w:p>
      <w:r>
        <w:br/>
        <w:t>— І, можливо, ти будеш другою в світі космонавткою. Після Терешкової. Хочеш? Космо-Наткою! — і Вадька, засміявшись з власного дотепу, додав: — Я серйозно, зовсім не глузую.</w:t>
      </w:r>
    </w:p>
    <w:p>
      <w:r>
        <w:br/>
        <w:t>Натка посміхнулась, крізь сльози. їй чомусь згадався раптом казковий козлик, якого так щиро вони оплакували колись удвох із Вадькою…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Космонавти з нашого будинку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