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Коса</w:t>
      </w:r>
    </w:p>
    <w:p>
      <w:r>
        <w:br/>
        <w:t xml:space="preserve"> Я сказав собі так: "Ти не зодчий цих стін.&lt;br /&gt;</w:t>
        <w:br/>
        <w:t>Ти народжений жінкою в муках, ти син&lt;br /&gt;</w:t>
        <w:br/>
        <w:t>нерозумний, що падав і падав".&lt;br /&gt;</w:t>
        <w:br/>
        <w:t>І було мені так: ранок, вечір – одне.&lt;br /&gt;</w:t>
        <w:br/>
        <w:t>Ті забули мене, що любили мене.&lt;br /&gt;</w:t>
        <w:br/>
        <w:t>Я упав. Я зламався. Я зрадив.</w:t>
      </w:r>
    </w:p>
    <w:p>
      <w:r>
        <w:br/>
        <w:t>Не провал, не обвал, не сповзання, не зсув...&lt;br /&gt;</w:t>
        <w:br/>
        <w:t>Я прозріння й не знав. Я натхнення забув.&lt;br /&gt;</w:t>
        <w:br/>
        <w:t>Дні і ночі зімкнулися в коло.&lt;br /&gt;</w:t>
        <w:br/>
        <w:t>Доки маски міняли мої вчителі&lt;br /&gt;</w:t>
        <w:br/>
        <w:t>для нової маланки на рідній землі,&lt;br /&gt;</w:t>
        <w:br/>
        <w:t>я згадав, що скінчилася школа,</w:t>
      </w:r>
    </w:p>
    <w:p>
      <w:r>
        <w:br/>
        <w:t>і сказав собі так: "Ти не зодчий цих стін.&lt;br /&gt;</w:t>
        <w:br/>
        <w:t>Тобі вистачить власних провин і колін&lt;br /&gt;</w:t>
        <w:br/>
        <w:t>тільки впасти, а це не поможе –&lt;br /&gt;</w:t>
        <w:br/>
        <w:t>забагато, кого вже ніщо не спасе.&lt;br /&gt;</w:t>
        <w:br/>
        <w:t>Навіть вітер, що зносить, несе й не знесе,&lt;br /&gt;</w:t>
        <w:br/>
        <w:t>бо куди нас позносити, Боже?"</w:t>
      </w:r>
    </w:p>
    <w:p>
      <w:r>
        <w:br/>
        <w:t>І було мені так: ранок, вечір – одне.&lt;br /&gt;</w:t>
        <w:br/>
        <w:t>Соломинка, яка ще тримала мене,&lt;br /&gt;</w:t>
        <w:br/>
        <w:t>стала тоншою за соломинку.&lt;br /&gt;</w:t>
        <w:br/>
        <w:t>І сказав я собі: "Так було й буде так".&lt;br /&gt;</w:t>
        <w:br/>
        <w:t>І тоді розповів мені сивий вояк&lt;br /&gt;</w:t>
        <w:br/>
        <w:t>восени, уночі, про жінку.</w:t>
      </w:r>
    </w:p>
    <w:p>
      <w:r>
        <w:br/>
        <w:t>Зимували вони у землі. Не одна&lt;br /&gt;</w:t>
        <w:br/>
        <w:t>є зимарка у горах самотня й сумна,&lt;br /&gt;</w:t>
        <w:br/>
        <w:t>але їм у зимарці не можна.&lt;br /&gt;</w:t>
        <w:br/>
        <w:t>Їм – лише у землі. І не день. і не два...&lt;br /&gt;</w:t>
        <w:br/>
        <w:t>Та настане весна. І настане трава.&lt;br /&gt;</w:t>
        <w:br/>
        <w:t>І настане ловитва безбожна.</w:t>
      </w:r>
    </w:p>
    <w:p>
      <w:r>
        <w:br/>
        <w:t>З ними жінка була. У землі розплела&lt;br /&gt;</w:t>
        <w:br/>
        <w:t>свою чорну косу. І сокиру дала&lt;br /&gt;</w:t>
        <w:br/>
        <w:t>найгрізнішому в руки: "Не хочу.&lt;br /&gt;</w:t>
        <w:br/>
        <w:t>Відітни". Той узяв. Озирнувся, як тать.&lt;br /&gt;</w:t>
        <w:br/>
        <w:t>Зблід. Немов йому шию біленьку рубать.&lt;br /&gt;</w:t>
        <w:br/>
        <w:t>І промовив, заплющивши очі:</w:t>
      </w:r>
    </w:p>
    <w:p>
      <w:r>
        <w:br/>
        <w:t>"Я чесатиму сам. Скільки треба. Засни".&lt;br /&gt;</w:t>
        <w:br/>
        <w:t>"Відітни" – вона плаче. А він до весни&lt;br /&gt;</w:t>
        <w:br/>
        <w:t>чеше косу. Розчісує косу.&lt;br /&gt;</w:t>
        <w:br/>
        <w:t>Хай усе на землі у крові і в золі –&lt;br /&gt;</w:t>
        <w:br/>
        <w:t>Є живі і в землі! І між ними в землі&lt;br /&gt;</w:t>
        <w:br/>
        <w:t>він розчісує чорноволосу.</w:t>
      </w:r>
    </w:p>
    <w:p>
      <w:r>
        <w:br/>
        <w:t>По війні десять літ – у землі десять літ&lt;br /&gt;</w:t>
        <w:br/>
        <w:t>зимували. Щоб знову піднятись на світ, –&lt;br /&gt;</w:t>
        <w:br/>
        <w:t>розчеши чорну косу, вояче!&lt;br /&gt;</w:t>
        <w:br/>
        <w:t>Настарай за ці зими на землю дощу!&lt;br /&gt;</w:t>
        <w:br/>
        <w:t>(Так він чеше – як плаче й не чути плачу).&lt;br /&gt;</w:t>
        <w:br/>
        <w:t>Хай ніхто під землею не плаче!</w:t>
      </w:r>
    </w:p>
    <w:p>
      <w:r>
        <w:br/>
        <w:t>(Косу чеше!) Не дасть вона спати змії.&lt;br /&gt;</w:t>
        <w:br/>
        <w:t>Скине іскри свої у долоні твої –&lt;br /&gt;</w:t>
        <w:br/>
        <w:t>Ще забавиться доля з тобою!&lt;br /&gt;</w:t>
        <w:br/>
        <w:t>Ти вже рвешся на світ? Ти на цей не спіши.&lt;br /&gt;</w:t>
        <w:br/>
        <w:t>Чорну косу чеши. Чорну косу чеши.&lt;br /&gt;</w:t>
        <w:br/>
        <w:t>Твердь, як смерть, над тобою з косою.</w:t>
      </w:r>
    </w:p>
    <w:p>
      <w:r>
        <w:br/>
        <w:t>А весна захлинається! Тепла, як грудь&lt;br /&gt;</w:t>
        <w:br/>
        <w:t>у землі – аж потоки над вами ревуть!&lt;br /&gt;</w:t>
        <w:br/>
        <w:t>Хай ревуть. Скоро стане їм легше –&lt;br /&gt;</w:t>
        <w:br/>
        <w:t>вийде жінка на сонце! На перші громи!&lt;br /&gt;</w:t>
        <w:br/>
        <w:t>Поможи їй – волосся на руки візьми.&lt;br /&gt;</w:t>
        <w:br/>
        <w:t>Хай сама в перших травах розчеше.</w:t>
      </w:r>
    </w:p>
    <w:p>
      <w:r>
        <w:br/>
        <w:t>Що потому, вояче?</w:t>
      </w:r>
    </w:p>
    <w:p>
      <w:r>
        <w:br/>
        <w:t>"Потому нема,&lt;br /&gt;</w:t>
        <w:br/>
        <w:t>Чи цікавить геройство? тортури? тюрма?&lt;br /&gt;</w:t>
        <w:br/>
        <w:t>Може, зрада? відступництво? Може,&lt;br /&gt;</w:t>
        <w:br/>
        <w:t>доля кожного з нас аж по нинішній час?&lt;br /&gt;</w:t>
        <w:br/>
        <w:t>Міг би я розказати про кожного з нас,&lt;br /&gt;</w:t>
        <w:br/>
        <w:t>але це тобі не допоможе".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