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Королівна</w:t>
      </w:r>
    </w:p>
    <w:p>
      <w:r>
        <w:br/>
        <w:t xml:space="preserve"> На нараду до столиці,&lt;br /&gt;</w:t>
        <w:br/>
        <w:t>Пораненьку-рано,&lt;br /&gt;</w:t>
        <w:br/>
        <w:t>Молоденька, милолиця&lt;br /&gt;</w:t>
        <w:br/>
        <w:t>Прибула Оксана.</w:t>
      </w:r>
    </w:p>
    <w:p>
      <w:r>
        <w:br/>
        <w:t>Дві коси над головою&lt;br /&gt;</w:t>
        <w:br/>
        <w:t>Золотавим німбом.&lt;br /&gt;</w:t>
        <w:br/>
        <w:t>Смаглі руки ланкової&lt;br /&gt;</w:t>
        <w:br/>
        <w:t>Пахнуть степом,&lt;br /&gt;</w:t>
        <w:br/>
        <w:t>хлібом.</w:t>
      </w:r>
    </w:p>
    <w:p>
      <w:r>
        <w:br/>
        <w:t>На кофтині орден видко —&lt;br /&gt;</w:t>
        <w:br/>
        <w:t>За врожаї зерна...&lt;br /&gt;</w:t>
        <w:br/>
        <w:t>Йде вона, полтавська квітка,&lt;br /&gt;</w:t>
        <w:br/>
        <w:t>Впевнено і твердо.</w:t>
      </w:r>
    </w:p>
    <w:p>
      <w:r>
        <w:br/>
        <w:t>По Хрещатику ступає,&lt;br /&gt;</w:t>
        <w:br/>
        <w:t>Як в своїй господі,&lt;br /&gt;</w:t>
        <w:br/>
        <w:t>Гордо голову тримає,—&lt;br /&gt;</w:t>
        <w:br/>
        <w:t>Королівна — й годі!</w:t>
      </w:r>
    </w:p>
    <w:p>
      <w:r>
        <w:br/>
        <w:t>...Із ходи людину знати,—&lt;br /&gt;</w:t>
        <w:br/>
        <w:t>Кажуть хлібороби.—&lt;br /&gt;</w:t>
        <w:br/>
        <w:t>Сунуть млявою ходою,&lt;br /&gt;</w:t>
        <w:br/>
        <w:t>Тягнуть ногу за ногою&lt;br /&gt;</w:t>
        <w:br/>
        <w:t>Ледарі й нероби.</w:t>
      </w:r>
    </w:p>
    <w:p>
      <w:r>
        <w:br/>
        <w:t>Хто ж працює із душею,&lt;br /&gt;</w:t>
        <w:br/>
        <w:t>Пристрасно і ревно,—&lt;br /&gt;</w:t>
        <w:br/>
        <w:t>Ходить рідною землею&lt;br /&gt;</w:t>
        <w:br/>
        <w:t>Гордо,&lt;br /&gt;</w:t>
        <w:br/>
        <w:t>твердо,&lt;br /&gt;</w:t>
        <w:br/>
        <w:t>певно!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Королівна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