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Концерт на вокзалі</w:t>
      </w:r>
    </w:p>
    <w:p>
      <w:r>
        <w:br/>
        <w:t xml:space="preserve"> Осип Мандельштам&lt;br /&gt;</w:t>
        <w:br/>
        <w:t>Концерт на вокзалі</w:t>
      </w:r>
    </w:p>
    <w:p>
      <w:r>
        <w:br/>
        <w:t>Перекладач: В. Неборак</w:t>
      </w:r>
    </w:p>
    <w:p>
      <w:r>
        <w:br/>
        <w:t>Тяжке повітря, черви риють ями.&lt;br /&gt;</w:t>
        <w:br/>
        <w:t>Не шепчуть зорі, вмерзлі в чорний лід,&lt;br /&gt;</w:t>
        <w:br/>
        <w:t>Та, бачить бог, є музика над нами, —&lt;br /&gt;</w:t>
        <w:br/>
        <w:t>Тремтить вокзал від співу аонід*,&lt;br /&gt;</w:t>
        <w:br/>
        <w:t>І знову, паротяжними свистками&lt;br /&gt;</w:t>
        <w:br/>
        <w:t>Розірваний, скрипковий злито світ.</w:t>
      </w:r>
    </w:p>
    <w:p>
      <w:r>
        <w:br/>
        <w:t>Скляна вокзалу куля. Парк стогранний.&lt;br /&gt;</w:t>
        <w:br/>
        <w:t>Залізний світ потрапив у полон.&lt;br /&gt;</w:t>
        <w:br/>
        <w:t>В шал бенкету, в елізіум** туманний&lt;br /&gt;</w:t>
        <w:br/>
        <w:t>Проноситься урочисто вагон.&lt;br /&gt;</w:t>
        <w:br/>
        <w:t>Павинний крик і рик фортепіанний.&lt;br /&gt;</w:t>
        <w:br/>
        <w:t>Я запізнився. Страшно. Жах. Це сон.</w:t>
      </w:r>
    </w:p>
    <w:p>
      <w:r>
        <w:br/>
        <w:t>І входжу я у ліс скляний вокзалу,&lt;br /&gt;</w:t>
        <w:br/>
        <w:t>Розгублений скрипковий стрій в сльозах.&lt;br /&gt;</w:t>
        <w:br/>
        <w:t>Пронизлива нічного хору зала&lt;br /&gt;</w:t>
        <w:br/>
        <w:t>І ружі у гниючих парниках,&lt;br /&gt;</w:t>
        <w:br/>
        <w:t>Де під небесним склом заночувала&lt;br /&gt;</w:t>
        <w:br/>
        <w:t>Тінь рідна в цих ордах-кочівниках.</w:t>
      </w:r>
    </w:p>
    <w:p>
      <w:r>
        <w:br/>
        <w:t>І бачиться: весь в музиці і піні&lt;br /&gt;</w:t>
        <w:br/>
        <w:t>Залізний світ, немов жебрак, тремтить.&lt;br /&gt;</w:t>
        <w:br/>
        <w:t>Впираюся у скло, як у видінні.&lt;br /&gt;</w:t>
        <w:br/>
        <w:t>Куди ж ти? тільки раз на тризні тіні,&lt;br /&gt;</w:t>
        <w:br/>
        <w:t>В останній раз нам музика звучить.</w:t>
      </w:r>
    </w:p>
    <w:p>
      <w:r>
        <w:br/>
        <w:t>----------------&lt;br /&gt;</w:t>
        <w:br/>
        <w:t>* Аоніди (Аонійські сестри) — одне з найменувань муз.&lt;br /&gt;</w:t>
        <w:br/>
        <w:t>** Елізіум — за грецькою міфологією місце перебування праведників у загробному світі 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Концерт на вокзалі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