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на груші</w:t>
      </w:r>
    </w:p>
    <w:p>
      <w:r>
        <w:br/>
        <w:t xml:space="preserve"> &lt;p&gt;Коли в хаті стало майже темно, Кузьма одягнув важкий кожух із запахом погано вичиненої шкіри і, підперізуючись вірьовкою, сказав жінці, яка мовчки чорніла біля печі:</w:t>
      </w:r>
    </w:p>
    <w:p>
      <w:r>
        <w:br/>
        <w:t>— Ну, ти той... гляди тут мені, а я пішов.</w:t>
      </w:r>
    </w:p>
    <w:p>
      <w:r>
        <w:br/>
        <w:t>— Ой, спіймаєшся, Кузьмо,— застерегла дружина.— Вчора бригадир сварився на наряді: "Який воно, каже, дідько, щоночі смиче сіно?" Нахвалявся, що буцімто засяде колись під копицею.</w:t>
      </w:r>
    </w:p>
    <w:p>
      <w:r>
        <w:br/>
        <w:t>— На те він і начальство, щоб нахвалятися,— буркнув Кузьма, беручись за клямку дверей.— Який би це дурень захотів коцюбнути всю ніч у полі? Що воно — його?</w:t>
      </w:r>
    </w:p>
    <w:p>
      <w:r>
        <w:br/>
        <w:t>— Та все ж колгоспне.</w:t>
      </w:r>
    </w:p>
    <w:p>
      <w:r>
        <w:br/>
        <w:t>— Знаю. До свого сіна вночі не ходять. Замкнись!</w:t>
      </w:r>
    </w:p>
    <w:p>
      <w:r>
        <w:br/>
        <w:t>Вийшли на ганок. Виляючи хвостом, до них підбіг здоровенний пес.</w:t>
      </w:r>
    </w:p>
    <w:p>
      <w:r>
        <w:br/>
        <w:t>— Пішов у будку! — буркнув Кузьма.— Стережи тут двір від злодіїв, ледащо!</w:t>
      </w:r>
    </w:p>
    <w:p>
      <w:r>
        <w:br/>
        <w:t>— Як трапиться котрийсь, зловить,— запевнила жінка.— Добрий собака. Ну, біжи, Рябуня, в будку.</w:t>
      </w:r>
    </w:p>
    <w:p>
      <w:r>
        <w:br/>
        <w:t>— Так я того... Замикайся.</w:t>
      </w:r>
    </w:p>
    <w:p>
      <w:r>
        <w:br/>
        <w:t>— А може б, сьогодні не йшов за сіном? Свого до біса. Не поїсть Лиска й до літа,— зашепотіла жінка.</w:t>
      </w:r>
    </w:p>
    <w:p>
      <w:r>
        <w:br/>
        <w:t>— Знаю, що роблю. Своє продамо, свіжа копійка не зайва у господарстві. Колгосп же в нас сіно й купить, як у них свого не стане.</w:t>
      </w:r>
    </w:p>
    <w:p>
      <w:r>
        <w:br/>
        <w:t>Жінка вже було взялась за двері, та, щось згадавши, зупинилась.</w:t>
      </w:r>
    </w:p>
    <w:p>
      <w:r>
        <w:br/>
        <w:t>— Вчора Килина казала, що бачила вовка в степу.</w:t>
      </w:r>
    </w:p>
    <w:p>
      <w:r>
        <w:br/>
        <w:t>— Які там у біса вовки! — вилаявсь Кузьма, спускаючись по рипучих східцях ганку.— Бабам що сіре, те й вовк.</w:t>
      </w:r>
    </w:p>
    <w:p>
      <w:r>
        <w:br/>
        <w:t>Ступив два кроки від ганку і зник у темряві.</w:t>
      </w:r>
    </w:p>
    <w:p>
      <w:r>
        <w:br/>
        <w:t>До стогу сіна, що бовванів у степу за селом, Кузьма добравсь швидко. Обійшов його навколо скрадливим кроком, прислухаючись і принюхуючись, чи не пахне ніде тютюновим димком (коли засіли, наприклад, то не втерплять, куритимуть, а нюх у Кузьми гострий). Переконавшись, що ні сторожа, ні засідки немає, Кузьма прошепотів: "Господи поможи — свічку тобі поставлю" — і заходився смикати.</w:t>
      </w:r>
    </w:p>
    <w:p>
      <w:r>
        <w:br/>
        <w:t>Додому повертався, зігнувшись у три погибелі. Здалеку глянеш — ніби чоловік із сіном суне. Міцний чоловік!</w:t>
      </w:r>
    </w:p>
    <w:p>
      <w:r>
        <w:br/>
        <w:t>Від сіна линули такі запаморочливі запахи, що в носі Кузьми залоскотало і він чхнув. Вчулось, ніби хтось сказав: "На здоров'я!.."</w:t>
      </w:r>
    </w:p>
    <w:p>
      <w:r>
        <w:br/>
        <w:t>Кузьма рвучко оглянувсь й отетерів. Прямо до нього нечутно підкрадалась якась тварина. Ось вона повела головою, нюхаючи повітря, і Кузьму різонув жовто-червоний блиск хижих очей.</w:t>
      </w:r>
    </w:p>
    <w:p>
      <w:r>
        <w:br/>
        <w:t>"Вовк! Правду жінка казала",— мигнула думка і в'язка сіна вислизнула з рук і тихо бухнулась позаду ніг.</w:t>
      </w:r>
    </w:p>
    <w:p>
      <w:r>
        <w:br/>
        <w:t>Кузьма крутнувсь на місці і вздрів у темряві неподалік якусь деревину. В ту ж мить хижак ринувся до нього... Що було потім, Кузьма не пригадує. Отямився він на самісінькому вершку високої сухої груші. Як то він у битих валянках і в кожусі видерся, запитай — не розкаже.</w:t>
      </w:r>
    </w:p>
    <w:p>
      <w:r>
        <w:br/>
        <w:t>Вовк обнюхав в'язку і підійшов до груші. Роздивитися його гаразд Кузьма не міг, було темно, та й до того ж заважало гілля. Вовк покружляв навколо і, шкрябаючи пазурами по стовбуру, з досади завив.</w:t>
      </w:r>
    </w:p>
    <w:p>
      <w:r>
        <w:br/>
        <w:t>— А що, лишився при бубнових інтересах? — осмілів Кузьма на груші.— Не на того напав. Я тобі!.. Держи його!.. Ану заходь, Іване, з другого боку. Стріляй, Семене! Бух-бух!!!</w:t>
      </w:r>
    </w:p>
    <w:p>
      <w:r>
        <w:br/>
        <w:t>Одначе вовк не звернув на цю імпровізацію ніякої уваги і преспокійно влігся під грушею. Такий поворот збентежив Кузьму, але виду він не подав і продовжував лякати вовка Іванами та Семенами.</w:t>
      </w:r>
    </w:p>
    <w:p>
      <w:r>
        <w:br/>
        <w:t>Минуло, мабуть, з годину. Кузьма дарма що в кожусі, а відчув, що добряче таки промерз. Вовк і не думав знімати свою облогу, лише час од часу задирав голову і поглядав на грушу: чи не втекла, бува, здобич? Кузьма, щоб покликати кого-небудь на поміч, гукав, кричав, та в степу було тихо.</w:t>
      </w:r>
    </w:p>
    <w:p>
      <w:r>
        <w:br/>
        <w:t>Врешті Кузьмі набридло кричати і він, аби подати голос, почав співати:</w:t>
      </w:r>
    </w:p>
    <w:p>
      <w:r>
        <w:br/>
        <w:t>Дивлюсь я на небо та й думку гадаю.</w:t>
      </w:r>
    </w:p>
    <w:p>
      <w:r>
        <w:br/>
        <w:t>Чому я не сокіл, чому не літаю?</w:t>
      </w:r>
    </w:p>
    <w:p>
      <w:r>
        <w:br/>
        <w:t>Хижак під грушею затяг і собі протяжно, сумно: у-у-у, у-у-у! Кузьма передихнув, знову кричав і знову співав:</w:t>
      </w:r>
    </w:p>
    <w:p>
      <w:r>
        <w:br/>
        <w:t>По дорозі жук, жук, по дорозі чорний.</w:t>
      </w:r>
    </w:p>
    <w:p>
      <w:r>
        <w:br/>
        <w:t>Подивися, дівчинонько, який я моторний!</w:t>
      </w:r>
    </w:p>
    <w:p>
      <w:r>
        <w:br/>
        <w:t>Вовк мав одноманітний репертуар і тому тяг своє безконечне "у-у-у"...</w:t>
      </w:r>
    </w:p>
    <w:p>
      <w:r>
        <w:br/>
        <w:t>Кузьма стомлено хрипів:</w:t>
      </w:r>
    </w:p>
    <w:p>
      <w:r>
        <w:br/>
        <w:t>Ой, який я вдався, брів через річеньку</w:t>
      </w:r>
    </w:p>
    <w:p>
      <w:r>
        <w:br/>
        <w:t>Та й не вмивався...</w:t>
      </w:r>
    </w:p>
    <w:p>
      <w:r>
        <w:br/>
        <w:t>Та ось почулися голоси. Йшло двоє з села.</w:t>
      </w:r>
    </w:p>
    <w:p>
      <w:r>
        <w:br/>
        <w:t>— А ти, Миколо, не вірив, що артист сидить на груші,— сказав один.— Добре співає, бісів син.</w:t>
      </w:r>
    </w:p>
    <w:p>
      <w:r>
        <w:br/>
        <w:t>— А може, в нього щось з головою? — озвався другий.</w:t>
      </w:r>
    </w:p>
    <w:p>
      <w:r>
        <w:br/>
        <w:t>Кузьма упізнав голоси: один належав колгоспному сторожу, діду Мирону, другий — бригадиру.</w:t>
      </w:r>
    </w:p>
    <w:p>
      <w:r>
        <w:br/>
        <w:t>— Гей, там, на груші! — крикнув бригадир.— Ти з якої капели і для кого горло дереш? У нас художня самодіяльність у клубі збирається.</w:t>
      </w:r>
    </w:p>
    <w:p>
      <w:r>
        <w:br/>
        <w:t>— Братці, рятуйте! — заволав Кузьма.— Загибаю... Під грушею вовк сидить... Це я, Кузьма...</w:t>
      </w:r>
    </w:p>
    <w:p>
      <w:r>
        <w:br/>
        <w:t>Під грушею якусь мить було тихо, потім почувся здивований бригадирів голос:</w:t>
      </w:r>
    </w:p>
    <w:p>
      <w:r>
        <w:br/>
        <w:t>— Рябко? Що ж це ти свого хазяїна на грушу загнав та й співати всю ніч примусив?..</w:t>
      </w:r>
    </w:p>
    <w:p>
      <w:r>
        <w:br/>
        <w:t>Кузьму наче вітром здуло з груші. Довго отупіло дивився на свого Рябка, котрого він завжди на ніч відв'язував з ланцюга.</w:t>
      </w:r>
    </w:p>
    <w:p>
      <w:r>
        <w:br/>
        <w:t>— Щоб ти здох! — сказав повільно, вкладаючи в ці слова всю свого ненависть за довге виспівування на груші.</w:t>
      </w:r>
    </w:p>
    <w:p>
      <w:r>
        <w:br/>
        <w:t>Рябко перевернувся на спину і весело замахав у повітрі ногами: він завжди так висловлював свою радість... Кузьма сплюнув і знеможено обіперся об грушу.</w:t>
      </w:r>
    </w:p>
    <w:p>
      <w:r>
        <w:br/>
        <w:t>— Нарешті я дізнався, хто сіно краде,— підійшов бригадир до в'язки, потім погладив Рябка.— Молодець, Рябко... За те, що злодія зловив, ковбаси тобі куплю.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на груші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