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Коні вередливі</w:t>
      </w:r>
    </w:p>
    <w:p>
      <w:r>
        <w:br/>
        <w:t xml:space="preserve"> Уздовж урвища, над прірвою, по самому по краю&lt;br /&gt;</w:t>
        <w:br/>
        <w:t>Я коней своїх нагайкою шмагаю — підганяю, —&lt;br /&gt;</w:t>
        <w:br/>
        <w:t>Щось повітря мені мало, вітер п'ю, туман ковтаю,&lt;br /&gt;</w:t>
        <w:br/>
        <w:t>Чую з захватом смертельним — пропадаю! Пропадаю!</w:t>
      </w:r>
    </w:p>
    <w:p>
      <w:r>
        <w:br/>
        <w:t>Ледь повільніше, рідненькі мої, незрадливі!&lt;br /&gt;</w:t>
        <w:br/>
        <w:t>Мою пугу не слухайте сильну!&lt;br /&gt;</w:t>
        <w:br/>
        <w:t>Але щось мені дістались коні вередливі,&lt;br /&gt;</w:t>
        <w:br/>
        <w:t>І дожити не встиг й доспівати не встигну.</w:t>
      </w:r>
    </w:p>
    <w:p>
      <w:r>
        <w:br/>
        <w:t>Я коней напою І куплет доспіваю, —&lt;br /&gt;</w:t>
        <w:br/>
        <w:t>Мить одну постою на краю?</w:t>
      </w:r>
    </w:p>
    <w:p>
      <w:r>
        <w:br/>
        <w:t>Згину я, і мов пушинку ураган змете з долоні,&lt;br /&gt;</w:t>
        <w:br/>
        <w:t>І в санях мене галопом повезуть у вічність хутко.&lt;br /&gt;</w:t>
        <w:br/>
        <w:t>Ви на біг неквапний перейдіть, прошу вас, коні!&lt;br /&gt;</w:t>
        <w:br/>
        <w:t>Протягніть хоча б подовше шлях до вічного приюту!</w:t>
      </w:r>
    </w:p>
    <w:p>
      <w:r>
        <w:br/>
        <w:t>Ледь повільніше, рідненькі мої, незрадливі!&lt;br /&gt;</w:t>
        <w:br/>
        <w:t>Бо батіг вам не сила ворожа.&lt;br /&gt;</w:t>
        <w:br/>
        <w:t>Але щось мені дістались коні вередливі,&lt;br /&gt;</w:t>
        <w:br/>
        <w:t>І дожити не зміг, й доспівати не зможу.</w:t>
      </w:r>
    </w:p>
    <w:p>
      <w:r>
        <w:br/>
        <w:t>Я коней напою І куплет доспіваю, —&lt;br /&gt;</w:t>
        <w:br/>
        <w:t>Мить одну постою на краю?</w:t>
      </w:r>
    </w:p>
    <w:p>
      <w:r>
        <w:br/>
        <w:t>Встигли ми — до Бога в гості, певно, спізнень не буває.&lt;br /&gt;</w:t>
        <w:br/>
        <w:t>Що ж там ангели співають такими злими голосами?&lt;br /&gt;</w:t>
        <w:br/>
        <w:t>Може, це дзвіночок без зупину так ридає?&lt;br /&gt;</w:t>
        <w:br/>
        <w:t>Може, я кричу на коней, щоб не несли хутко сані.</w:t>
      </w:r>
    </w:p>
    <w:p>
      <w:r>
        <w:br/>
        <w:t>Ледь повільніше, рідненькі мої, незрадливі!&lt;br /&gt;</w:t>
        <w:br/>
        <w:t>Не летіть скочака, вас благаю.&lt;br /&gt;</w:t>
        <w:br/>
        <w:t>Але щось мені дістались коні вередливі,&lt;br /&gt;</w:t>
        <w:br/>
        <w:t>Хоч дожити не встиг, та нехай доспіваю!</w:t>
      </w:r>
    </w:p>
    <w:p>
      <w:r>
        <w:br/>
        <w:t>Я коней напою І куплет доспіваю, —&lt;br /&gt;</w:t>
        <w:br/>
        <w:t>Хоч миттєвість іще постою на краю...</w:t>
      </w:r>
    </w:p>
    <w:p>
      <w:r>
        <w:br/>
        <w:t>© Микола Попов. Переклад, 2009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Коні вередливі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