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Комарик та мушка</w:t>
      </w:r>
    </w:p>
    <w:p>
      <w:r>
        <w:br/>
        <w:t xml:space="preserve"> &lt;p&gt;Жили собі Комарик — німецький чударик та Мушка — гессенська пустушка.</w:t>
      </w:r>
    </w:p>
    <w:p>
      <w:r>
        <w:br/>
        <w:t>Половою піч топили, в горіховій лушпині куліш варили. Сала не купували, хліба позичали, а водичку даром брали.</w:t>
      </w:r>
    </w:p>
    <w:p>
      <w:r>
        <w:br/>
        <w:t>Так жили-поживали, весело співали...</w:t>
      </w:r>
    </w:p>
    <w:p>
      <w:r>
        <w:br/>
        <w:t>Якось сів комар на дубочку, схилив головочку. Де взялися буйні вітри — дуба похилили, Комара звалили.</w:t>
      </w:r>
    </w:p>
    <w:p>
      <w:r>
        <w:br/>
        <w:t>Упав Комар на помості, побив, поломив ребра й кості!..</w:t>
      </w:r>
    </w:p>
    <w:p>
      <w:r>
        <w:br/>
        <w:t>Прилетіла Мушка мала та й плакати гірко стала...</w:t>
      </w:r>
    </w:p>
    <w:p>
      <w:r>
        <w:br/>
        <w:t>А шершень почув та й питає:</w:t>
      </w:r>
    </w:p>
    <w:p>
      <w:r>
        <w:br/>
        <w:t>— І чого се ти, Мушко-політушко, так гірко плачеш?</w:t>
      </w:r>
    </w:p>
    <w:p>
      <w:r>
        <w:br/>
        <w:t>Як же мені не плакати, коли Дуб на дуба похилився І Комарик мій забився?</w:t>
      </w:r>
    </w:p>
    <w:p>
      <w:r>
        <w:br/>
        <w:t>— Ну, то я почну в дуду грати!</w:t>
      </w:r>
    </w:p>
    <w:p>
      <w:r>
        <w:br/>
        <w:t>Полетів і почав гудіти щосили. Почув це Півник та й каже до нього:</w:t>
      </w:r>
    </w:p>
    <w:p>
      <w:r>
        <w:br/>
        <w:t>— Чого це ти, Шершню, в дуду граєш?</w:t>
      </w:r>
    </w:p>
    <w:p>
      <w:r>
        <w:br/>
        <w:t>— Як же мені не грати, коли Дуб на дуба похилився,</w:t>
      </w:r>
    </w:p>
    <w:p>
      <w:r>
        <w:br/>
        <w:t>Упав Комар та й забився. Прилетіла Мушка мала Та й плакати гірко стала... —То я почну співати!</w:t>
      </w:r>
    </w:p>
    <w:p>
      <w:r>
        <w:br/>
        <w:t>І розкукурікався на все горло. А Цуцик і питає:</w:t>
      </w:r>
    </w:p>
    <w:p>
      <w:r>
        <w:br/>
        <w:t>— Чого це ти, Півнику, розспівався?</w:t>
      </w:r>
    </w:p>
    <w:p>
      <w:r>
        <w:br/>
        <w:t>— Як же мені не співати, коли Дуб на дуба похилився Упав Комар та й забився, Прилетіла Мушка мала</w:t>
      </w:r>
    </w:p>
    <w:p>
      <w:r>
        <w:br/>
        <w:t>Та й плакати гірко стала... Шершень в дуду заіграв...</w:t>
      </w:r>
    </w:p>
    <w:p>
      <w:r>
        <w:br/>
        <w:t>— То й я почну гавкати!</w:t>
      </w:r>
    </w:p>
    <w:p>
      <w:r>
        <w:br/>
        <w:t>І почала Собачка брехати на весь голос без упину. А тополя молоденька, що тут росла, й говорить до Цуцика:</w:t>
      </w:r>
    </w:p>
    <w:p>
      <w:r>
        <w:br/>
        <w:t>— Цуцику! Чого це ти розгавкався?</w:t>
      </w:r>
    </w:p>
    <w:p>
      <w:r>
        <w:br/>
        <w:t>— Як же мені не гавкати, коли Дуб на дуба похилився, Упав Комар та й забився, Прилетіла Мушка мала</w:t>
      </w:r>
    </w:p>
    <w:p>
      <w:r>
        <w:br/>
        <w:t>Та й плакати гірко стала... Шершень в дуду заіграв, Кукурікать Півник став...</w:t>
      </w:r>
    </w:p>
    <w:p>
      <w:r>
        <w:br/>
        <w:t>— То й я розгойдаюсь!</w:t>
      </w:r>
    </w:p>
    <w:p>
      <w:r>
        <w:br/>
        <w:t>І почала Тополя хитатися з такою силою, що й листя з неї посипалось.</w:t>
      </w:r>
    </w:p>
    <w:p>
      <w:r>
        <w:br/>
        <w:t>А Дівчинка несе молоко в глечику та й дивується:</w:t>
      </w:r>
    </w:p>
    <w:p>
      <w:r>
        <w:br/>
        <w:t>— Чого це ти, Тополе, так розхиталася?</w:t>
      </w:r>
    </w:p>
    <w:p>
      <w:r>
        <w:br/>
        <w:t>— Як же мені не хитатися, коли Дуб на дуба похилився,</w:t>
      </w:r>
    </w:p>
    <w:p>
      <w:r>
        <w:br/>
        <w:t>Упав Комар та й забився. Прилетіла Мушка мала Та й плакати гірко стала. Шершень в дуду заіграв. Кукурікать Півник став, А собачка розбрехалась...</w:t>
      </w:r>
    </w:p>
    <w:p>
      <w:r>
        <w:br/>
        <w:t>— Ну, то й я розіб'ю свій глечик!.. І кинула Дівчинка з усієї сили глечиком об землю.</w:t>
      </w:r>
    </w:p>
    <w:p>
      <w:r>
        <w:br/>
        <w:t>Свинка побачила, похитала головою та й каже:</w:t>
      </w:r>
    </w:p>
    <w:p>
      <w:r>
        <w:br/>
        <w:t>— А чого це ти, Дівчинко, глечика розбила?</w:t>
      </w:r>
    </w:p>
    <w:p>
      <w:r>
        <w:br/>
        <w:t>— Як же мені не розбити, коли Дуб на дуба похилився</w:t>
      </w:r>
    </w:p>
    <w:p>
      <w:r>
        <w:br/>
        <w:t>Упав Комар та й забився. Прилетіла Мушка мала Та й плакати гірко стала. Шершень в дуду заіграв, Кукурікать півник став, А собачка розбрехалась, А Тополя розхиталась...</w:t>
      </w:r>
    </w:p>
    <w:p>
      <w:r>
        <w:br/>
        <w:t>— То й я почну моркву їсти!..</w:t>
      </w:r>
    </w:p>
    <w:p>
      <w:r>
        <w:br/>
        <w:t>Побігла Свинка на город і давай моркву їсти. А Кізячок, що тут лежав, і питає:</w:t>
      </w:r>
    </w:p>
    <w:p>
      <w:r>
        <w:br/>
        <w:t>— Чого це ти, Свинко, моркву риєш?..</w:t>
      </w:r>
    </w:p>
    <w:p>
      <w:r>
        <w:br/>
        <w:t>— Як же мені не рити, коли Дуб на дуба похилився, Упав Комар та й забився.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розбила...</w:t>
      </w:r>
    </w:p>
    <w:p>
      <w:r>
        <w:br/>
        <w:t>— То й я розгорюсь великим і ясним полум'ям! Т закурив і зачадив Кізячок з усієї сили.</w:t>
      </w:r>
    </w:p>
    <w:p>
      <w:r>
        <w:br/>
        <w:t>А Реп'яшок, що біля нього ріс, і питає:</w:t>
      </w:r>
    </w:p>
    <w:p>
      <w:r>
        <w:br/>
        <w:t>— Чого це ти, Кізячку, так розгорівся?</w:t>
      </w:r>
    </w:p>
    <w:p>
      <w:r>
        <w:br/>
        <w:t>— Як же мені не горіти, коли Дуб на дуба похилився, Упав Комар та й забився.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порила...</w:t>
      </w:r>
    </w:p>
    <w:p>
      <w:r>
        <w:br/>
        <w:t>— То й я почну до всіх чіплятися!</w:t>
      </w:r>
    </w:p>
    <w:p>
      <w:r>
        <w:br/>
        <w:t>Т почав Реп'яшок до всіх приставати. А Котик його умовляє:</w:t>
      </w:r>
    </w:p>
    <w:p>
      <w:r>
        <w:br/>
        <w:t>— Ну, й чого це ти, Реп'яшку, до всіх чіпляєшся?</w:t>
      </w:r>
    </w:p>
    <w:p>
      <w:r>
        <w:br/>
        <w:t>— Як же мені не чіплятися, коли Дуб на дуба похилився,</w:t>
      </w:r>
    </w:p>
    <w:p>
      <w:r>
        <w:br/>
        <w:t>Упав Комар та й забився.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порила, А Кізячок розгорівся...</w:t>
      </w:r>
    </w:p>
    <w:p>
      <w:r>
        <w:br/>
        <w:t>— То й я вхоплю шматок сала! Поліз Котик у комору і вкрав сало. А Хата й звертається до нього:</w:t>
      </w:r>
    </w:p>
    <w:p>
      <w:r>
        <w:br/>
        <w:t>— А нащо це ти, Котику, вхопив сало?</w:t>
      </w:r>
    </w:p>
    <w:p>
      <w:r>
        <w:br/>
        <w:t>— Як же мені не хапати, коли Дуб на дуба похилився, Упав Комар та й забився, Прилетіла Мушка мала</w:t>
      </w:r>
    </w:p>
    <w:p>
      <w:r>
        <w:br/>
        <w:t>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порила, А Кізячок розгорівся, А Реп'яшок причепився...</w:t>
      </w:r>
    </w:p>
    <w:p>
      <w:r>
        <w:br/>
        <w:t>— То й я почну танцювати!</w:t>
      </w:r>
    </w:p>
    <w:p>
      <w:r>
        <w:br/>
        <w:t>Г почала Хата так вистрибувати, що аж піч за валилася. А Господар, що спав на печі, й бубо нить спросоння:</w:t>
      </w:r>
    </w:p>
    <w:p>
      <w:r>
        <w:br/>
        <w:t>— А чого це ти, Хатко, так розтанцювалася?</w:t>
      </w:r>
    </w:p>
    <w:p>
      <w:r>
        <w:br/>
        <w:t>— Як же мені не танцювати, коли Дуб на дуба похилився,</w:t>
      </w:r>
    </w:p>
    <w:p>
      <w:r>
        <w:br/>
        <w:t>Упав Комар та й забився. Прилетіла Мушка мала, Та й плакати гірко стала. Шершень в дуду заіграв, Кукурікать Півник став, А Собачка розбрехалась, А тополя розхиталась. Глечик Дівчинка розбила, Свинка моркву всю порила, А кізячок розгорівся, А Реп'яшок причепився. Покрав Котик усе сало...</w:t>
      </w:r>
    </w:p>
    <w:p>
      <w:r>
        <w:br/>
        <w:t>— Ге! То мені пора вставати!</w:t>
      </w:r>
    </w:p>
    <w:p>
      <w:r>
        <w:br/>
        <w:t>От протер Господар очі й побіг швиденько до Струмочка, щоб умитися. А Струмочок до нього й говорить:</w:t>
      </w:r>
    </w:p>
    <w:p>
      <w:r>
        <w:br/>
        <w:t>— Чого це ти, Господарю, так пізно та сквапно умиваєшся?</w:t>
      </w:r>
    </w:p>
    <w:p>
      <w:r>
        <w:br/>
        <w:t>— Як же мені сквапливо не умиватися, коли все господарство моє гине, бо</w:t>
      </w:r>
    </w:p>
    <w:p>
      <w:r>
        <w:br/>
        <w:t>Дуб на дуба похилився, Упав Комар та й забився. Прилетіла Мушка мала, Та й плакати гірко стала, Шершень в дуду заіграв, Кукурікать Півник став. А Собачка розбрехалась, А Тополя розхиталась,</w:t>
      </w:r>
    </w:p>
    <w:p>
      <w:r>
        <w:br/>
        <w:t>Глечик Дівчинка розбила, Свинка моркву всю порила. А Кізячок розгорівся, А Реп'яшок причепився. Покрав Котик усе сало, Танцювати Хата стала.</w:t>
      </w:r>
    </w:p>
    <w:p>
      <w:r>
        <w:br/>
        <w:t>— Он як! — каже Струмочок. — Ну, так і я розіллюся!</w:t>
      </w:r>
    </w:p>
    <w:p>
      <w:r>
        <w:br/>
        <w:t>І розлився Струмочок великими водами, і в тому розливі потонули всі: і Господар, і Хатка, і Котик, і Реп'яшок, і Кізячок, і Свинка, і Дівчинка, і Тополя, і Собачка, і Півник, і Шершень, і Мушка, і Комарик — усіх, як і не бувало!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Комарик та мушка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