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Комар та лев</w:t>
      </w:r>
    </w:p>
    <w:p>
      <w:r>
        <w:br/>
        <w:t xml:space="preserve"> &lt;p&gt;Комар прилетів до лева та й каже: "Ти гадаєш, у тебе сили більше, ніж у мене? Авжеж! Яка в тебе сила? Що дряпаєш кігтями та гризеш зубами — то це й жінки з чоловіками так б'ються. Я дужчий за тебе; хочеш, виходь на війну!"</w:t>
      </w:r>
    </w:p>
    <w:p>
      <w:r>
        <w:br/>
        <w:t>І комар задзижчав та й почав кусати лева в голі щоки і в ніс. Лев став бити себе по морді лапами і дерти кігтями; обідрав усю морду аж до крові і зовсім знесилився.</w:t>
      </w:r>
    </w:p>
    <w:p>
      <w:r>
        <w:br/>
        <w:t>Комар задзижчав з радості й .полетів геть. А згодом заплутався у павутиння до павука, і почав павук його ссати. Комар і каже: "Дужого звіра, лева, переміг, а від нікчемного павука гину".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Комар та лев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