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Коловорот життя</w:t>
      </w:r>
    </w:p>
    <w:p>
      <w:r>
        <w:br/>
        <w:t xml:space="preserve"> &lt;p&gt;Мировий суддя Бинаджа Уїддеп сидів на порозі суду й смоктав бузинову люльку. На обрії, застигши на півдсрозі до зеніту, височіло сіро-голубе в полудневому мареві пасмо Камберлендських гір. По-дурному кудкудакаючи, головною вулицею селища бундючно прошкандибала зозуляста курка.</w:t>
      </w:r>
    </w:p>
    <w:p>
      <w:r>
        <w:br/>
        <w:t>Почалось рипіння коліс, і на дорозі, здіймаючи куряву, з'явилася запряжена биком бідарка, в якій сиділи Ренсі Білбро та його жінка. Бідарка зупинилася біля дверей суду, і подружжя злізло на землю. Сам Ренсі складався з засмаглої, аж коричневої шкіри і жовтої чуприни над нею на висоті шести з чимось футів. Незворушний спокій облягав його, мов сталеві лати. А жінка його, загорнута в чималу кількість ситцю з багатьма гострими кутами й припорошена нюхальним тютютном, була якась незграбна і стомлена від туманно усвідомлюваних бажань. Крізь усе це проглядав глухий протест ошуканої юності, яка ще не помічає, що вже відходить.</w:t>
      </w:r>
    </w:p>
    <w:p>
      <w:r>
        <w:br/>
        <w:t>Мировий суддя з поваги до своєї гідності встромив ноги в черевики й відсунувся, даючи подружжю ввійти.</w:t>
      </w:r>
    </w:p>
    <w:p>
      <w:r>
        <w:br/>
        <w:t>— Ми, знацця,— мовила жінка голосом, як ото гуде вітер у сосновому гіллі,— хочемо розлучитись.— Вона глянула на Ренсі, аби впевнитися, що в тому, як вона виклала суть справи, він не завважив якоїсь помилки, неясності, невиразності, небезсторонності чи прагнення до особистої вигоди.</w:t>
      </w:r>
    </w:p>
    <w:p>
      <w:r>
        <w:br/>
        <w:t>— Так, розлучитися,— повторив Ренсі, поважно кивнувши головою.— Ми, знацця, ніяк не можемо вжитися. Коли чоловік і жінка дбають одне про одного, то й то самота в горах заїдає. А коли вона сичить, мов дика кішка, або сидить, надувшись, як сова, то чоловікові з такою жити несила.</w:t>
      </w:r>
    </w:p>
    <w:p>
      <w:r>
        <w:br/>
        <w:t>— Коли він казна-яке ледащо,— не дуже завзято мовила жінка,— вештається без діла з різною поганню та контрабандистами, а потім вилежується, нажлуктавшись самогону, та ще морока із. зграєю його шолудивих собак— їх треба годувати!</w:t>
      </w:r>
    </w:p>
    <w:p>
      <w:r>
        <w:br/>
        <w:t>— Коли вона жбурляє покришками від каструль,— у тон їй відгукнувся Ренсі,— та ще ошпарила окропом найкращого в усьому Камберленді мисливського пса, варити чоловікові їсти їй аж з душі верне, а вночі не дає спати, все гризе за якісь дурниці!</w:t>
      </w:r>
    </w:p>
    <w:p>
      <w:r>
        <w:br/>
        <w:t>— Коли ж він нічого заробити негоден, та ще на всі гори прославився як нікчема, то хіба тут до спання?</w:t>
      </w:r>
    </w:p>
    <w:p>
      <w:r>
        <w:br/>
        <w:t>Мировий суддя неквапливо взявся до виконання своїх службових обов'язків. Підсунув до прохачів єдиний стілець і дерев'яний ослін. Розгорнув звід законів, що лежав на столі, і пробіг очима перелік статей. Потім протер окуляри і підсунув до себе чорнильницю.</w:t>
      </w:r>
    </w:p>
    <w:p>
      <w:r>
        <w:br/>
        <w:t>— В кодексі законів,— проголосив суддя,— нічого не сказано про розлучення, стосовно до юрисдикції даного суду. Одначе з погляду справедливості, конституції та золотого правила — "роби іншим так, як хочеш, щоб вони робили тобі" — угода, яку не можна розірвати, є невигідна... Якщо мировий суддя може поженити якусь парочку, то ясно, що він зобов'язаний, якщо це треба, і розлучити її. Наш суд зараз винесе ухвалу про розлучення, впевнений, що Верховний суд визнає її правильною.</w:t>
      </w:r>
    </w:p>
    <w:p>
      <w:r>
        <w:br/>
        <w:t>Ренсі Білбро видобув з кшені штанів, капшучок з тютюном. З капшучка витрусив на стіл п'ятидоларовий папірець.</w:t>
      </w:r>
    </w:p>
    <w:p>
      <w:r>
        <w:br/>
        <w:t>— Вторгував за одну ведмежу і дві лисячі шкури,— сказав він.— Оце всі наші гроші.</w:t>
      </w:r>
    </w:p>
    <w:p>
      <w:r>
        <w:br/>
        <w:t>— Встановлена в суді за розлучення плата,— сказав суддя,— дорівнює п'яти доларам.— І він удавано байдуже запхнув кредитку в кишеню свого домотканого жилета. Потім з великими фізичними й розумовими муками надряпав на половинці паперового аркуша ухвалу про розлучення й переписав її на другу половинку. Тоді прочитав Ренсі Білбро та його дружині документ, що давав їм свободу.</w:t>
      </w:r>
    </w:p>
    <w:p>
      <w:r>
        <w:br/>
        <w:t>"Цим доводимо до відома всіх, що Ренсі Білбро та його дружина Еріела Білбро цього дня, бувши здорові тілом і душею, особисто з'явилися переді мною, дали обіцянку віднині й довіку не любити й не шанувати одне одного, ні в доброму, ні в поганому не слухатись одне одного й порушили справу про розлучення відповідно до спокою і гідності нашого штату. При цьому ухвали не порушувати, і нехай поможе вам бог. Бинаджа Уїддеп, мировий суддя тут і в окрузі П'ємонт, штат Теннессі".</w:t>
      </w:r>
    </w:p>
    <w:p>
      <w:r>
        <w:br/>
        <w:t>Суддя вже збирався вручити Ренсі один з папірців, але його затримав голос Еріели. Обидва чоловіки витріщились на неї. їхня тупоумна чоловіча природа зіткнулася в особі цієї жінки з чимось несподіваним і непередбаченим.</w:t>
      </w:r>
    </w:p>
    <w:p>
      <w:r>
        <w:br/>
        <w:t>— Суддя, ану почекай, не давай йому цю бамагу. Бо ж іще не все залагоджено. Спочатку захисти мої права. Я повинна одержати гроші на прожиток. Де це видано — чоловік має розлучення, а жінці щербатого цента не дає. А я збираюсь податися до свого брата Еда на Горбату гору. Отож мені потрібні черевики, тютюн, та й ще дещо. Коли Ренсі знайшов гроші на розлучення, то нехай знайде і мені на прожиток.</w:t>
      </w:r>
    </w:p>
    <w:p>
      <w:r>
        <w:br/>
        <w:t>Ренсі Білбро аж рота роззявив з несподіванки. Раніше у них і мови не було про гроші на прожиття. Але від жінок завжди можна чекати приголомшливих несподіванок.</w:t>
      </w:r>
    </w:p>
    <w:p>
      <w:r>
        <w:br/>
        <w:t>Мировий суддя Бинаджа Уїддеп зрозумів, що й цей пункт вимагає юридичного розв'язання. Проте в кодексі законів не було нічого сказано і щодо грошей на прожиття. Однак жінка була боса, а стежка до Горбатої гори — крута й кам'яниста.</w:t>
      </w:r>
    </w:p>
    <w:p>
      <w:r>
        <w:br/>
        <w:t>— Еріело Білбро,— офіційним тоном запитав суддя,— у справі, що зараз оце слухається в суді, скажіть, яка сума, на вашу думку, буде справедливою і достатньою для прожитку.</w:t>
      </w:r>
    </w:p>
    <w:p>
      <w:r>
        <w:br/>
        <w:t>— Думаю,— відповідає жінка,— на черевики та на все інше нехай буде п'ять доларів. Невеликі гроші, але дочалапати до брата Еда вистачить.</w:t>
      </w:r>
    </w:p>
    <w:p>
      <w:r>
        <w:br/>
        <w:t>— Названа сума,— проголосив суддя,— не є надмірною. Ренсі Білбро, за рішенням суду, ви повинні сплатити позивачці п'ять доларів, щоб ухвала про розлучення набрала чинності.</w:t>
      </w:r>
    </w:p>
    <w:p>
      <w:r>
        <w:br/>
        <w:t>— У мене вже нічого нема,— тяжко зітхнув Ренсі.— Я все вам оддав.</w:t>
      </w:r>
    </w:p>
    <w:p>
      <w:r>
        <w:br/>
        <w:t>— У противному разі,— додав суддя, люто видивляючись поверх окулярів на Ренсі,— вас буде звинувачено у неповазі до суду.</w:t>
      </w:r>
    </w:p>
    <w:p>
      <w:r>
        <w:br/>
        <w:t>— Ото я так собі думаю, якби ви почекали до завтра,— благально мовив Ренсі,— я б, може, десь і нашкріб чи позичив п'ятірку. Хіба ж я знав, що їй треба давати на прожиток?</w:t>
      </w:r>
    </w:p>
    <w:p>
      <w:r>
        <w:br/>
        <w:t>— Слухання справи відкладається,— оголосив Бинаджа Уїддеп,— завтра ви обоє прийдете сюди і виконаєте судову ухвалу. Після чого вам буде видано свідоцтво про розлучення.</w:t>
      </w:r>
    </w:p>
    <w:p>
      <w:r>
        <w:br/>
        <w:t>Він усівся на порозі й заходився шнурувати черевики.</w:t>
      </w:r>
    </w:p>
    <w:p>
      <w:r>
        <w:br/>
        <w:t>— Доведеться їхати до дядька Зайї,— вирішив Ренсі,— там і переночуємо.— Він сів у бідарку з одного боку, Еріела залізла з другого. Низенький рудий бик, підкоряючись легенькому удару мотузяних віжок, повільно обійшов півколо, і підарка поповзла геть, збиваючи колесами куряву.</w:t>
      </w:r>
    </w:p>
    <w:p>
      <w:r>
        <w:br/>
        <w:t>Мировий суддя Бинаджа Уїддеп сидів і смоктав бузинову люльку. Під вечір він дістав свою щотижневу газету й заходився читати. Читав доти, аж доки посутеніло і рядки газети почали розпливатися. Тоді він засвітив лойову свічку, що стояла на столі, й читав далі, поки не зійшов місяць, сповістивши, що пора вже вечеряти.</w:t>
      </w:r>
    </w:p>
    <w:p>
      <w:r>
        <w:br/>
        <w:t>Суддя жив у складеній з товстих колод хатині на схилі горба, біля сухої тополі. Йдучи додому вечеряти, він перейшов струмок, що біг між густих лаврових заростей. Тут назустріч йому з-за кущів раптом ступила людська постать і наставила в груди рушницю. Капелюх у нападника був низько насунутий, більшу частину обличчя закривала якась шматина.</w:t>
      </w:r>
    </w:p>
    <w:p>
      <w:r>
        <w:br/>
        <w:t>— Ану давай гроші,— мовила постать,— і не писни. Бо я нервовий, палець на гачку так і танцює.</w:t>
      </w:r>
    </w:p>
    <w:p>
      <w:r>
        <w:br/>
        <w:t>— У м-мене тільки п-п'ять доларів,— запинаючись проказав суддя, витягуючи кредитку з жилетної кишені.</w:t>
      </w:r>
    </w:p>
    <w:p>
      <w:r>
        <w:br/>
        <w:t>— Скрути її,— почувся наказ,— і засунь у дуло.</w:t>
      </w:r>
    </w:p>
    <w:p>
      <w:r>
        <w:br/>
        <w:t>Кредитка була нова й хрустка. Навіть незграбними і тремтячими від страху пальцями її неважко було скрутити в рурочку і значно важче — запхнути в ствол рушниці.</w:t>
      </w:r>
    </w:p>
    <w:p>
      <w:r>
        <w:br/>
        <w:t>— А тепер іди собі,— сказав грабіжник.</w:t>
      </w:r>
    </w:p>
    <w:p>
      <w:r>
        <w:br/>
        <w:t>І суддя не загаявся скористатися з цього дозволу.</w:t>
      </w:r>
    </w:p>
    <w:p>
      <w:r>
        <w:br/>
        <w:t>На другий день рудий бичок знову притягнув бідарку до дверей суду. Суддя Бинаджа Уїддеп був у черевиках, бо вже давно ждав відвідувачів. У його присутності Ренсі Білбро дав своїй дружині п'ятидоларовий папірець. Очі судді вп'ялися в нього. Папірець мав такий вигляд, наче недавно був скручений і застромлений у ствол рушниці. Але суддя утримався від коментарів. Адже будь-якому папірцю може забандюритися скрутитись. І він вручив кожному відвідувачеві свідоцтво про розлучення. Обоє стояли, не знаючи, що сказати, і мовчки згортали одержані гарантії своєї свободи. Жінка кинула боязкий погляд на Ренсі.</w:t>
      </w:r>
    </w:p>
    <w:p>
      <w:r>
        <w:br/>
        <w:t>— То ти зараз на бідарці додому,— сказала вона.— Хліб на полиці, в бляшаній коробці. А шмат свинини я поклала в казанок, щоб собаки не дістали. Увечері не забудь накрутити годинника.</w:t>
      </w:r>
    </w:p>
    <w:p>
      <w:r>
        <w:br/>
        <w:t>— А ти, знацця, до брата Еда? — спитав Ренсі, тонко вдаючи байдужого.</w:t>
      </w:r>
    </w:p>
    <w:p>
      <w:r>
        <w:br/>
        <w:t>— Та до ночі треба було б добратися. Мабуть, не дуже вони зрадіють, коли я до них заявлюся, а де ж більше мені подітися. Це — не близький світ, я вже піду. Ну, попрощаємось, Ренсі, хоч ти, може, й не захочеш попрощатись...</w:t>
      </w:r>
    </w:p>
    <w:p>
      <w:r>
        <w:br/>
        <w:t>— Я ж не якийсь там пес,— мученицьким тоном мовив Ренсі,— щоб не захотіти попрощатись, це ти рвешся скоріше втекти звідси, то, може, сама не хочеш, щоб я попрощався.</w:t>
      </w:r>
    </w:p>
    <w:p>
      <w:r>
        <w:br/>
        <w:t>Еріела мовчала. Вона ретельно згорнула п'ятидоларову кредитку та свідоцтво про розлучення і сховала за пазуху. Дивлячись крізь окуляри, Бинаджа Уїддеп з сумом простежив, як зникли гроші.</w:t>
      </w:r>
    </w:p>
    <w:p>
      <w:r>
        <w:br/>
        <w:t>Суддя думав про своє і незабаром сказав слова, які свідчили, що він належить до дуже численної категорії людей, здатних співчувати, або до значно менш численної категорії видатних фінансистів.</w:t>
      </w:r>
    </w:p>
    <w:p>
      <w:r>
        <w:br/>
        <w:t>— Самотньо тобі буде в старій хатині сьогодні вночі, Ренсі,— мовила Еріела.</w:t>
      </w:r>
    </w:p>
    <w:p>
      <w:r>
        <w:br/>
        <w:t>— Ренсі Білбро розглядав Камберлендське пасмо гір, ясно-синє в сонячному промінні. На Еріелу він не дивився.</w:t>
      </w:r>
    </w:p>
    <w:p>
      <w:r>
        <w:br/>
        <w:t>— Авжеж самотньо,— відповів.— Та коли хтось дуріє і добивається розлучення, то його силоміць не втримаєш.</w:t>
      </w:r>
    </w:p>
    <w:p>
      <w:r>
        <w:br/>
        <w:t>— Є ще дехто, хто хоче розлучення,— сказала Еріела, звертаючись до стільця.— І не хоче, щоб дехто залишився.</w:t>
      </w:r>
    </w:p>
    <w:p>
      <w:r>
        <w:br/>
        <w:t>— А ніхто й не казав, що не хоче.</w:t>
      </w:r>
    </w:p>
    <w:p>
      <w:r>
        <w:br/>
        <w:t>— А ніхто й не казав, що хоче. Краще вже мені не баритись, а йти до брата Еда.</w:t>
      </w:r>
    </w:p>
    <w:p>
      <w:r>
        <w:br/>
        <w:t>— Тепер ніхто не зможе накрутити того старого годинника.</w:t>
      </w:r>
    </w:p>
    <w:p>
      <w:r>
        <w:br/>
        <w:t>— Може, мені поїхати з тобою на бідарці, Ренсі, та накрутити тобі годинника?</w:t>
      </w:r>
    </w:p>
    <w:p>
      <w:r>
        <w:br/>
        <w:t>Вираз обличчя горянина зостався непроникним, на ньому не відбилось ніяких почуттів. Але він простягнув свою широченну п'ятірню, і тонка, засмагла рука Еріели сховалася в ній. На мить душа цієї жінки прозирнула крізь незворушні риси її лиця, одухотворивши їх.</w:t>
      </w:r>
    </w:p>
    <w:p>
      <w:r>
        <w:br/>
        <w:t>— Собачня тепер не набридатиме тобі,— сказав Репсі.— Згоден, я поводився з тобою погано. Накручуй вже того годинника ти, Еріело.</w:t>
      </w:r>
    </w:p>
    <w:p>
      <w:r>
        <w:br/>
        <w:t>— Моє серце там, у нашій хатині,— прошепотіла Еріела,— з тобою. Я більше не казитимусь. Їдьмо додому, Ренсі, щоб устигнути завидна.</w:t>
      </w:r>
    </w:p>
    <w:p>
      <w:r>
        <w:br/>
        <w:t>І вони попрямували до дверей, забувши про мирового суддю, але Бинаджа Уїддеп зупинив їх.</w:t>
      </w:r>
    </w:p>
    <w:p>
      <w:r>
        <w:br/>
        <w:t>— Іменем штату Теннессі,— проголосив він,— я забороняю вам порушувати його закони і порядки. Нашому суду приємно і дуже радісно бачити, що хмари незлагоди й взаємонерозуміння, які нависли були над двома люблячими серцями, розвіялись. Але суд повинен оберігати мораль і духовну чистоту штату. Суд нагадує вам, що ви більше не є чоловіком і жінкою, подружжям, оскільки вас розлучено відповідальною судовою ухвалою і внаслідок цього ви не маєте права користуватися благами матрімоніального стану.</w:t>
      </w:r>
    </w:p>
    <w:p>
      <w:r>
        <w:br/>
        <w:t>Еріела схопила Ренсі за руку. Що вона чує? Чи не означає це, що вона повинна втратити його тоді, коли життя добре навчило їх обох?</w:t>
      </w:r>
    </w:p>
    <w:p>
      <w:r>
        <w:br/>
        <w:t>— Проте суд готовий,— вів далі суддя,— скасувати поразку в правах, спричинену ухвалою про розлучення. Суд перед вами і може здійснити урочистий обряд вашого одруження, щоб усе стало на свої місця і щоб сторони, які позизаються, могли знову набути почесного і облагороджуючого матрімоніального стану, до якого вони прагнуть. Платня за здійснення згаданого вище обряду в даному разі становить п'ять доларів.</w:t>
      </w:r>
    </w:p>
    <w:p>
      <w:r>
        <w:br/>
        <w:t>Від останніх слів судді в серці Еріели зажевріла надія. її рука швидко ковзнула за пазуху. Звідти випурхнула і опустилася вільною голубкою на суддівський стіл кредитка. Бліді щоки Еріели зарожевіли, коли вони стояли, тримаючись за руки, і слухали слова, що знову поєднували їх.</w:t>
      </w:r>
    </w:p>
    <w:p>
      <w:r>
        <w:br/>
        <w:t>Ренсі допоміг їй залізти в бідарку і сів поряд. Рудий бичок знов обійшов півколо, і вони, все так же тримаючись за руки, вирушили в гори.</w:t>
      </w:r>
    </w:p>
    <w:p>
      <w:r>
        <w:br/>
        <w:t>Мировий суддя Бинаджа Уїддеп усівся на порозі і скинув черевики. Ще раз помацав пальцями п'ятидоларову кредитку, засунуту в жилетну кишеню. Знову закурив свою бузинову люльку. А головною вулицею селища, по-дурному кудкудакаючи, знову бундючно прошкандибала зозуляста курка.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Коловорот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