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Колонії, вілли...</w:t>
      </w:r>
    </w:p>
    <w:p>
      <w:r>
        <w:br/>
        <w:t xml:space="preserve"> &lt;p&gt;Так от: єсть вілли, біля міста в кучерявих лісах засіли, і шосе до них гадючиться. Єсть вілли, єсть і колонії — дитячі. Вілли: специ, їхні жінки відповідальні, взагалі — кваліфікація, цвіт. Ну...</w:t>
      </w:r>
    </w:p>
    <w:p>
      <w:r>
        <w:br/>
        <w:t>— Ну, я цю гладку корову й близько не допустила б. Ганьба! Годуємо паразитів.</w:t>
      </w:r>
    </w:p>
    <w:p>
      <w:r>
        <w:br/>
        <w:t>— Да, непорядки.</w:t>
      </w:r>
    </w:p>
    <w:p>
      <w:r>
        <w:br/>
        <w:t>А вдруге вже друга на першу:</w:t>
      </w:r>
    </w:p>
    <w:p>
      <w:r>
        <w:br/>
        <w:t>— Подумайте: їй одно місце на віллі, а вона цілу сем'ю притягла, ще й "друга дома" притягла... Безобразіє...</w:t>
      </w:r>
    </w:p>
    <w:p>
      <w:r>
        <w:br/>
        <w:t>...Отара білорогих баранців посунула до сонця: то хмари, то небо за голубе поле... Ну...</w:t>
      </w:r>
    </w:p>
    <w:p>
      <w:r>
        <w:br/>
        <w:t>І третя на другу:</w:t>
      </w:r>
    </w:p>
    <w:p>
      <w:r>
        <w:br/>
        <w:t>— Сволоч! В городі одержує тринадцять пайок, ще й тут у три горла.</w:t>
      </w:r>
    </w:p>
    <w:p>
      <w:r>
        <w:br/>
        <w:t>Їдять шоколад, п'ють каву, молоко — поправляються. Так живуть.</w:t>
      </w:r>
    </w:p>
    <w:p>
      <w:r>
        <w:br/>
        <w:t>Синіє вечір — під'їжджають автомобілі. Тоді гості їдять і всі їдять.</w:t>
      </w:r>
    </w:p>
    <w:p>
      <w:r>
        <w:br/>
        <w:t>...Слобожанські ліси й тракти і досі були тривожні. Ходять бандити по лісах. На віллах тихо тому. Купражили гультяї колись, літали по шосе мотори, кавалькади, й гомонів ліс від музики, гамір буржуйський, купецький ходив по корчах... Тепер тихо, тепер їдять...</w:t>
      </w:r>
    </w:p>
    <w:p>
      <w:r>
        <w:br/>
        <w:t>...Колонії пішли далеко в ліси. От колонія, скажемо. Цвітуть діти, ростуть з молодняком дубовим, бронзові шиї, очі блищать, як спілі вишні після дощу. В колонії виховательки — тьотя Бася, соцвосниця... да...</w:t>
      </w:r>
    </w:p>
    <w:p>
      <w:r>
        <w:br/>
        <w:t>Господарською частиною завідує Гіль. Гіль ходить і співає: "Ми смєло в бой пайдьом за власть совєтов"... Цілий день співає. Соловей. Очі йому теж цвітуть, як спілі вишні після дощу. Звідки він — бородатий, мамулуватий? Хто його знає — революція родила. І він у свою матір конче закоханий — у революцію. Не знає нічого, крім цієї пісні,— і не треба.</w:t>
      </w:r>
    </w:p>
    <w:p>
      <w:r>
        <w:br/>
        <w:t>— Та покиньте ви співати,— кричить Анфиса Павлівна, гладка, охайна — німецької породи.</w:t>
      </w:r>
    </w:p>
    <w:p>
      <w:r>
        <w:br/>
        <w:t>Гіль зникає.</w:t>
      </w:r>
    </w:p>
    <w:p>
      <w:r>
        <w:br/>
        <w:t>Є ще стара діва — Павлина Анфисівна,— так кажуть, так звуть,— це не так.</w:t>
      </w:r>
    </w:p>
    <w:p>
      <w:r>
        <w:br/>
        <w:t>Ну, і так далі...</w:t>
      </w:r>
    </w:p>
    <w:p>
      <w:r>
        <w:br/>
        <w:t>Тьотя Бася — фанатичка. Зустрічає незнайому жінку:</w:t>
      </w:r>
    </w:p>
    <w:p>
      <w:r>
        <w:br/>
        <w:t>— Що ви читали з жіночої справи? Що? Бебеля "Женщина і соціалізм" не читали? Та невже?</w:t>
      </w:r>
    </w:p>
    <w:p>
      <w:r>
        <w:br/>
        <w:t>Витягає "Женщину і соціалізм". Читає, слухачі тікають. Вона молиться на Коллонтай і Ліліну. А Анфиса Павлівна розказує анекдоти:</w:t>
      </w:r>
    </w:p>
    <w:p>
      <w:r>
        <w:br/>
        <w:t>— Я вам по секрету. Цілий скандал був... Коллонтай кричить:</w:t>
      </w:r>
    </w:p>
    <w:p>
      <w:r>
        <w:br/>
        <w:t>"Стерво! Тебе в публічний дом". А Ліліна як схопиться: "Ах ти розпусто! Тобі жалко, що я з Зінов'євим живу?" Ха! А вона ж молода, а та стара.</w:t>
      </w:r>
    </w:p>
    <w:p>
      <w:r>
        <w:br/>
        <w:t>Павлина Анфисівна, як заходить сонце, іде до ставка, до купальні, роздягається, оглядає тіло й зітхає. Співає з натхненням: "Місяченьку блідолиций, за хмари швидше ти б сховавсь".</w:t>
      </w:r>
    </w:p>
    <w:p>
      <w:r>
        <w:br/>
        <w:t>У ставку купається сонце — на ніч. Десь далеко залізниця, десь потяг далеко.</w:t>
      </w:r>
    </w:p>
    <w:p>
      <w:r>
        <w:br/>
        <w:t>Б'ють корову в кошарі. Корова замукала й рогами — в землю. Пахне кізяками, парним молоком і свіжою кров'ю. Прибігла економка (це вілла):</w:t>
      </w:r>
    </w:p>
    <w:p>
      <w:r>
        <w:br/>
        <w:t>— Када ви, наконєц, убйотє єйо?</w:t>
      </w:r>
    </w:p>
    <w:p>
      <w:r>
        <w:br/>
        <w:t>— Та зараз.</w:t>
      </w:r>
    </w:p>
    <w:p>
      <w:r>
        <w:br/>
        <w:t>— ...Та січас,— кричить економка і біжить — її покликано. Сидір чухається:</w:t>
      </w:r>
    </w:p>
    <w:p>
      <w:r>
        <w:br/>
        <w:t>— От стерво! Жалко їй народного добра.</w:t>
      </w:r>
    </w:p>
    <w:p>
      <w:r>
        <w:br/>
        <w:t>Микита не чухається:</w:t>
      </w:r>
    </w:p>
    <w:p>
      <w:r>
        <w:br/>
        <w:t>— Нехай. Все одно вже сховав.</w:t>
      </w:r>
    </w:p>
    <w:p>
      <w:r>
        <w:br/>
        <w:t>Здивований Сидір:</w:t>
      </w:r>
    </w:p>
    <w:p>
      <w:r>
        <w:br/>
        <w:t>— Що?</w:t>
      </w:r>
    </w:p>
    <w:p>
      <w:r>
        <w:br/>
        <w:t>— Мнясо!</w:t>
      </w:r>
    </w:p>
    <w:p>
      <w:r>
        <w:br/>
        <w:t>— Те, що буде?.. Тьху! От практикант!</w:t>
      </w:r>
    </w:p>
    <w:p>
      <w:r>
        <w:br/>
        <w:t>Микита закурив цигарку.</w:t>
      </w:r>
    </w:p>
    <w:p>
      <w:r>
        <w:br/>
        <w:t>Пахне зеленню, пахне кізяками.</w:t>
      </w:r>
    </w:p>
    <w:p>
      <w:r>
        <w:br/>
        <w:t>Сидір умочив у цеберку ножа й перехрестився:</w:t>
      </w:r>
    </w:p>
    <w:p>
      <w:r>
        <w:br/>
        <w:t>— Яке-небудь стерво, та ще й лізе. А спитати б тебе: де ти було, як ми власть завойовували? Ех! Одно слово — ех! Та й тільки.</w:t>
      </w:r>
    </w:p>
    <w:p>
      <w:r>
        <w:br/>
        <w:t>Потім він ріже, але не мовчить.</w:t>
      </w:r>
    </w:p>
    <w:p>
      <w:r>
        <w:br/>
        <w:t>— Більшовицька власть, щоб ти знала, не печериця печена. Це значить воля й свобода. Як ти набиваєш собі пельку, то й іншим не перешкоджай. О!</w:t>
      </w:r>
    </w:p>
    <w:p>
      <w:r>
        <w:br/>
        <w:t>Микита хитає головою:</w:t>
      </w:r>
    </w:p>
    <w:p>
      <w:r>
        <w:br/>
        <w:t>— Правильно! ...Вони ріжуть корову.</w:t>
      </w:r>
    </w:p>
    <w:p>
      <w:r>
        <w:br/>
        <w:t>В колонії сідають обідати. Виховательки, діти.</w:t>
      </w:r>
    </w:p>
    <w:p>
      <w:r>
        <w:br/>
        <w:t>Анфиса Павлівна подивилась на Павлину Анфисівну та й подавилась. Павлина Анфисівна сама ж невинність: вона ж не знала, що Анфиса Павлівна дитячу котлету їла.</w:t>
      </w:r>
    </w:p>
    <w:p>
      <w:r>
        <w:br/>
        <w:t>Анфиса Павлівна запивала водою:</w:t>
      </w:r>
    </w:p>
    <w:p>
      <w:r>
        <w:br/>
        <w:t>— Хотіла попробувати... Павлина Анфисівна:</w:t>
      </w:r>
    </w:p>
    <w:p>
      <w:r>
        <w:br/>
        <w:t>— Так, так...</w:t>
      </w:r>
    </w:p>
    <w:p>
      <w:r>
        <w:br/>
        <w:t>...Приїздить до дітей якась мама. Виховательки люб'язно усміхаються.</w:t>
      </w:r>
    </w:p>
    <w:p>
      <w:r>
        <w:br/>
        <w:t>— Ваша дитина прєлєсть, прямо удівітєльно.</w:t>
      </w:r>
    </w:p>
    <w:p>
      <w:r>
        <w:br/>
        <w:t>Мама мліє...</w:t>
      </w:r>
    </w:p>
    <w:p>
      <w:r>
        <w:br/>
        <w:t>...Набігає хмара літня, пахне дощем. Кричать галки, над деревами літаючи — перед громовицею...</w:t>
      </w:r>
    </w:p>
    <w:p>
      <w:r>
        <w:br/>
        <w:t>...Тільки в тьоті Басі нема корзини, а в інших є. У корзинах — варення, котлети, білий хліб та інше...</w:t>
      </w:r>
    </w:p>
    <w:p>
      <w:r>
        <w:br/>
        <w:t>...Навіщо?..</w:t>
      </w:r>
    </w:p>
    <w:p>
      <w:r>
        <w:br/>
        <w:t>... До тьоті Басі приїхав знайомий. Було місячно, всі були над ставком. Місце гарне, поміщицьке: нагадує поміщиків. Знайомий сказав:</w:t>
      </w:r>
    </w:p>
    <w:p>
      <w:r>
        <w:br/>
        <w:t>— Уся Україна повстанська, запорізька. Куди не глянь — усюди бандити. Мабуть, і за цими березами сидять, щоб вискочити, щоб перерізати всю колонію.</w:t>
      </w:r>
    </w:p>
    <w:p>
      <w:r>
        <w:br/>
        <w:t>Павлина Анфисівна скрикнула:</w:t>
      </w:r>
    </w:p>
    <w:p>
      <w:r>
        <w:br/>
        <w:t>— Ах!</w:t>
      </w:r>
    </w:p>
    <w:p>
      <w:r>
        <w:br/>
        <w:t>Це вона кокетує. Всі це знають, не звертають уваги. Знайомий серйозничає:</w:t>
      </w:r>
    </w:p>
    <w:p>
      <w:r>
        <w:br/>
        <w:t>— Чудний українець — то він флегматик не знать який, то він злодій з великого шляху... то він революціонер... Тьотя Бася захвилювалась:</w:t>
      </w:r>
    </w:p>
    <w:p>
      <w:r>
        <w:br/>
        <w:t>— Що то є українець? Пролетар-революціонер.</w:t>
      </w:r>
    </w:p>
    <w:p>
      <w:r>
        <w:br/>
        <w:t>Знайомий сперечався, тьотя Бася назвала його "соглашателем", лається ще; іде на терасу.</w:t>
      </w:r>
    </w:p>
    <w:p>
      <w:r>
        <w:br/>
        <w:t>Анфиса Павлівна глибоко зітхає (їй спати хочеться) і теж іде в кімнату — корова.</w:t>
      </w:r>
    </w:p>
    <w:p>
      <w:r>
        <w:br/>
        <w:t>Павлина Анфисівна була задоволена, взяла під ручку знайомого й повела в садок однієї вілли.</w:t>
      </w:r>
    </w:p>
    <w:p>
      <w:r>
        <w:br/>
        <w:t>Відтіля їх вигнано. Знайомий обурився.</w:t>
      </w:r>
    </w:p>
    <w:p>
      <w:r>
        <w:br/>
        <w:t>— Як ви смієте! Ми ж тільки гуляємо!</w:t>
      </w:r>
    </w:p>
    <w:p>
      <w:r>
        <w:br/>
        <w:t>— Іді, іді! Не разговарівай!..</w:t>
      </w:r>
    </w:p>
    <w:p>
      <w:r>
        <w:br/>
        <w:t>Знайомий пообіцяв поскаржитись голові Вуцвику. А Павлина Анфисівна спитала:</w:t>
      </w:r>
    </w:p>
    <w:p>
      <w:r>
        <w:br/>
        <w:t>— Ну, скажіть правду: ви ж не комуніст?</w:t>
      </w:r>
    </w:p>
    <w:p>
      <w:r>
        <w:br/>
        <w:t>Він тричі побожився, що він комуніст, але вона йому не повірила.</w:t>
      </w:r>
    </w:p>
    <w:p>
      <w:r>
        <w:br/>
        <w:t>...Громовиця не прийшла — пройшла. В лісі було тихо, між дерев ходив місяць і крапав срібне масло в гущавину.</w:t>
      </w:r>
    </w:p>
    <w:p>
      <w:r>
        <w:br/>
        <w:t>Хтось ламав гілки в лісі — не людина, тріскало в лісі. Вилуплювались солов'ята, і соловей уже не співав, і солов'ї мовчали.</w:t>
      </w:r>
    </w:p>
    <w:p>
      <w:r>
        <w:br/>
        <w:t>-...Якби ви знали, яка це Анфиса Павлівна: жадна, не дай Господи. Годує дитину, а сама більш за дитину з'їсть: дитячу порцію.</w:t>
      </w:r>
    </w:p>
    <w:p>
      <w:r>
        <w:br/>
        <w:t>...На якнайдальшій віллі сміялись. Підійшли до тераси, а за терасою тихенька пісня. Це надхненний Гіль.</w:t>
      </w:r>
    </w:p>
    <w:p>
      <w:r>
        <w:br/>
        <w:t>...Тьотя Бася не обідала: її обід з'їв хтось.</w:t>
      </w:r>
    </w:p>
    <w:p>
      <w:r>
        <w:br/>
        <w:t>Коли поодцвітали вишні (позривали ягоди), поналивались яблука. В яблуках мед, пасіка, бджоли, дід сивенький — смачно...</w:t>
      </w:r>
    </w:p>
    <w:p>
      <w:r>
        <w:br/>
        <w:t>Летіли трутні по шосе.</w:t>
      </w:r>
    </w:p>
    <w:p>
      <w:r>
        <w:br/>
        <w:t>...У віллі мешкають два тижні, три, місяць, а то й ціле літо. Одні виїздять, інші приїздять.</w:t>
      </w:r>
    </w:p>
    <w:p>
      <w:r>
        <w:br/>
        <w:t>Хто приїздить, каже:</w:t>
      </w:r>
    </w:p>
    <w:p>
      <w:r>
        <w:br/>
        <w:t>— По вулицях голод, а тут...</w:t>
      </w:r>
    </w:p>
    <w:p>
      <w:r>
        <w:br/>
        <w:t>Через тиждень каже:</w:t>
      </w:r>
    </w:p>
    <w:p>
      <w:r>
        <w:br/>
        <w:t>— Чому це сьогодні нема какао? Який же це дім відпочинку? Га?</w:t>
      </w:r>
    </w:p>
    <w:p>
      <w:r>
        <w:br/>
        <w:t>...Пахне кізяками й парним молоком.</w:t>
      </w:r>
    </w:p>
    <w:p>
      <w:r>
        <w:br/>
        <w:t>Ледве світає, Сидір запрягає коні й везе м'ясо до міста.</w:t>
      </w:r>
    </w:p>
    <w:p>
      <w:r>
        <w:br/>
        <w:t>Насіли: де — хто.</w:t>
      </w:r>
    </w:p>
    <w:p>
      <w:r>
        <w:br/>
        <w:t>— Захватіть оцього лантуха з яблуками.</w:t>
      </w:r>
    </w:p>
    <w:p>
      <w:r>
        <w:br/>
        <w:t>— Що за лантух?</w:t>
      </w:r>
    </w:p>
    <w:p>
      <w:r>
        <w:br/>
        <w:t>— Та оцей.</w:t>
      </w:r>
    </w:p>
    <w:p>
      <w:r>
        <w:br/>
        <w:t>— Та це ж яблука казенні.</w:t>
      </w:r>
    </w:p>
    <w:p>
      <w:r>
        <w:br/>
        <w:t>Його просять, він згоджується за двісті п'ятдесят від пуда. Накрив лантух свіжим м'ясом і закаляв у кров. (Кров і яблука, революція і кров...) Сидір покликав Микиту, й поїхали. Як виїхали з села — на місто селяни їдуть. Сидір кричить:</w:t>
      </w:r>
    </w:p>
    <w:p>
      <w:r>
        <w:br/>
        <w:t>— Гей ти, шкапо селянська, не заступай дороги. Роздавлю! Кричать із воза:</w:t>
      </w:r>
    </w:p>
    <w:p>
      <w:r>
        <w:br/>
        <w:t>— Не пан, звернеш і сам. То тільки земському звертали колись... Но-о!..</w:t>
      </w:r>
    </w:p>
    <w:p>
      <w:r>
        <w:br/>
        <w:t>Почухав Сидір потилицю й згодився:</w:t>
      </w:r>
    </w:p>
    <w:p>
      <w:r>
        <w:br/>
        <w:t>— Та воно й правда.</w:t>
      </w:r>
    </w:p>
    <w:p>
      <w:r>
        <w:br/>
        <w:t>Сіпнув за віжку — ліворуч...</w:t>
      </w:r>
    </w:p>
    <w:p>
      <w:r>
        <w:br/>
        <w:t>...Підводилося сонце — червоне, заспане, невмите...</w:t>
      </w:r>
    </w:p>
    <w:p>
      <w:r>
        <w:br/>
        <w:t>На вілли (мабуть, і в колонії) залітають амури: людське. Буває випадково, буває свідомо, під кущами, коли думає ліс, коли мовчить ліс, тільки тріщить у глибинах — дрібний звір ходить, буває в садках... А через дев'ять місяців вилуплюється дитина. Це гарно, природно, свіжо й людяно.</w:t>
      </w:r>
    </w:p>
    <w:p>
      <w:r>
        <w:br/>
        <w:t>Залітають сюди й погані баси — невдачники з міста й дебютантки — балерини й третьорядні скрипники. Тут усе задовольняє. Усіх задовольняє.</w:t>
      </w:r>
    </w:p>
    <w:p>
      <w:r>
        <w:br/>
        <w:t>Є і літній театр.</w:t>
      </w:r>
    </w:p>
    <w:p>
      <w:r>
        <w:br/>
        <w:t>У суботу висіла афіша:</w:t>
      </w:r>
    </w:p>
    <w:p>
      <w:r>
        <w:br/>
        <w:t>Грандіозний вєчєр. Участвують... еtс.</w:t>
      </w:r>
    </w:p>
    <w:p>
      <w:r>
        <w:br/>
        <w:t>...У неділю тьотя Бася кричала:</w:t>
      </w:r>
    </w:p>
    <w:p>
      <w:r>
        <w:br/>
        <w:t>— Я не поведу дітей на цю буржуазну гниль!</w:t>
      </w:r>
    </w:p>
    <w:p>
      <w:r>
        <w:br/>
        <w:t>Її не послухали й повели дітей. У дітей сьогодні цвіли очі, як спілі вишні після дощу. Кричало голубе небо, і були оплески гучні і сміх дитячий.</w:t>
      </w:r>
    </w:p>
    <w:p>
      <w:r>
        <w:br/>
        <w:t>Діти задоволені, артисти "в ударі", небо кричить.</w:t>
      </w:r>
    </w:p>
    <w:p>
      <w:r>
        <w:br/>
        <w:t>Кінчався вечір, заспівали "Інтернаціонал", і скрипник заграв. Тріснула струна в скрипника, й "Інтернаціонал" увірвався.</w:t>
      </w:r>
    </w:p>
    <w:p>
      <w:r>
        <w:br/>
        <w:t>І розлігся дитячий регіт на весь ліс. Раптом вискочила з лісу тьотя Бася, бліда, схвильована.</w:t>
      </w:r>
    </w:p>
    <w:p>
      <w:r>
        <w:br/>
        <w:t>— Як ви смієте! Як ви смієте глузувати?</w:t>
      </w:r>
    </w:p>
    <w:p>
      <w:r>
        <w:br/>
        <w:t>Стояла біля артистів і махала кулаками. Її заспокоїли, вона — на сцену і плакала. Діти дивились на неї, витріщивши оченята, деякі теж плакали.</w:t>
      </w:r>
    </w:p>
    <w:p>
      <w:r>
        <w:br/>
        <w:t>Ще з тьотею Басею була істерика, і її повели в колонію: скрипник (що увірвалась струна) і балерина.</w:t>
      </w:r>
    </w:p>
    <w:p>
      <w:r>
        <w:br/>
        <w:t>Зодіяковий блиск видно весною, як заходить сонце, зодіяковий блиск видно і восени, коли сонце сходить.</w:t>
      </w:r>
    </w:p>
    <w:p>
      <w:r>
        <w:br/>
        <w:t>Ранком жеврів зодіяковий блиск, ранком умирали чебреці, снились і пахли чебреці.</w:t>
      </w:r>
    </w:p>
    <w:p>
      <w:r>
        <w:br/>
        <w:t>Ходили з вілли в колонію, з колонії на віллу. Вілли, колонії...</w:t>
      </w:r>
    </w:p>
    <w:p>
      <w:r>
        <w:br/>
        <w:t>Легенький золотий сум.</w:t>
      </w:r>
    </w:p>
    <w:p>
      <w:r>
        <w:br/>
        <w:t>...Чебреці, чебреці...</w:t>
      </w:r>
    </w:p>
    <w:p>
      <w:r>
        <w:br/>
        <w:t>Анфиса Павлівна, Павлина Анфисівна посварились.</w:t>
      </w:r>
    </w:p>
    <w:p>
      <w:r>
        <w:br/>
        <w:t>— До другої чистки не доживете, все одно викинуть! Анфиса Павлівна обурилась:</w:t>
      </w:r>
    </w:p>
    <w:p>
      <w:r>
        <w:br/>
        <w:t>— Безпартєйна! Глядіть, щоб знову в тюрму не попросили.</w:t>
      </w:r>
    </w:p>
    <w:p>
      <w:r>
        <w:br/>
        <w:t>Приїздив ще знайомий: дитячі порції їв. Він був сумний — осінь. У городі взимку холодно й голодно.</w:t>
      </w:r>
    </w:p>
    <w:p>
      <w:r>
        <w:br/>
        <w:t>...Колонії, вілли.</w:t>
      </w:r>
    </w:p>
    <w:p>
      <w:r>
        <w:br/>
        <w:t>Павлина Анфисівна ще ходила в купальню, навіть роздягалась і дивилась на своє тіло. Але не купалась.</w:t>
      </w:r>
    </w:p>
    <w:p>
      <w:r>
        <w:br/>
        <w:t>...Ставок думав золоту пісню:</w:t>
      </w:r>
    </w:p>
    <w:p>
      <w:r>
        <w:br/>
        <w:t>"Ой пряду, пряду"... — Леонтович.</w:t>
      </w:r>
    </w:p>
    <w:p>
      <w:r>
        <w:br/>
        <w:t>І минуло літо.</w:t>
      </w:r>
    </w:p>
    <w:p>
      <w:r>
        <w:br/>
        <w:t>Глибокого часу-зажури колонії перевозили в місто. Засмутніли діти, засмутніли вілли. А Анфису Павлівну викинули з партії, і вона виїхала кудись. Із кущів вилізли бандити і, як вовки, скрадались до осель.</w:t>
      </w:r>
    </w:p>
    <w:p>
      <w:r>
        <w:br/>
        <w:t>Павлина Анфисівна плакала — йшов тридцять п'ятий листопад.</w:t>
      </w:r>
    </w:p>
    <w:p>
      <w:r>
        <w:br/>
        <w:t>Коли їхали по шосе, із корзинки випала "Женщина і соціалізм" — пом'ята, некрасива книжка.</w:t>
      </w:r>
    </w:p>
    <w:p>
      <w:r>
        <w:br/>
        <w:t>Тьотя Бася хвилювалась: думала, що це хтось нарочито. Позад усіх ішов Гіль і співав:</w:t>
      </w:r>
    </w:p>
    <w:p>
      <w:r>
        <w:br/>
        <w:t>— Ми смєло в бой пайдьом...</w:t>
      </w:r>
    </w:p>
    <w:p>
      <w:r>
        <w:br/>
        <w:t>Гудів ліс, падало листя — ішов листопад, прийшов листопад. ...А на віллах ще пахло кізяками і парним молоком.</w:t>
      </w:r>
    </w:p>
    <w:p>
      <w:r>
        <w:br/>
        <w:t>...Стояли золоті ранки й зодіяковий блиск.</w:t>
      </w:r>
    </w:p>
    <w:p>
      <w:r>
        <w:br/>
        <w:t>Із першої вілли Сидір кричав:</w:t>
      </w:r>
    </w:p>
    <w:p>
      <w:r>
        <w:br/>
        <w:t>— Микито! Та йди-бо, бісова личинко! Бандите клятий!</w:t>
      </w:r>
    </w:p>
    <w:p>
      <w:r>
        <w:br/>
        <w:t>Микита не озивався.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Колонії, вілли...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