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Колисанка</w:t>
      </w:r>
    </w:p>
    <w:p>
      <w:r>
        <w:br/>
        <w:t xml:space="preserve"> КОЛИСАНКА</w:t>
      </w:r>
    </w:p>
    <w:p>
      <w:r>
        <w:br/>
        <w:t>Сидять пани над Невою&lt;br /&gt;</w:t>
        <w:br/>
        <w:t>та поникли головою,&lt;br /&gt;</w:t>
        <w:br/>
        <w:t>місяцями раду радять&lt;br /&gt;</w:t>
        <w:br/>
        <w:t>над правами, що не вадять,&lt;br /&gt;</w:t>
        <w:br/>
        <w:t>що не вадять з них нікому —&lt;br /&gt;</w:t>
        <w:br/>
        <w:t>все лишають по-старому.</w:t>
      </w:r>
    </w:p>
    <w:p>
      <w:r>
        <w:br/>
        <w:t>Межи ними пан граф Вітте&lt;br /&gt;</w:t>
        <w:br/>
        <w:t>все лиш каже: "Ви заждіте!&lt;br /&gt;</w:t>
        <w:br/>
        <w:t>Я придумаю вам Думу,&lt;br /&gt;</w:t>
        <w:br/>
        <w:t>що наробить много шуму&lt;br /&gt;</w:t>
        <w:br/>
        <w:t>над Невою і над Доном,&lt;br /&gt;</w:t>
        <w:br/>
        <w:t>по всім світі за кардоном.</w:t>
      </w:r>
    </w:p>
    <w:p>
      <w:r>
        <w:br/>
        <w:t>Що урву тут, там надточу,&lt;br /&gt;</w:t>
        <w:br/>
        <w:t>а все буде, як я хочу:&lt;br /&gt;</w:t>
        <w:br/>
        <w:t>коза ціла і вовк ситий,&lt;br /&gt;</w:t>
        <w:br/>
        <w:t>пан багатий, хлоп небитий.</w:t>
      </w:r>
    </w:p>
    <w:p>
      <w:r>
        <w:br/>
        <w:t>Хто умре, то вже не встане,&lt;br /&gt;</w:t>
        <w:br/>
        <w:t>по зимі весна настане,&lt;br /&gt;</w:t>
        <w:br/>
        <w:t>по весні настане літо,&lt;br /&gt;</w:t>
        <w:br/>
        <w:t>буде тепло по всім світу,&lt;br /&gt;</w:t>
        <w:br/>
        <w:t>а по літі буде зимно,—&lt;br /&gt;</w:t>
        <w:br/>
        <w:t>тож-то буде людям дивно!</w:t>
      </w:r>
    </w:p>
    <w:p>
      <w:r>
        <w:br/>
        <w:t>І так буде рік за роком,&lt;br /&gt;</w:t>
        <w:br/>
        <w:t>лиш розважно, крок за кроком,&lt;br /&gt;</w:t>
        <w:br/>
        <w:t>жити будуть всі щасливо,&lt;br /&gt;</w:t>
        <w:br/>
        <w:t>тільки ждіть ще терпеливо.</w:t>
      </w:r>
    </w:p>
    <w:p>
      <w:r>
        <w:br/>
        <w:t>Циркулярів ще напишу,&lt;br /&gt;</w:t>
        <w:br/>
        <w:t>всю Росію заколишу.&lt;br /&gt;</w:t>
        <w:br/>
        <w:t>Ой ходить сон і дрімота —&lt;br /&gt;</w:t>
        <w:br/>
        <w:t>се усе моя робота..."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Колисанка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