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Колядки</w:t>
      </w:r>
    </w:p>
    <w:p>
      <w:r>
        <w:br/>
        <w:t xml:space="preserve"> Марійка Підгірянка</w:t>
      </w:r>
    </w:p>
    <w:p>
      <w:r>
        <w:br/>
        <w:t>КОЛЯДКА</w:t>
      </w:r>
    </w:p>
    <w:p>
      <w:r>
        <w:br/>
        <w:t>Ой, пригода, пригодочка,&lt;br /&gt;</w:t>
        <w:br/>
        <w:t>Прилинула колядочка,&lt;br /&gt;</w:t>
        <w:br/>
        <w:t>Щебетала на всі броди:&lt;br /&gt;</w:t>
        <w:br/>
        <w:t>Гей, сходися, рідний роде!&lt;br /&gt;</w:t>
        <w:br/>
        <w:t>Та послухай довгі речі,&lt;br /&gt;</w:t>
        <w:br/>
        <w:t>Як дзвеніли наші мечі,&lt;br /&gt;</w:t>
        <w:br/>
        <w:t>Та пригадай довгі змаги,&lt;br /&gt;</w:t>
        <w:br/>
        <w:t>Як шуміли наші стяги,&lt;br /&gt;</w:t>
        <w:br/>
        <w:t>Як літали полки птахом,&lt;br /&gt;</w:t>
        <w:br/>
        <w:t>Як дудніли коні шляхом,&lt;br /&gt;</w:t>
        <w:br/>
        <w:t>Як купались в сонці поля,&lt;br /&gt;</w:t>
        <w:br/>
        <w:t>Як сміялась наша воля.&lt;br /&gt;</w:t>
        <w:br/>
        <w:t>Ой, пригода, пригодочка,&lt;br /&gt;</w:t>
        <w:br/>
        <w:t>Щебетала колядочка,&lt;br /&gt;</w:t>
        <w:br/>
        <w:t>Закликала на всі броди:&lt;br /&gt;</w:t>
        <w:br/>
        <w:t>Гей, сходися, рідний роде.&lt;br /&gt;</w:t>
        <w:br/>
        <w:t>Гей, збирайся на всі шляхи,&lt;br /&gt;</w:t>
        <w:br/>
        <w:t>Вервечками рідні стяги.&lt;br /&gt;</w:t>
        <w:br/>
        <w:t>Гей, гуртуйся на всі смуги&lt;br /&gt;</w:t>
        <w:br/>
        <w:t>Витягати ясні плуги,&lt;br /&gt;</w:t>
        <w:br/>
        <w:t>Вислухати довгі речі,&lt;br /&gt;</w:t>
        <w:br/>
        <w:t>Готувати руки й плечі.&lt;br /&gt;</w:t>
        <w:br/>
        <w:t>Щоб дзвеніли нашим шляхом,&lt;br /&gt;</w:t>
        <w:br/>
        <w:t>Щоб кружляли кличі птахом,&lt;br /&gt;</w:t>
        <w:br/>
        <w:t>Щоб горіли в маках поля,&lt;br /&gt;</w:t>
        <w:br/>
        <w:t>Щоб вернула наша воля!&lt;br /&gt;</w:t>
        <w:br/>
        <w:t>Ой, пригода, пригодочка,&lt;br /&gt;</w:t>
        <w:br/>
        <w:t>Щебетала колядочка:&lt;br /&gt;</w:t>
        <w:br/>
        <w:t>Промайнула гори, води,&lt;br /&gt;</w:t>
        <w:br/>
        <w:t>Закликала на три броди:&lt;br /&gt;</w:t>
        <w:br/>
        <w:t>А з третього на четвертий,&lt;br /&gt;</w:t>
        <w:br/>
        <w:t>На китайці розпростертий.</w:t>
      </w:r>
    </w:p>
    <w:p>
      <w:r>
        <w:br/>
        <w:t>* * *</w:t>
      </w:r>
    </w:p>
    <w:p>
      <w:r>
        <w:br/>
        <w:t>Марійка Підгірянка</w:t>
      </w:r>
    </w:p>
    <w:p>
      <w:r>
        <w:br/>
        <w:t>КОЛЯДОЧКА</w:t>
      </w:r>
    </w:p>
    <w:p>
      <w:r>
        <w:br/>
        <w:t>Колядочка, щедрівочка,&lt;br /&gt;</w:t>
        <w:br/>
        <w:t>Колядочка жвава.&lt;br /&gt;</w:t>
        <w:br/>
        <w:t>Під віконцем щебетала,&lt;br /&gt;</w:t>
        <w:br/>
        <w:t>На порозі стала.&lt;br /&gt;</w:t>
        <w:br/>
        <w:t>Стала собі на порозі,&lt;br /&gt;</w:t>
        <w:br/>
        <w:t>Почала питати:&lt;br /&gt;</w:t>
        <w:br/>
        <w:t>— Чи позволиш, господине,&lt;br /&gt;</w:t>
        <w:br/>
        <w:t>За колядувати?&lt;br /&gt;</w:t>
        <w:br/>
        <w:t>Господиня, як калина,&lt;br /&gt;</w:t>
        <w:br/>
        <w:t>Господиня пишна,&lt;br /&gt;</w:t>
        <w:br/>
        <w:t>Сподобала колядочку&lt;br /&gt;</w:t>
        <w:br/>
        <w:t>Та назустріч вийшла.&lt;br /&gt;</w:t>
        <w:br/>
        <w:t>Ой, витай же колядочко,&lt;br /&gt;</w:t>
        <w:br/>
        <w:t>З білої дороги,&lt;br /&gt;</w:t>
        <w:br/>
        <w:t>Принеси нам рік щасливий&lt;br /&gt;</w:t>
        <w:br/>
        <w:t>На рідні пороги.&lt;br /&gt;</w:t>
        <w:br/>
        <w:t>Ой, сідай же, колядочко,&lt;br /&gt;</w:t>
        <w:br/>
        <w:t>Між мою родину,&lt;br /&gt;</w:t>
        <w:br/>
        <w:t>Принеси нам добру Долю&lt;br /&gt;</w:t>
        <w:br/>
        <w:t>В щасливу годину.&lt;br /&gt;</w:t>
        <w:br/>
        <w:t>Ой, сідай же, колядочко,&lt;br /&gt;</w:t>
        <w:br/>
        <w:t>З господарем в парі, —&lt;br /&gt;</w:t>
        <w:br/>
        <w:t>Принеси нам рідну Волю&lt;br /&gt;</w:t>
        <w:br/>
        <w:t>В новорічнім Дарі!</w:t>
      </w:r>
    </w:p>
    <w:p>
      <w:r>
        <w:br/>
        <w:t>* * *</w:t>
      </w:r>
    </w:p>
    <w:p>
      <w:r>
        <w:br/>
        <w:t>СЯЄ НЕБО УДАЛЕЧІ</w:t>
      </w:r>
    </w:p>
    <w:p>
      <w:r>
        <w:br/>
        <w:t>Колядка</w:t>
      </w:r>
    </w:p>
    <w:p>
      <w:r>
        <w:br/>
        <w:t>Сяє небо удалечі,&lt;br /&gt;</w:t>
        <w:br/>
        <w:t>і молитву зорі мовлять.&lt;br /&gt;</w:t>
        <w:br/>
        <w:t>Святий Вечір, добрий вечір&lt;br /&gt;</w:t>
        <w:br/>
        <w:t>— добрим людям на здоров'я.</w:t>
      </w:r>
    </w:p>
    <w:p>
      <w:r>
        <w:br/>
        <w:t>По церковцях горять свічі,&lt;br /&gt;</w:t>
        <w:br/>
        <w:t>по хатинках стіл готовлять,&lt;br /&gt;</w:t>
        <w:br/>
        <w:t>Святий Вечір, добрий вечір&lt;br /&gt;</w:t>
        <w:br/>
        <w:t>— добрим людям на здоров'я.</w:t>
      </w:r>
    </w:p>
    <w:p>
      <w:r>
        <w:br/>
        <w:t>Там, де сили молодечі,&lt;br /&gt;</w:t>
        <w:br/>
        <w:t>там, де юні труд готовлять.&lt;br /&gt;</w:t>
        <w:br/>
        <w:t>Святий Вечір, добрий вечір&lt;br /&gt;</w:t>
        <w:br/>
        <w:t>— добрим людям на здоров'я!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