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зійде місяць</w:t>
      </w:r>
    </w:p>
    <w:p>
      <w:r>
        <w:br/>
        <w:t xml:space="preserve"> П’ЄСА – КАЗКА</w:t>
      </w:r>
    </w:p>
    <w:p>
      <w:r>
        <w:br/>
        <w:t>ДІЙОВІ ОСОБИ:</w:t>
      </w:r>
    </w:p>
    <w:p>
      <w:r>
        <w:br/>
        <w:t>П і в н и к — молодий, бадьорий смільчак.&lt;br /&gt;</w:t>
        <w:br/>
        <w:t>К у р о ч к а — його молоденька подруга.&lt;br /&gt;</w:t>
        <w:br/>
        <w:t>П і р а т — мисливський пес, що полює тільки на хижаків.&lt;br /&gt;</w:t>
        <w:br/>
        <w:t>І н д и к — добродушний старий буркотун.&lt;br /&gt;</w:t>
        <w:br/>
        <w:t>Г у с а к — учений в окулярах, з книжками під пахвою.&lt;br /&gt;</w:t>
        <w:br/>
        <w:t>К а ч к а з к а ч е н я т а м и — заклопотана матуся з дітками.&lt;br /&gt;</w:t>
        <w:br/>
        <w:t>С о р о к а — молода поштарка, легковажна й балакуча крутихвістка.&lt;br /&gt;</w:t>
        <w:br/>
        <w:t>Б і л о ч к а — весела хазяєчка, розумна й смілива.&lt;br /&gt;</w:t>
        <w:br/>
        <w:t>З а й ч и к — полохлива, але з добрим серцем істота.&lt;br /&gt;</w:t>
        <w:br/>
        <w:t>Т х і р — злий розбійник.&lt;br /&gt;</w:t>
        <w:br/>
        <w:t>Л и с и ц я — розбійниця, дуже хитра й підступна.</w:t>
      </w:r>
    </w:p>
    <w:p>
      <w:r>
        <w:br/>
        <w:t>ДІЯ ПЕРША</w:t>
      </w:r>
    </w:p>
    <w:p>
      <w:r>
        <w:br/>
        <w:t>Все це розпочалося тоді, коли в пташиному дворі всі ще спали. Був ранній досвітній час. У півтемряві ледве виднілися хатки, де живуть птахи, дощаний паркан із хвірткою, що веде до лісу, а в другому кінці двора — великий пень. Почало помалу розвиднятися. Раптом хвіртка тихенько прочинилася і на подвір’я прослизнув Т х і р — злий розбійник. В руках у нього був великий ніж у піхвах. Оглянувшись навколо, він витяг ніж, поклав піхви біля хвіртки, а сам навшпиньках обійшов весь двір. Потім задоволено посміхнувся, став посеред двору і почав гратися ножем.</w:t>
      </w:r>
    </w:p>
    <w:p>
      <w:r>
        <w:br/>
        <w:t>Т х і р&lt;br /&gt;</w:t>
        <w:br/>
        <w:t>Я — хижий Тхір,&lt;br /&gt;</w:t>
        <w:br/>
        <w:t>зубатий звір,&lt;br /&gt;</w:t>
        <w:br/>
        <w:t>нікого не боюсь!&lt;br /&gt;</w:t>
        <w:br/>
        <w:t>Мені сподобався цей двір,&lt;br /&gt;</w:t>
        <w:br/>
        <w:t>і тут я оселюсь,&lt;br /&gt;</w:t>
        <w:br/>
        <w:t>бо тут багато є смачних&lt;br /&gt;</w:t>
        <w:br/>
        <w:t>качок, гусей, курчат…&lt;br /&gt;</w:t>
        <w:br/>
        <w:t>Щоночі буду різать їх&lt;br /&gt;</w:t>
        <w:br/>
        <w:t>і їсти всіх підряд!&lt;br /&gt;</w:t>
        <w:br/>
        <w:t>Я ніч люблю,&lt;br /&gt;</w:t>
        <w:br/>
        <w:t>а вдень я сплю,&lt;br /&gt;</w:t>
        <w:br/>
        <w:t>бо звиклий жити так!&lt;br /&gt;</w:t>
        <w:br/>
        <w:t>На те я Тхір,&lt;br /&gt;</w:t>
        <w:br/>
        <w:t>зубатий звір,&lt;br /&gt;</w:t>
        <w:br/>
        <w:t>страшний нічний хижак!..&lt;br /&gt;</w:t>
        <w:br/>
        <w:t>А зараз, щоб поспати вдень,&lt;br /&gt;</w:t>
        <w:br/>
        <w:t>знайду собі житло…</w:t>
      </w:r>
    </w:p>
    <w:p>
      <w:r>
        <w:br/>
        <w:t>Тхір обдивився навколо, побачив пень і підійшов до нього.</w:t>
      </w:r>
    </w:p>
    <w:p>
      <w:r>
        <w:br/>
        <w:t>Ого, який хороший пень!&lt;br /&gt;</w:t>
        <w:br/>
        <w:t>І в ньому є дупло.&lt;br /&gt;</w:t>
        <w:br/>
        <w:t>От я й зроблю з цього дупла&lt;br /&gt;</w:t>
        <w:br/>
        <w:t>приміщення своє…&lt;br /&gt;</w:t>
        <w:br/>
        <w:t>Та вже світає!.. Ніч пройшла,&lt;br /&gt;</w:t>
        <w:br/>
        <w:t>і ранок настає.&lt;br /&gt;</w:t>
        <w:br/>
        <w:t>(Позіхає.)</w:t>
      </w:r>
    </w:p>
    <w:p>
      <w:r>
        <w:br/>
        <w:t>Тепер мені поспати час!&lt;br /&gt;</w:t>
        <w:br/>
        <w:t>Сховаюся мерщій,&lt;br /&gt;</w:t>
        <w:br/>
        <w:t>а ввечері прокинусь враз&lt;br /&gt;</w:t>
        <w:br/>
        <w:t>і вийду на розбій!</w:t>
      </w:r>
    </w:p>
    <w:p>
      <w:r>
        <w:br/>
        <w:t>Тхір заховався у пні. Деякий час на подвір’ї було тихо. Та ось блиснув перший промінь сонця. В ту ж мить двері одної з хаток розчинилися і з неї вийшов П і в н и к. Вийшов і голосно заспівав.</w:t>
      </w:r>
    </w:p>
    <w:p>
      <w:r>
        <w:br/>
        <w:t>П і в н и к&lt;br /&gt;</w:t>
        <w:br/>
        <w:t>Ку-ку-рі-ку!&lt;br /&gt;</w:t>
        <w:br/>
        <w:t>Годі спати!&lt;br /&gt;</w:t>
        <w:br/>
        <w:t>Сонце сходить!&lt;br /&gt;</w:t>
        <w:br/>
        <w:t>День настав!&lt;br /&gt;</w:t>
        <w:br/>
        <w:t>Швидше всі виходьте з хати,&lt;br /&gt;</w:t>
        <w:br/>
        <w:t>до своїх беріться справ!&lt;br /&gt;</w:t>
        <w:br/>
        <w:t>Всіх — маленьких і великих —&lt;br /&gt;</w:t>
        <w:br/>
        <w:t>я вітаю, друзі, вас!&lt;br /&gt;</w:t>
        <w:br/>
        <w:t>Ку-ку-рі-ку!&lt;br /&gt;</w:t>
        <w:br/>
        <w:t>Ку-ку-рі-ку!&lt;br /&gt;</w:t>
        <w:br/>
        <w:t>З добрим ранком!&lt;br /&gt;</w:t>
        <w:br/>
        <w:t>В добрий час!</w:t>
      </w:r>
    </w:p>
    <w:p>
      <w:r>
        <w:br/>
        <w:t>Тут Півник обернувся до своєї хатки і гукнув усередину:</w:t>
      </w:r>
    </w:p>
    <w:p>
      <w:r>
        <w:br/>
        <w:t>Курочко-Чубарочко!&lt;br /&gt;</w:t>
        <w:br/>
        <w:t>Швидше встань-но!&lt;br /&gt;</w:t>
        <w:br/>
        <w:t>Не годиться, щоб виходила&lt;br /&gt;</w:t>
        <w:br/>
        <w:t>ти остання!</w:t>
      </w:r>
    </w:p>
    <w:p>
      <w:r>
        <w:br/>
        <w:t>К у р о ч к а (виглянула з дверей)&lt;br /&gt;</w:t>
        <w:br/>
        <w:t>Поспішаю, Півнику,&lt;br /&gt;</w:t>
        <w:br/>
        <w:t>час не гаю!&lt;br /&gt;</w:t>
        <w:br/>
        <w:t>Фартушок та капелюшок&lt;br /&gt;</w:t>
        <w:br/>
        <w:t>надягаю!</w:t>
      </w:r>
    </w:p>
    <w:p>
      <w:r>
        <w:br/>
        <w:t>П і в н и к&lt;br /&gt;</w:t>
        <w:br/>
        <w:t>Ку-ку-рі-ку!&lt;br /&gt;</w:t>
        <w:br/>
        <w:t>День веселий&lt;br /&gt;</w:t>
        <w:br/>
        <w:t>знов прийшов на білий світ!&lt;br /&gt;</w:t>
        <w:br/>
        <w:t>Добрий день, міста і села!&lt;br /&gt;</w:t>
        <w:br/>
        <w:t>Ку-ку-рі-ку!&lt;br /&gt;</w:t>
        <w:br/>
        <w:t>Всім привіт!</w:t>
      </w:r>
    </w:p>
    <w:p>
      <w:r>
        <w:br/>
        <w:t>Під час його співу зі своїх хаток вийшли К у р о ч к а в фартушку і капелюшку, набундючений І н д и к, Г у с а к в окулярах, з книжками під пахвою, заклопотана К а ч к а зі своїми К а ч е н я т а м и. Всі вони дружно привіталися одне з одним.</w:t>
      </w:r>
    </w:p>
    <w:p>
      <w:r>
        <w:br/>
        <w:t>К у р о ч к а (вітається з Качкою)&lt;br /&gt;</w:t>
        <w:br/>
        <w:t>Добрий ранок!&lt;br /&gt;</w:t>
        <w:br/>
        <w:t>К а ч к а&lt;br /&gt;</w:t>
        <w:br/>
        <w:t>Добрий ранок!</w:t>
      </w:r>
    </w:p>
    <w:p>
      <w:r>
        <w:br/>
        <w:t>К у р о ч к а&lt;br /&gt;</w:t>
        <w:br/>
        <w:t>Ви, сусідко, куд-куди?</w:t>
      </w:r>
    </w:p>
    <w:p>
      <w:r>
        <w:br/>
        <w:t>К а ч к а&lt;br /&gt;</w:t>
        <w:br/>
        <w:t>Каченятам на сніданок&lt;br /&gt;</w:t>
        <w:br/>
        <w:t>назбирати лободи!&lt;br /&gt;</w:t>
        <w:br/>
        <w:t>Г у с а к (підійшов до них)&lt;br /&gt;</w:t>
        <w:br/>
        <w:t>Го-го-го, сусідко! Нащо&lt;br /&gt;</w:t>
        <w:br/>
        <w:t>лобода для малюків?&lt;br /&gt;</w:t>
        <w:br/>
        <w:t>Щоб зростали діти краще,&lt;br /&gt;</w:t>
        <w:br/>
        <w:t>їм давайте черв’яків.&lt;br /&gt;</w:t>
        <w:br/>
        <w:t>Свіжа рибка теж не вадить —&lt;br /&gt;</w:t>
        <w:br/>
        <w:t>так написано в книжках!</w:t>
      </w:r>
    </w:p>
    <w:p>
      <w:r>
        <w:br/>
        <w:t>К а ч к а&lt;br /&gt;</w:t>
        <w:br/>
        <w:t>Ах, спасибі за поради!&lt;br /&gt;</w:t>
        <w:br/>
        <w:t>Я й не знала! Ках-ках-ках!</w:t>
      </w:r>
    </w:p>
    <w:p>
      <w:r>
        <w:br/>
        <w:t>І н д и к (буркотливо)&lt;br /&gt;</w:t>
        <w:br/>
        <w:t>А про мене, все підходить&lt;br /&gt;</w:t>
        <w:br/>
        <w:t>на споживу дітворі.&lt;br /&gt;</w:t>
        <w:br/>
        <w:t>Не робили б тільки шкоди&lt;br /&gt;</w:t>
        <w:br/>
        <w:t>ваші діти у дворі…</w:t>
      </w:r>
    </w:p>
    <w:p>
      <w:r>
        <w:br/>
        <w:t>К а ч к а&lt;br /&gt;</w:t>
        <w:br/>
        <w:t>Що ви, що ви? В мене дітки —&lt;br /&gt;</w:t>
        <w:br/>
        <w:t>найслухняніші з діток!</w:t>
      </w:r>
    </w:p>
    <w:p>
      <w:r>
        <w:br/>
        <w:t>К у р о ч к а&lt;br /&gt;</w:t>
        <w:br/>
        <w:t>Не хвилюйтеся, сусідко!&lt;br /&gt;</w:t>
        <w:br/>
        <w:t>Йдіть спокійно на ставок.&lt;br /&gt;</w:t>
        <w:br/>
        <w:t>Тим часом Півник вів розмову з Гусаком.</w:t>
      </w:r>
    </w:p>
    <w:p>
      <w:r>
        <w:br/>
        <w:t>П і в н и к&lt;br /&gt;</w:t>
        <w:br/>
        <w:t>Буде в нас чудова осінь,&lt;br /&gt;</w:t>
        <w:br/>
        <w:t>видно це з усіх прикмет.</w:t>
      </w:r>
    </w:p>
    <w:p>
      <w:r>
        <w:br/>
        <w:t>Г у с а к&lt;br /&gt;</w:t>
        <w:br/>
        <w:t>А чому ж не маю досі&lt;br /&gt;</w:t>
        <w:br/>
        <w:t>я сьогоднішніх газет?</w:t>
      </w:r>
    </w:p>
    <w:p>
      <w:r>
        <w:br/>
        <w:t>У цю хвилину за парканом почувся верескливий крик Сороки: "Вісті є! останні вісті!"</w:t>
      </w:r>
    </w:p>
    <w:p>
      <w:r>
        <w:br/>
        <w:t>Г у с а к&lt;br /&gt;</w:t>
        <w:br/>
        <w:t>Це Сорока — наш поштар!</w:t>
      </w:r>
    </w:p>
    <w:p>
      <w:r>
        <w:br/>
        <w:t>І н д и к (буркотливо)&lt;br /&gt;</w:t>
        <w:br/>
        <w:t>Кожен день на цьому ж місці&lt;br /&gt;</w:t>
        <w:br/>
        <w:t>ґвалт здійма, як на пожар!</w:t>
      </w:r>
    </w:p>
    <w:p>
      <w:r>
        <w:br/>
        <w:t>У хвіртку вбігла С о р о к а з поштарською сумкою через плече. Скачучи, крутячись на всі боки, вона стала роздавати всім пошту: лист — Курочці, газети — Гусакові, дитячі журнали — Качці, а сама весь час скоромовкою цокотіла.</w:t>
      </w:r>
    </w:p>
    <w:p>
      <w:r>
        <w:br/>
        <w:t>С о р о к а&lt;br /&gt;</w:t>
        <w:br/>
        <w:t>Вам — газети!&lt;br /&gt;</w:t>
        <w:br/>
        <w:t>Вам — журнали!&lt;br /&gt;</w:t>
        <w:br/>
        <w:t>Лист від Ластівки з млина!&lt;br /&gt;</w:t>
        <w:br/>
        <w:t>А до того, щоб ви знали,&lt;br /&gt;</w:t>
        <w:br/>
        <w:t>є цікава новина!&lt;br /&gt;</w:t>
        <w:br/>
        <w:t>Як почула я цю звістку,&lt;br /&gt;</w:t>
        <w:br/>
        <w:t>аж не вірила словам!&lt;br /&gt;</w:t>
        <w:br/>
        <w:t>І найпершим розповісти&lt;br /&gt;</w:t>
        <w:br/>
        <w:t>я схотіла саме вам.&lt;br /&gt;</w:t>
        <w:br/>
        <w:t>Я спішила, я летіла,&lt;br /&gt;</w:t>
        <w:br/>
        <w:t>бігла, мчалась напрямки…</w:t>
      </w:r>
    </w:p>
    <w:p>
      <w:r>
        <w:br/>
        <w:t>І н д и к&lt;br /&gt;</w:t>
        <w:br/>
        <w:t>Та-та-та, заторохтіла!&lt;br /&gt;</w:t>
        <w:br/>
        <w:t>Викладай свої плітки!</w:t>
      </w:r>
    </w:p>
    <w:p>
      <w:r>
        <w:br/>
        <w:t>С о р о к а&lt;br /&gt;</w:t>
        <w:br/>
        <w:t>Не плітки, а правда чиста!&lt;br /&gt;</w:t>
        <w:br/>
        <w:t>Що почула — те й кажу.&lt;br /&gt;</w:t>
        <w:br/>
        <w:t>Як не вам, то в інше місце&lt;br /&gt;</w:t>
        <w:br/>
        <w:t>розповісти побіжу!</w:t>
      </w:r>
    </w:p>
    <w:p>
      <w:r>
        <w:br/>
        <w:t>Г у с а к&lt;br /&gt;</w:t>
        <w:br/>
        <w:t>Ну й біжи, не наша справа!</w:t>
      </w:r>
    </w:p>
    <w:p>
      <w:r>
        <w:br/>
        <w:t>П і в н и к&lt;br /&gt;</w:t>
        <w:br/>
        <w:t>Ще й образилась, чудна!</w:t>
      </w:r>
    </w:p>
    <w:p>
      <w:r>
        <w:br/>
        <w:t>К у р о ч к а&lt;br /&gt;</w:t>
        <w:br/>
        <w:t>Все ж, яка така цікава&lt;br /&gt;</w:t>
        <w:br/>
        <w:t>є у тебе новина?</w:t>
      </w:r>
    </w:p>
    <w:p>
      <w:r>
        <w:br/>
        <w:t>С о р о к а&lt;br /&gt;</w:t>
        <w:br/>
        <w:t>Отже, знайте: серед звірів&lt;br /&gt;</w:t>
        <w:br/>
        <w:t>ходить в лісі поговір,&lt;br /&gt;</w:t>
        <w:br/>
        <w:t>що у вашому подвір’ї&lt;br /&gt;</w:t>
        <w:br/>
        <w:t>оселився хижий Тхір!</w:t>
      </w:r>
    </w:p>
    <w:p>
      <w:r>
        <w:br/>
        <w:t>П і в н и к&lt;br /&gt;</w:t>
        <w:br/>
        <w:t>Що таке?!</w:t>
      </w:r>
    </w:p>
    <w:p>
      <w:r>
        <w:br/>
        <w:t>К у р о ч к а&lt;br /&gt;</w:t>
        <w:br/>
        <w:t>Не може бути!</w:t>
      </w:r>
    </w:p>
    <w:p>
      <w:r>
        <w:br/>
        <w:t>К а ч к а&lt;br /&gt;</w:t>
        <w:br/>
        <w:t>Жах! Загинуть малюки!</w:t>
      </w:r>
    </w:p>
    <w:p>
      <w:r>
        <w:br/>
        <w:t>І н д и к&lt;br /&gt;</w:t>
        <w:br/>
        <w:t>Де це ти могла почути?&lt;br /&gt;</w:t>
        <w:br/>
        <w:t>Це, звичайно, все плітки!</w:t>
      </w:r>
    </w:p>
    <w:p>
      <w:r>
        <w:br/>
        <w:t>С о р о к а&lt;br /&gt;</w:t>
        <w:br/>
        <w:t>Що ж, виходить — я брехуха?</w:t>
      </w:r>
    </w:p>
    <w:p>
      <w:r>
        <w:br/>
        <w:t>П і в н и к&lt;br /&gt;</w:t>
        <w:br/>
        <w:t>Ти — базіка, ось хто ти!</w:t>
      </w:r>
    </w:p>
    <w:p>
      <w:r>
        <w:br/>
        <w:t>С о р о к а&lt;br /&gt;</w:t>
        <w:br/>
        <w:t>Це — образа!!!</w:t>
      </w:r>
    </w:p>
    <w:p>
      <w:r>
        <w:br/>
        <w:t>П і в н и к&lt;br /&gt;</w:t>
        <w:br/>
        <w:t>Ну, послухай,&lt;br /&gt;</w:t>
        <w:br/>
        <w:t>Нащо спірку нам вести?&lt;br /&gt;</w:t>
        <w:br/>
        <w:t>Всім відомо: в цій окрузі&lt;br /&gt;</w:t>
        <w:br/>
        <w:t>вже давно тхорів нема.</w:t>
      </w:r>
    </w:p>
    <w:p>
      <w:r>
        <w:br/>
        <w:t>І н д и к&lt;br /&gt;</w:t>
        <w:br/>
        <w:t>А Сорока, любі друзі,&lt;br /&gt;</w:t>
        <w:br/>
        <w:t>тільки паніку здійма.</w:t>
      </w:r>
    </w:p>
    <w:p>
      <w:r>
        <w:br/>
        <w:t>Г у с а к&lt;br /&gt;</w:t>
        <w:br/>
        <w:t>Та й в газетах, подивіться,&lt;br /&gt;</w:t>
        <w:br/>
        <w:t>ні рядка нема про те!</w:t>
      </w:r>
    </w:p>
    <w:p>
      <w:r>
        <w:br/>
        <w:t>С о р о к а&lt;br /&gt;</w:t>
        <w:br/>
        <w:t>Отже, значить, все дурниця,&lt;br /&gt;</w:t>
        <w:br/>
        <w:t>що Сорока наплете?</w:t>
      </w:r>
    </w:p>
    <w:p>
      <w:r>
        <w:br/>
        <w:t>Сорока образилась, пересмикнула плечима і попрямувала до хвіртки. Раптом вона побачила біля хвіртки покинуті Тхором піхви від ножа. Схопивши їх, Сорока з голосним вигуком обернулась до птахів.</w:t>
      </w:r>
    </w:p>
    <w:p>
      <w:r>
        <w:br/>
        <w:t>С о р о к а&lt;br /&gt;</w:t>
        <w:br/>
        <w:t>О! Погляньте!..</w:t>
      </w:r>
    </w:p>
    <w:p>
      <w:r>
        <w:br/>
        <w:t>К у р о ч к а&lt;br /&gt;</w:t>
        <w:br/>
        <w:t>Що це?</w:t>
      </w:r>
    </w:p>
    <w:p>
      <w:r>
        <w:br/>
        <w:t>П і в н и к&lt;br /&gt;</w:t>
        <w:br/>
        <w:t>Піхви&lt;br /&gt;</w:t>
        <w:br/>
        <w:t>від якогось-то ножа!..</w:t>
      </w:r>
    </w:p>
    <w:p>
      <w:r>
        <w:br/>
        <w:t>С о р о к а&lt;br /&gt;</w:t>
        <w:br/>
        <w:t>Адже тут не клали їх ви?</w:t>
      </w:r>
    </w:p>
    <w:p>
      <w:r>
        <w:br/>
        <w:t>Г у с а к&lt;br /&gt;</w:t>
        <w:br/>
        <w:t>Ні, це річ якась чужа…&lt;br /&gt;</w:t>
        <w:br/>
        <w:t>Хтось тут був…</w:t>
      </w:r>
    </w:p>
    <w:p>
      <w:r>
        <w:br/>
        <w:t>С о р о к а (хвалькувато)&lt;br /&gt;</w:t>
        <w:br/>
        <w:t>А що? Хто правий?&lt;br /&gt;</w:t>
        <w:br/>
        <w:t>Хто казав?!</w:t>
      </w:r>
    </w:p>
    <w:p>
      <w:r>
        <w:br/>
        <w:t>І н д и к&lt;br /&gt;</w:t>
        <w:br/>
        <w:t>От тобі й на!&lt;br /&gt;</w:t>
        <w:br/>
        <w:t>Ну й подія!</w:t>
      </w:r>
    </w:p>
    <w:p>
      <w:r>
        <w:br/>
        <w:t>С о р о к а (захоплено)&lt;br /&gt;</w:t>
        <w:br/>
        <w:t>Як цікаво!&lt;br /&gt;</w:t>
        <w:br/>
        <w:t>От цікава новина!!!</w:t>
      </w:r>
    </w:p>
    <w:p>
      <w:r>
        <w:br/>
        <w:t>З цим криком Сорока метнулася до хвіртки і зникла за нею — побігла, щоб швидше розповісти ще комусь про те, що робиться в пташиному дворі. А всі мешканці пташиного двору схвильовано з’юрмилися навколо Гусака, який уважно розглядає піхви.</w:t>
      </w:r>
    </w:p>
    <w:p>
      <w:r>
        <w:br/>
        <w:t>І н д и к (здивовано)&lt;br /&gt;</w:t>
        <w:br/>
        <w:t>Почала казать Сорока&lt;br /&gt;</w:t>
        <w:br/>
        <w:t>не брехню… З яких це пір?</w:t>
      </w:r>
    </w:p>
    <w:p>
      <w:r>
        <w:br/>
        <w:t>П і в н и к&lt;br /&gt;</w:t>
        <w:br/>
        <w:t>Все ж таки це ще не доказ,&lt;br /&gt;</w:t>
        <w:br/>
        <w:t>що у двір забрався Тхір!</w:t>
      </w:r>
    </w:p>
    <w:p>
      <w:r>
        <w:br/>
        <w:t>Але Гусак ще раз обдивився піхви з усіх боків і сумно похитав головою.</w:t>
      </w:r>
    </w:p>
    <w:p>
      <w:r>
        <w:br/>
        <w:t>Г у с а к&lt;br /&gt;</w:t>
        <w:br/>
        <w:t>Та-ак!.. Хоч я й недосконало&lt;br /&gt;</w:t>
        <w:br/>
        <w:t>розуміюсь на ножах,&lt;br /&gt;</w:t>
        <w:br/>
        <w:t>це — Тхореві причандали!&lt;br /&gt;</w:t>
        <w:br/>
        <w:t>В с і (злякано)&lt;br /&gt;</w:t>
        <w:br/>
        <w:t>Тхір між нами!!!</w:t>
      </w:r>
    </w:p>
    <w:p>
      <w:r>
        <w:br/>
        <w:t>К а ч к а&lt;br /&gt;</w:t>
        <w:br/>
        <w:t>Жах, жах, жах!!!</w:t>
      </w:r>
    </w:p>
    <w:p>
      <w:r>
        <w:br/>
        <w:t>І, охоплені страшним переляком, усі розбіглися хто куди — поховалися в хатках, за хатками… Тільки Півник, який в першу мить теж трохи розгубився, одразу отямився.</w:t>
      </w:r>
    </w:p>
    <w:p>
      <w:r>
        <w:br/>
        <w:t>П і в н и к&lt;br /&gt;</w:t>
        <w:br/>
        <w:t>Друзі! Може, це помилка!&lt;br /&gt;</w:t>
        <w:br/>
        <w:t>Друзі! Може, крадькома&lt;br /&gt;</w:t>
        <w:br/>
        <w:t>Тхір до нас заглянув тільки&lt;br /&gt;</w:t>
        <w:br/>
        <w:t>та й пішов!..</w:t>
      </w:r>
    </w:p>
    <w:p>
      <w:r>
        <w:br/>
        <w:t>К у р о ч к а й К а ч к а (визирнули з хаток)&lt;br /&gt;</w:t>
        <w:br/>
        <w:t>Його нема?</w:t>
      </w:r>
    </w:p>
    <w:p>
      <w:r>
        <w:br/>
        <w:t>Тут і Г у с а к з І н д и к о м вийшли, бо їм стало соромно, що вони так переполохалися. Адже обидва вони знають, що зараз небезпеки нема.&lt;br /&gt;</w:t>
        <w:br/>
        <w:t>І н д и к&lt;br /&gt;</w:t>
        <w:br/>
        <w:t>Тхір вночі лиш небезпечний —&lt;br /&gt;</w:t>
        <w:br/>
        <w:t>він, я чув, нічний хижак.</w:t>
      </w:r>
    </w:p>
    <w:p>
      <w:r>
        <w:br/>
        <w:t>Г у с а к&lt;br /&gt;</w:t>
        <w:br/>
        <w:t>Зауваження доречне,&lt;br /&gt;</w:t>
        <w:br/>
        <w:t>бо й наука каже так.</w:t>
      </w:r>
    </w:p>
    <w:p>
      <w:r>
        <w:br/>
        <w:t>І н д и к&lt;br /&gt;</w:t>
        <w:br/>
        <w:t>Якщо Тхір цей вийшов з двору,&lt;br /&gt;</w:t>
        <w:br/>
        <w:t>ми від лиха втечемо:&lt;br /&gt;</w:t>
        <w:br/>
        <w:t>зробимо міцні запори&lt;br /&gt;</w:t>
        <w:br/>
        <w:t>і ворота замкнемо!</w:t>
      </w:r>
    </w:p>
    <w:p>
      <w:r>
        <w:br/>
        <w:t>Г у с а к&lt;br /&gt;</w:t>
        <w:br/>
        <w:t>Так, але він міг сховатись&lt;br /&gt;</w:t>
        <w:br/>
        <w:t>десь і в іншому дворі!</w:t>
      </w:r>
    </w:p>
    <w:p>
      <w:r>
        <w:br/>
        <w:t>К а ч к а (плаче)&lt;br /&gt;</w:t>
        <w:br/>
        <w:t>Як же, як порятуватись&lt;br /&gt;</w:t>
        <w:br/>
        <w:t>нам і нашій дітворі?!</w:t>
      </w:r>
    </w:p>
    <w:p>
      <w:r>
        <w:br/>
        <w:t>Курочка стала втішати збентежену Качку, хоч і самій їй теж моторошно. А Індик та Гусак обійшли все подвір’я, заглядаючи в усі кутки.</w:t>
      </w:r>
    </w:p>
    <w:p>
      <w:r>
        <w:br/>
        <w:t>І н д и к&lt;br /&gt;</w:t>
        <w:br/>
        <w:t>Дуже важко розгадати —&lt;br /&gt;</w:t>
        <w:br/>
        <w:t>де сховатись можна тут!</w:t>
      </w:r>
    </w:p>
    <w:p>
      <w:r>
        <w:br/>
        <w:t>Г у с а к&lt;br /&gt;</w:t>
        <w:br/>
        <w:t>Закопався десь під хату?</w:t>
      </w:r>
    </w:p>
    <w:p>
      <w:r>
        <w:br/>
        <w:t>І н д и к&lt;br /&gt;</w:t>
        <w:br/>
        <w:t>Чи кудись забився в кут?..</w:t>
      </w:r>
    </w:p>
    <w:p>
      <w:r>
        <w:br/>
        <w:t>К а ч к а (плаче)&lt;br /&gt;</w:t>
        <w:br/>
        <w:t>Нам нема куди тікати!!!</w:t>
      </w:r>
    </w:p>
    <w:p>
      <w:r>
        <w:br/>
        <w:t>П і в н и к&lt;br /&gt;</w:t>
        <w:br/>
        <w:t>Почекайте! Не шуміть!&lt;br /&gt;</w:t>
        <w:br/>
        <w:t>Ми покличем пса Пірата,&lt;br /&gt;</w:t>
        <w:br/>
        <w:t>і Тхора він знайде вмить!&lt;br /&gt;</w:t>
        <w:br/>
        <w:t>У с і (зраділо)&lt;br /&gt;</w:t>
        <w:br/>
        <w:t>Правда! Правда! Це чудово!</w:t>
      </w:r>
    </w:p>
    <w:p>
      <w:r>
        <w:br/>
        <w:t>Г у с а к&lt;br /&gt;</w:t>
        <w:br/>
        <w:t>Пес Пірат — наш вірний друг —&lt;br /&gt;</w:t>
        <w:br/>
        <w:t>має справжній хист на влови!</w:t>
      </w:r>
    </w:p>
    <w:p>
      <w:r>
        <w:br/>
        <w:t>П і в н и к&lt;br /&gt;</w:t>
        <w:br/>
        <w:t>Пильне око й гострий нюх!</w:t>
      </w:r>
    </w:p>
    <w:p>
      <w:r>
        <w:br/>
        <w:t>Всі дуже зраділи, але Курочка сумно похитала головою і звернулась до Півника.</w:t>
      </w:r>
    </w:p>
    <w:p>
      <w:r>
        <w:br/>
        <w:t>К у р о ч к а&lt;br /&gt;</w:t>
        <w:br/>
        <w:t>Ах, даремні сподівання!&lt;br /&gt;</w:t>
        <w:br/>
        <w:t>Ти забув, що пес Пірат&lt;br /&gt;</w:t>
        <w:br/>
        <w:t>в ліс пішов на полювання,&lt;br /&gt;</w:t>
        <w:br/>
        <w:t>завтра вернеться назад!</w:t>
      </w:r>
    </w:p>
    <w:p>
      <w:r>
        <w:br/>
        <w:t>К а ч к а (в розпачі)&lt;br /&gt;</w:t>
        <w:br/>
        <w:t>А до завтра ми загинем!</w:t>
      </w:r>
    </w:p>
    <w:p>
      <w:r>
        <w:br/>
        <w:t>Г у с а к&lt;br /&gt;</w:t>
        <w:br/>
        <w:t>Зійде місяць, і, як стій,&lt;br /&gt;</w:t>
        <w:br/>
        <w:t>вийде з схову зла тварина&lt;br /&gt;</w:t>
        <w:br/>
        <w:t>та й почне собі розбій!</w:t>
      </w:r>
    </w:p>
    <w:p>
      <w:r>
        <w:br/>
        <w:t>І н д и к&lt;br /&gt;</w:t>
        <w:br/>
        <w:t>Треба зараз повідомить&lt;br /&gt;</w:t>
        <w:br/>
        <w:t>пса Пірата про біду!</w:t>
      </w:r>
    </w:p>
    <w:p>
      <w:r>
        <w:br/>
        <w:t>К а ч к а&lt;br /&gt;</w:t>
        <w:br/>
        <w:t>Як? У лісі? Це ж нікому&lt;br /&gt;</w:t>
        <w:br/>
        <w:t>не під силу…</w:t>
      </w:r>
    </w:p>
    <w:p>
      <w:r>
        <w:br/>
        <w:t>П і в н и к&lt;br /&gt;</w:t>
        <w:br/>
        <w:t>Я піду!&lt;br /&gt;</w:t>
        <w:br/>
        <w:t>У с і (вражені)&lt;br /&gt;</w:t>
        <w:br/>
        <w:t>Що-о?!</w:t>
      </w:r>
    </w:p>
    <w:p>
      <w:r>
        <w:br/>
        <w:t>П і в н и к&lt;br /&gt;</w:t>
        <w:br/>
        <w:t>Я сам піду до лісу&lt;br /&gt;</w:t>
        <w:br/>
        <w:t>і знайду Пірата там.</w:t>
      </w:r>
    </w:p>
    <w:p>
      <w:r>
        <w:br/>
        <w:t>К у р о ч к а&lt;br /&gt;</w:t>
        <w:br/>
        <w:t>Ти ж натрапиш там на лиса!</w:t>
      </w:r>
    </w:p>
    <w:p>
      <w:r>
        <w:br/>
        <w:t>К а ч к а&lt;br /&gt;</w:t>
        <w:br/>
        <w:t>Попадешся злим вовкам!..</w:t>
      </w:r>
    </w:p>
    <w:p>
      <w:r>
        <w:br/>
        <w:t>Г у с а к&lt;br /&gt;</w:t>
        <w:br/>
        <w:t>В лісі свійський птах, звичайно,&lt;br /&gt;</w:t>
        <w:br/>
        <w:t>небезпеку знайде скрізь.</w:t>
      </w:r>
    </w:p>
    <w:p>
      <w:r>
        <w:br/>
        <w:t>П і в н и к (рішуче)&lt;br /&gt;</w:t>
        <w:br/>
        <w:t>Все ж таки я йду! Негайно!</w:t>
      </w:r>
    </w:p>
    <w:p>
      <w:r>
        <w:br/>
        <w:t>К у р о ч к а (благає його)&lt;br /&gt;</w:t>
        <w:br/>
        <w:t>Півник! Любий! Схаменись!..</w:t>
      </w:r>
    </w:p>
    <w:p>
      <w:r>
        <w:br/>
        <w:t>П і в н и к&lt;br /&gt;</w:t>
        <w:br/>
        <w:t>Треба йти!</w:t>
      </w:r>
    </w:p>
    <w:p>
      <w:r>
        <w:br/>
        <w:t>Качка, Індик та Гусак здивовані й захоплені сміливістю Півника.</w:t>
      </w:r>
    </w:p>
    <w:p>
      <w:r>
        <w:br/>
        <w:t>К а ч к а&lt;br /&gt;</w:t>
        <w:br/>
        <w:t>Який хоробрий!</w:t>
      </w:r>
    </w:p>
    <w:p>
      <w:r>
        <w:br/>
        <w:t>І н д и к&lt;br /&gt;</w:t>
        <w:br/>
        <w:t>Мужній!</w:t>
      </w:r>
    </w:p>
    <w:p>
      <w:r>
        <w:br/>
        <w:t>Г у с а к&lt;br /&gt;</w:t>
        <w:br/>
        <w:t>Сміливий без меж!</w:t>
      </w:r>
    </w:p>
    <w:p>
      <w:r>
        <w:br/>
        <w:t>Курочка тяжко зітхнула й кінець кінцем наважилась.</w:t>
      </w:r>
    </w:p>
    <w:p>
      <w:r>
        <w:br/>
        <w:t>К у р о ч к а&lt;br /&gt;</w:t>
        <w:br/>
        <w:t>Що ж, коли так треба… Добре!&lt;br /&gt;</w:t>
        <w:br/>
        <w:t>Я іду з тобою теж!</w:t>
      </w:r>
    </w:p>
    <w:p>
      <w:r>
        <w:br/>
        <w:t>Усі зраділи, заплескали в долоні й почали допомагати Півникові й Курочці збиратися в дорогу: принесли їм рюкзаки, поклали в них різні потрібні речі — рушники, харчі тощо, подали мандрівницькі ціпки.&lt;br /&gt;</w:t>
        <w:br/>
        <w:t>І н д и к&lt;br /&gt;</w:t>
        <w:br/>
        <w:t>Хоч би швидше там у лісі&lt;br /&gt;</w:t>
        <w:br/>
        <w:t>з вами здибався Пірат…&lt;br /&gt;</w:t>
        <w:br/>
        <w:t>Поки ще не зійде місяць,&lt;br /&gt;</w:t>
        <w:br/>
        <w:t>треба ж вам прийти назад!</w:t>
      </w:r>
    </w:p>
    <w:p>
      <w:r>
        <w:br/>
        <w:t>П і в н и к&lt;br /&gt;</w:t>
        <w:br/>
        <w:t>З цим не можна зволікати…&lt;br /&gt;</w:t>
        <w:br/>
        <w:t>Прощавайте! Ми йдемо!&lt;br /&gt;</w:t>
        <w:br/>
        <w:t>Ще до вечора Пірата&lt;br /&gt;</w:t>
        <w:br/>
        <w:t>ми сюди приведемо!</w:t>
      </w:r>
    </w:p>
    <w:p>
      <w:r>
        <w:br/>
        <w:t>Півник і Курочка надягли на себе рюкзаки, взяли ціпки й пішли з двору в дальню дорогу до незнаного лісу… Всі провели їх за хвіртку й ще довго махали їм услід руками та хусточками.</w:t>
      </w:r>
    </w:p>
    <w:p>
      <w:r>
        <w:br/>
        <w:t>Г у с а к&lt;br /&gt;</w:t>
        <w:br/>
        <w:t>Хай щастить в дорозі дальній&lt;br /&gt;</w:t>
        <w:br/>
        <w:t>вам, сміливцям!</w:t>
      </w:r>
    </w:p>
    <w:p>
      <w:r>
        <w:br/>
        <w:t>У с і&lt;br /&gt;</w:t>
        <w:br/>
        <w:t>Хай щастить!!!</w:t>
      </w:r>
    </w:p>
    <w:p>
      <w:r>
        <w:br/>
        <w:t>Коли вже не стало видно вдалині сміливих мандрівників, Гусак, Індик та Качка з Каченятами відійшли від хвіртки й мовчки спинилися серед двору.</w:t>
      </w:r>
    </w:p>
    <w:p>
      <w:r>
        <w:br/>
        <w:t>І н д и к&lt;br /&gt;</w:t>
        <w:br/>
        <w:t>Що ж, ходімо до їдальні!&lt;br /&gt;</w:t>
        <w:br/>
        <w:t>Треба ж якось далі жить…</w:t>
      </w:r>
    </w:p>
    <w:p>
      <w:r>
        <w:br/>
        <w:t>І вони всі рушили до їдальні — вона десь у глибині двору, за хатками. Коли нікого в дворі не залишилося, деякий час було зовсім тихо. Потім із пня виліз Т х і р. Позіхнув, потягнувся сонно.</w:t>
      </w:r>
    </w:p>
    <w:p>
      <w:r>
        <w:br/>
        <w:t>Т х і р&lt;br /&gt;</w:t>
        <w:br/>
        <w:t>Поспати зовсім не дали!&lt;br /&gt;</w:t>
        <w:br/>
        <w:t>Не виспався та й край…&lt;br /&gt;</w:t>
        <w:br/>
        <w:t>Такий тут шарварок зняли,&lt;br /&gt;</w:t>
        <w:br/>
        <w:t>що просто хоч тікай!&lt;br /&gt;</w:t>
        <w:br/>
        <w:t>Зате почув я тут хвальбу,&lt;br /&gt;</w:t>
        <w:br/>
        <w:t>що є в них пес Пірат…&lt;br /&gt;</w:t>
        <w:br/>
        <w:t>Хоч він у лісі… й за добу&lt;br /&gt;</w:t>
        <w:br/>
        <w:t>не вернеться назад!&lt;br /&gt;</w:t>
        <w:br/>
        <w:t>Розжитись міг би я смачним&lt;br /&gt;</w:t>
        <w:br/>
        <w:t>і за єдину ніч,&lt;br /&gt;</w:t>
        <w:br/>
        <w:t>та зовсім не хотів би з ним&lt;br /&gt;</w:t>
        <w:br/>
        <w:t>зустрітись віч-на-віч!&lt;br /&gt;</w:t>
        <w:br/>
        <w:t>І якщо приведуть його&lt;br /&gt;</w:t>
        <w:br/>
        <w:t>зненацька ті птахи,&lt;br /&gt;</w:t>
        <w:br/>
        <w:t>то буде кепсько…</w:t>
      </w:r>
    </w:p>
    <w:p>
      <w:r>
        <w:br/>
        <w:t>(Замислився, потім зраділо.)</w:t>
      </w:r>
    </w:p>
    <w:p>
      <w:r>
        <w:br/>
        <w:t>Ого-ого!&lt;br /&gt;</w:t>
        <w:br/>
        <w:t>Даремні всі страхи!&lt;br /&gt;</w:t>
        <w:br/>
        <w:t>У мене ж в лісі є кума!&lt;br /&gt;</w:t>
        <w:br/>
        <w:t>Сказати б їй про них:&lt;br /&gt;</w:t>
        <w:br/>
        <w:t>вона спіймає жартома&lt;br /&gt;</w:t>
        <w:br/>
        <w:t>цих смільчаків дурних!&lt;br /&gt;</w:t>
        <w:br/>
        <w:t>Та тільки ж як сказати? Вдень&lt;br /&gt;</w:t>
        <w:br/>
        <w:t>на це нездатний я…</w:t>
      </w:r>
    </w:p>
    <w:p>
      <w:r>
        <w:br/>
        <w:t>Раптом Тхір прислухався, виглянув за хвіртку.</w:t>
      </w:r>
    </w:p>
    <w:p>
      <w:r>
        <w:br/>
        <w:t>Сорока?! Ну, постій лишень,&lt;br /&gt;</w:t>
        <w:br/>
        <w:t>викажчице моя!</w:t>
      </w:r>
    </w:p>
    <w:p>
      <w:r>
        <w:br/>
        <w:t>Тхір сховався за пень. Увійшла С о р о к а, незадоволено оглядаючись навколо.</w:t>
      </w:r>
    </w:p>
    <w:p>
      <w:r>
        <w:br/>
        <w:t>С о р о к а&lt;br /&gt;</w:t>
        <w:br/>
        <w:t>Всюди злагода і тиша,&lt;br /&gt;</w:t>
        <w:br/>
        <w:t>а для мене — це загин.&lt;br /&gt;</w:t>
        <w:br/>
        <w:t>Я ж чутками тільки й дишу,&lt;br /&gt;</w:t>
        <w:br/>
        <w:t>жить не можу без новин!&lt;br /&gt;</w:t>
        <w:br/>
        <w:t>Я не знаю — як же бути?&lt;br /&gt;</w:t>
        <w:br/>
        <w:t>Що робити — не збагну:&lt;br /&gt;</w:t>
        <w:br/>
        <w:t>де б почути, де б здобути&lt;br /&gt;</w:t>
        <w:br/>
        <w:t>хоч маленьку новину!..</w:t>
      </w:r>
    </w:p>
    <w:p>
      <w:r>
        <w:br/>
        <w:t>(Взялася за свою поштарську торбу.)</w:t>
      </w:r>
    </w:p>
    <w:p>
      <w:r>
        <w:br/>
        <w:t>Зазирнути б в цю торбинку,&lt;br /&gt;</w:t>
        <w:br/>
        <w:t>прочитати хоч листи,&lt;br /&gt;</w:t>
        <w:br/>
        <w:t>щоб знайти якусь новинку&lt;br /&gt;</w:t>
        <w:br/>
        <w:t>і по світу рознести!..</w:t>
      </w:r>
    </w:p>
    <w:p>
      <w:r>
        <w:br/>
        <w:t>Кажучи це, вона витягла з торби кілька листів і тільки-но заходилася їх розпечатувати, як тишком-нишком до неї підкрався Т х і р і зненацька схопив її за хвіст!</w:t>
      </w:r>
    </w:p>
    <w:p>
      <w:r>
        <w:br/>
        <w:t>Т х і р&lt;br /&gt;</w:t>
        <w:br/>
        <w:t>Ага, базікало! Це ти!&lt;br /&gt;</w:t>
        <w:br/>
        <w:t>А де мій гострий ніж?!&lt;br /&gt;</w:t>
        <w:br/>
        <w:t>С о р о к а (намагаючись вирватись)&lt;br /&gt;</w:t>
        <w:br/>
        <w:t>Ай-ай-ай! Пусти, пусти!&lt;br /&gt;</w:t>
        <w:br/>
        <w:t>Не ріж мене!.. Не їж!..</w:t>
      </w:r>
    </w:p>
    <w:p>
      <w:r>
        <w:br/>
        <w:t>Т х і р&lt;br /&gt;</w:t>
        <w:br/>
        <w:t>Про мене нащо ти плела?!&lt;br /&gt;</w:t>
        <w:br/>
        <w:t>Тепер тобі капут!</w:t>
      </w:r>
    </w:p>
    <w:p>
      <w:r>
        <w:br/>
        <w:t>С о р о к а&lt;br /&gt;</w:t>
        <w:br/>
        <w:t>Та звідки ж знати я могла,&lt;br /&gt;</w:t>
        <w:br/>
        <w:t>що ти й насправді тут?!</w:t>
      </w:r>
    </w:p>
    <w:p>
      <w:r>
        <w:br/>
        <w:t>Т х і р&lt;br /&gt;</w:t>
        <w:br/>
        <w:t>Ну, добре! Я тебе пущу,&lt;br /&gt;</w:t>
        <w:br/>
        <w:t>базікало дурне!&lt;br /&gt;</w:t>
        <w:br/>
        <w:t>І навіть щедро заплачу,&lt;br /&gt;</w:t>
        <w:br/>
        <w:t>та слухайся мене!</w:t>
      </w:r>
    </w:p>
    <w:p>
      <w:r>
        <w:br/>
        <w:t>С о р о к а&lt;br /&gt;</w:t>
        <w:br/>
        <w:t>Я буду слухатись!..</w:t>
      </w:r>
    </w:p>
    <w:p>
      <w:r>
        <w:br/>
        <w:t>Т х і р&lt;br /&gt;</w:t>
        <w:br/>
        <w:t>Гляди ж!&lt;br /&gt;</w:t>
        <w:br/>
        <w:t>Зроби, як я звелю:&lt;br /&gt;</w:t>
        <w:br/>
        <w:t>у лісі треба чимскоріш&lt;br /&gt;</w:t>
        <w:br/>
        <w:t>знайти куму мою…</w:t>
      </w:r>
    </w:p>
    <w:p>
      <w:r>
        <w:br/>
        <w:t>С о р о к а (зацікавлено)&lt;br /&gt;</w:t>
        <w:br/>
        <w:t>А де живе кума твоя?&lt;br /&gt;</w:t>
        <w:br/>
        <w:t>І хто вона така?</w:t>
      </w:r>
    </w:p>
    <w:p>
      <w:r>
        <w:br/>
        <w:t>Т х і р&lt;br /&gt;</w:t>
        <w:br/>
        <w:t>Лисиця — ось її ім’я,&lt;br /&gt;</w:t>
        <w:br/>
        <w:t>живе біля струмка,&lt;br /&gt;</w:t>
        <w:br/>
        <w:t>ще там такий дубок стримить,&lt;br /&gt;</w:t>
        <w:br/>
        <w:t>а збоку — комиші.&lt;br /&gt;</w:t>
        <w:br/>
        <w:t>Отож лети до неї вмить,&lt;br /&gt;</w:t>
        <w:br/>
        <w:t>щодуху поспіши&lt;br /&gt;</w:t>
        <w:br/>
        <w:t>і передай — та не барись! —&lt;br /&gt;</w:t>
        <w:br/>
        <w:t>від імені Тхора,&lt;br /&gt;</w:t>
        <w:br/>
        <w:t>що Півник з Курочкою в ліс&lt;br /&gt;</w:t>
        <w:br/>
        <w:t>втекли з цього двора.&lt;br /&gt;</w:t>
        <w:br/>
        <w:t>Їх слід впіймати та зв’язать,&lt;br /&gt;</w:t>
        <w:br/>
        <w:t>замкнути під замок!..</w:t>
      </w:r>
    </w:p>
    <w:p>
      <w:r>
        <w:br/>
        <w:t>С о р о к а (хвалькувато)&lt;br /&gt;</w:t>
        <w:br/>
        <w:t>Як треба щось переказать,&lt;br /&gt;</w:t>
        <w:br/>
        <w:t>звертайтесь до сорок!&lt;br /&gt;</w:t>
        <w:br/>
        <w:t>Що цю роботу я люблю —&lt;br /&gt;</w:t>
        <w:br/>
        <w:t>віддавна кожен зна.&lt;br /&gt;</w:t>
        <w:br/>
        <w:t>Лечу, лечу!.. Усе зроблю!..&lt;br /&gt;</w:t>
        <w:br/>
        <w:t>Цікава новина-а-а!!!</w:t>
      </w:r>
    </w:p>
    <w:p>
      <w:r>
        <w:br/>
        <w:t>З таким веселим криком Сорока кинулась до хвіртки і хутко зникла. Тхір подивився їй услід, задоволено й зловтішно посміхнувся і почав гратися ножем, підтанцьовуючи.</w:t>
      </w:r>
    </w:p>
    <w:p>
      <w:r>
        <w:br/>
        <w:t>Т х і р&lt;br /&gt;</w:t>
        <w:br/>
        <w:t>Я — хижий Тхір,&lt;br /&gt;</w:t>
        <w:br/>
        <w:t>зубатий звір,&lt;br /&gt;</w:t>
        <w:br/>
        <w:t>нікого не боюсь!&lt;br /&gt;</w:t>
        <w:br/>
        <w:t>Як не крути,&lt;br /&gt;</w:t>
        <w:br/>
        <w:t>як не верти,&lt;br /&gt;</w:t>
        <w:br/>
        <w:t>а я свого доб’юсь!&lt;br /&gt;</w:t>
        <w:br/>
        <w:t>Як день мине,&lt;br /&gt;</w:t>
        <w:br/>
        <w:t>я все смачне&lt;br /&gt;</w:t>
        <w:br/>
        <w:t>повитягаю з хат.&lt;br /&gt;</w:t>
        <w:br/>
        <w:t>Ніхто мене&lt;br /&gt;</w:t>
        <w:br/>
        <w:t>не прожене,&lt;br /&gt;</w:t>
        <w:br/>
        <w:t>не прийде пес Пірат!&lt;br /&gt;</w:t>
        <w:br/>
        <w:t>Залізу в пень,&lt;br /&gt;</w:t>
        <w:br/>
        <w:t>просплю весь день&lt;br /&gt;</w:t>
        <w:br/>
        <w:t>і місяця діждусь…&lt;br /&gt;</w:t>
        <w:br/>
        <w:t>На те я Тхір,&lt;br /&gt;</w:t>
        <w:br/>
        <w:t>зубатий звір,&lt;br /&gt;</w:t>
        <w:br/>
        <w:t>нікого не боюсь!</w:t>
      </w:r>
    </w:p>
    <w:p>
      <w:r>
        <w:br/>
        <w:t>( З а в і с а )</w:t>
      </w:r>
    </w:p>
    <w:p>
      <w:r>
        <w:br/>
        <w:t>ДІЯ ДРУГА</w:t>
      </w:r>
    </w:p>
    <w:p>
      <w:r>
        <w:br/>
        <w:t>Картина перша</w:t>
      </w:r>
    </w:p>
    <w:p>
      <w:r>
        <w:br/>
        <w:t>По обидва боки зеленої галявини в лісі примостилися одна проти одної дві хатки: Зайчикова хатка і Білоччина хатка. Галявину оточили високі дерева та густі чагарники, а тут, біля Білоччиної хатки, розрослися квіти, доріжки прочищені — видно, що дбайлива хазяєчка, любить, щоб усе було чепурно й чисто. Отож і цього дня вона, ця Б і л о ч к а, в білому фартушку поралася біля своєї хатки.</w:t>
      </w:r>
    </w:p>
    <w:p>
      <w:r>
        <w:br/>
        <w:t>Б і л о ч к а&lt;br /&gt;</w:t>
        <w:br/>
        <w:t>Як тільки сонечко зійшло,&lt;br /&gt;</w:t>
        <w:br/>
        <w:t>я вийшла працювати,&lt;br /&gt;</w:t>
        <w:br/>
        <w:t>щоб чисто й чепурно було&lt;br /&gt;</w:t>
        <w:br/>
        <w:t>у хаті й біля хати.&lt;br /&gt;</w:t>
        <w:br/>
        <w:t>На смітник треба віднести&lt;br /&gt;</w:t>
        <w:br/>
        <w:t>лушпайки від горішків.&lt;br /&gt;</w:t>
        <w:br/>
        <w:t>Мітлою гарно підмести&lt;br /&gt;</w:t>
        <w:br/>
        <w:t>і ґанок, і доріжки.&lt;br /&gt;</w:t>
        <w:br/>
        <w:t>І потрусити килимок,&lt;br /&gt;</w:t>
        <w:br/>
        <w:t>щоб сходинки заслати,&lt;br /&gt;</w:t>
        <w:br/>
        <w:t>і посушити рушничок,&lt;br /&gt;</w:t>
        <w:br/>
        <w:t>що встигла я попрати.&lt;br /&gt;</w:t>
        <w:br/>
        <w:t>Тепер в коновку під кінець&lt;br /&gt;</w:t>
        <w:br/>
        <w:t>води набрати з бочки,&lt;br /&gt;</w:t>
        <w:br/>
        <w:t>щоб материнку і чебрець&lt;br /&gt;</w:t>
        <w:br/>
        <w:t>полити у садочку!</w:t>
      </w:r>
    </w:p>
    <w:p>
      <w:r>
        <w:br/>
        <w:t>Приказуючи так, вона все це робила. Коли раптом на галявину прожогом вискочив З а й ч и к, кинувся до свої хатки і, зовсім знесилений, захеканий, упав на лавочку біля дверей. Сів і почав обмахуватися хусточкою.</w:t>
      </w:r>
    </w:p>
    <w:p>
      <w:r>
        <w:br/>
        <w:t>Б і л о ч к а&lt;br /&gt;</w:t>
        <w:br/>
        <w:t>Що ти, Зайку? Схаменися!&lt;br /&gt;</w:t>
        <w:br/>
        <w:t>Чи страшне побачив десь?</w:t>
      </w:r>
    </w:p>
    <w:p>
      <w:r>
        <w:br/>
        <w:t>З а й ч и к&lt;br /&gt;</w:t>
        <w:br/>
        <w:t>Ой, таке страшне у лісі:&lt;br /&gt;</w:t>
        <w:br/>
        <w:t>ходить там мисливський пес!..</w:t>
      </w:r>
    </w:p>
    <w:p>
      <w:r>
        <w:br/>
        <w:t>Б і л о ч к а&lt;br /&gt;</w:t>
        <w:br/>
        <w:t>Ай-ай-ай, це й справді страшно!&lt;br /&gt;</w:t>
        <w:br/>
        <w:t>Не люблю і я собак.&lt;br /&gt;</w:t>
        <w:br/>
        <w:t>Тож не диво, бідолашний,&lt;br /&gt;</w:t>
        <w:br/>
        <w:t>що захекався ти так.&lt;br /&gt;</w:t>
        <w:br/>
        <w:t>Добре, хоч у себе вдома,&lt;br /&gt;</w:t>
        <w:br/>
        <w:t>у такій гущавині,&lt;br /&gt;</w:t>
        <w:br/>
        <w:t>тихо й мирно живемо ми —&lt;br /&gt;</w:t>
        <w:br/>
        <w:t>і мисливці не страшні!</w:t>
      </w:r>
    </w:p>
    <w:p>
      <w:r>
        <w:br/>
        <w:t>З а й ч и к&lt;br /&gt;</w:t>
        <w:br/>
        <w:t>Ох, сусідко! Й тут не краще,&lt;br /&gt;</w:t>
        <w:br/>
        <w:t>я і вдома теж боюсь…</w:t>
      </w:r>
    </w:p>
    <w:p>
      <w:r>
        <w:br/>
        <w:t>Б і л о ч к а&lt;br /&gt;</w:t>
        <w:br/>
        <w:t>І даремно!</w:t>
      </w:r>
    </w:p>
    <w:p>
      <w:r>
        <w:br/>
        <w:t>З а й ч и к (злякано прислухається)&lt;br /&gt;</w:t>
        <w:br/>
        <w:t>Що це в хащі?!&lt;br /&gt;</w:t>
        <w:br/>
        <w:t>Чуєш? Чуєш?.. Хрусь та хрусь!..&lt;br /&gt;</w:t>
        <w:br/>
        <w:t>Хтось іде!</w:t>
      </w:r>
    </w:p>
    <w:p>
      <w:r>
        <w:br/>
        <w:t>Б і л о ч к а&lt;br /&gt;</w:t>
        <w:br/>
        <w:t>Мерщій у житла!</w:t>
      </w:r>
    </w:p>
    <w:p>
      <w:r>
        <w:br/>
        <w:t>Б і л о ч к а й З а й ч и к швидко поховалися в своїх хатках. На галявину вийшли П і в н и к та К у р о ч к а. К у р о ч к а дуже стомилася, Півник подає їй руку, допомагає вибратися з чагарників.</w:t>
      </w:r>
    </w:p>
    <w:p>
      <w:r>
        <w:br/>
        <w:t>П і в н и к&lt;br /&gt;</w:t>
        <w:br/>
        <w:t>Ну, подружко, бадьорись!&lt;br /&gt;</w:t>
        <w:br/>
        <w:t>Бач, яка місцинка світла,&lt;br /&gt;</w:t>
        <w:br/>
        <w:t>ще й хатки стоять якісь…</w:t>
      </w:r>
    </w:p>
    <w:p>
      <w:r>
        <w:br/>
        <w:t>К у р о ч к а&lt;br /&gt;</w:t>
        <w:br/>
        <w:t>Ой, болять у мене ніжки!&lt;br /&gt;</w:t>
        <w:br/>
        <w:t>Ми ж так довго йшли та йшли,&lt;br /&gt;</w:t>
        <w:br/>
        <w:t>все по хащах, без доріжки,&lt;br /&gt;</w:t>
        <w:br/>
        <w:t>а Пірата не знайшли!.. (Плаче.)</w:t>
      </w:r>
    </w:p>
    <w:p>
      <w:r>
        <w:br/>
        <w:t>П і в н и к&lt;br /&gt;</w:t>
        <w:br/>
        <w:t>Ну не плач, не треба, прошу!&lt;br /&gt;</w:t>
        <w:br/>
        <w:t>Відпочинь!.. А я піду&lt;br /&gt;</w:t>
        <w:br/>
        <w:t>у хатинку цю хорошу&lt;br /&gt;</w:t>
        <w:br/>
        <w:t>і пораду там знайду.</w:t>
      </w:r>
    </w:p>
    <w:p>
      <w:r>
        <w:br/>
        <w:t>П і в н и к підійшов до Зайчикової хатки і постукав у двері. З а й ч и к прочинив трохи двері й обережно визирнув.</w:t>
      </w:r>
    </w:p>
    <w:p>
      <w:r>
        <w:br/>
        <w:t>З а й ч и к&lt;br /&gt;</w:t>
        <w:br/>
        <w:t>Хто це стука? Хто то, хто то&lt;br /&gt;</w:t>
        <w:br/>
        <w:t>не дає мені поспать?</w:t>
      </w:r>
    </w:p>
    <w:p>
      <w:r>
        <w:br/>
        <w:t>П і в н и к&lt;br /&gt;</w:t>
        <w:br/>
        <w:t>Вибачаюсь за турботу!&lt;br /&gt;</w:t>
        <w:br/>
        <w:t>Я хотів лише спитать:&lt;br /&gt;</w:t>
        <w:br/>
        <w:t>ми шукаєм пса Пірата,&lt;br /&gt;</w:t>
        <w:br/>
        <w:t>ви не бачили його?</w:t>
      </w:r>
    </w:p>
    <w:p>
      <w:r>
        <w:br/>
        <w:t>З а й ч и к&lt;br /&gt;</w:t>
        <w:br/>
        <w:t>Пса Пірата?! Геть від хати!&lt;br /&gt;</w:t>
        <w:br/>
        <w:t>Забирайтесь!.. Ще чого?!</w:t>
      </w:r>
    </w:p>
    <w:p>
      <w:r>
        <w:br/>
        <w:t>Отак вигукнув З а й ч и к злякано й обурено і хряснув дверима перед самим носом Півника, ще й замкнувся зсередини. П і в н и к оторопів, здивовано знизав плечима і відійшов від дверей.</w:t>
      </w:r>
    </w:p>
    <w:p>
      <w:r>
        <w:br/>
        <w:t>П і в н и к&lt;br /&gt;</w:t>
        <w:br/>
        <w:t>Ой, які ж сердиті звірі&lt;br /&gt;</w:t>
        <w:br/>
        <w:t>у хатинці тут живуть!&lt;br /&gt;</w:t>
        <w:br/>
        <w:t>Довговухі, зовсім сірі…&lt;br /&gt;</w:t>
        <w:br/>
        <w:t>Хоч би знати, як їх звуть?&lt;br /&gt;</w:t>
        <w:br/>
        <w:t>Що ж, у другій поспитаймо,&lt;br /&gt;</w:t>
        <w:br/>
        <w:t>може, тут нам пощастить?</w:t>
      </w:r>
    </w:p>
    <w:p>
      <w:r>
        <w:br/>
        <w:t>К у р о ч к а&lt;br /&gt;</w:t>
        <w:br/>
        <w:t>Краще, Півничку, тікаймо!</w:t>
      </w:r>
    </w:p>
    <w:p>
      <w:r>
        <w:br/>
        <w:t>Але П і в н и к все ж таки підійшов до дверей Білоччиної хатки і постукав.&lt;br /&gt;</w:t>
        <w:br/>
        <w:t>Визирнула Б і л о ч к а.</w:t>
      </w:r>
    </w:p>
    <w:p>
      <w:r>
        <w:br/>
        <w:t>Б і л о ч к а&lt;br /&gt;</w:t>
        <w:br/>
        <w:t>Хто це, хто це стукотить?</w:t>
      </w:r>
    </w:p>
    <w:p>
      <w:r>
        <w:br/>
        <w:t>П і в н и к&lt;br /&gt;</w:t>
        <w:br/>
        <w:t>Вибачайте громадянко,&lt;br /&gt;</w:t>
        <w:br/>
        <w:t>що постукали до вас…</w:t>
      </w:r>
    </w:p>
    <w:p>
      <w:r>
        <w:br/>
        <w:t>К у р о ч к а&lt;br /&gt;</w:t>
        <w:br/>
        <w:t>Ми із дому вийшли зранку,&lt;br /&gt;</w:t>
        <w:br/>
        <w:t>ходим, бродимо весь час…</w:t>
      </w:r>
    </w:p>
    <w:p>
      <w:r>
        <w:br/>
        <w:t>П і в н и к&lt;br /&gt;</w:t>
        <w:br/>
        <w:t>Може, саме вам відомо —&lt;br /&gt;</w:t>
        <w:br/>
        <w:t>де тут, в лісі, пес Пірат?</w:t>
      </w:r>
    </w:p>
    <w:p>
      <w:r>
        <w:br/>
        <w:t>Б і л о ч к а (насторожено)&lt;br /&gt;</w:t>
        <w:br/>
        <w:t>Пес Пірат? То ваш знайомий?</w:t>
      </w:r>
    </w:p>
    <w:p>
      <w:r>
        <w:br/>
        <w:t>П і в н и к&lt;br /&gt;</w:t>
        <w:br/>
        <w:t>Це наш вірний друг і брат!</w:t>
      </w:r>
    </w:p>
    <w:p>
      <w:r>
        <w:br/>
        <w:t>Б і л о ч к а (глузливо)&lt;br /&gt;</w:t>
        <w:br/>
        <w:t>Он як?! Справді? Як приємно!&lt;br /&gt;</w:t>
        <w:br/>
        <w:t>Ну й цілуйтеся із ним!..</w:t>
      </w:r>
    </w:p>
    <w:p>
      <w:r>
        <w:br/>
        <w:t>Б і л о ч к а хряснула дверима і замкнулася зсередини у своїй хатці. П і в н и к дуже здивувався і відійшов від хатки.</w:t>
      </w:r>
    </w:p>
    <w:p>
      <w:r>
        <w:br/>
        <w:t>П і в н и к&lt;br /&gt;</w:t>
        <w:br/>
        <w:t>Тут усі такі нечемні!&lt;br /&gt;</w:t>
        <w:br/>
        <w:t>Підем далі.</w:t>
      </w:r>
    </w:p>
    <w:p>
      <w:r>
        <w:br/>
        <w:t>К у р о ч к а (зітхає)&lt;br /&gt;</w:t>
        <w:br/>
        <w:t>Що ж, ходім.</w:t>
      </w:r>
    </w:p>
    <w:p>
      <w:r>
        <w:br/>
        <w:t>П і в н и к і К у р о ч к а взяли свої рюкзаки й ціпки і пішли собі далі. Тільки вони зникли з очей, як зі своєї хатки вийшла Б і л о ч к а.</w:t>
      </w:r>
    </w:p>
    <w:p>
      <w:r>
        <w:br/>
        <w:t>Б і л о ч к а&lt;br /&gt;</w:t>
        <w:br/>
        <w:t>Зайчику, виходь із дому!</w:t>
      </w:r>
    </w:p>
    <w:p>
      <w:r>
        <w:br/>
        <w:t>З а й ч и к (боязко визирає)&lt;br /&gt;</w:t>
        <w:br/>
        <w:t>Їх немає вже?</w:t>
      </w:r>
    </w:p>
    <w:p>
      <w:r>
        <w:br/>
        <w:t>Б і л о ч к а&lt;br /&gt;</w:t>
        <w:br/>
        <w:t>Нема!</w:t>
      </w:r>
    </w:p>
    <w:p>
      <w:r>
        <w:br/>
        <w:t>З а й ч и к (виходячи з хатки)&lt;br /&gt;</w:t>
        <w:br/>
        <w:t>Хто ж такі це?</w:t>
      </w:r>
    </w:p>
    <w:p>
      <w:r>
        <w:br/>
        <w:t>Б і л о ч к а&lt;br /&gt;</w:t>
        <w:br/>
        <w:t>Невідомо.&lt;br /&gt;</w:t>
        <w:br/>
        <w:t>Я дивуюся й сама…&lt;br /&gt;</w:t>
        <w:br/>
        <w:t>Це якісь собачі друзі&lt;br /&gt;</w:t>
        <w:br/>
        <w:t>забрели сюди чогось…&lt;br /&gt;</w:t>
        <w:br/>
        <w:t>Ще таких в усій окрузі&lt;br /&gt;</w:t>
        <w:br/>
        <w:t>зустрічать не довелось!</w:t>
      </w:r>
    </w:p>
    <w:p>
      <w:r>
        <w:br/>
        <w:t>З а й ч и к&lt;br /&gt;</w:t>
        <w:br/>
        <w:t>Ну, та ми їх налякали,&lt;br /&gt;</w:t>
        <w:br/>
        <w:t>вже не з’являться!..</w:t>
      </w:r>
    </w:p>
    <w:p>
      <w:r>
        <w:br/>
        <w:t>У цю хвилину на галявинку з лісу враз вискочила С о р о к а.</w:t>
      </w:r>
    </w:p>
    <w:p>
      <w:r>
        <w:br/>
        <w:t>С о р о к а&lt;br /&gt;</w:t>
        <w:br/>
        <w:t>Привіт!</w:t>
      </w:r>
    </w:p>
    <w:p>
      <w:r>
        <w:br/>
        <w:t>Б і л о ч к а&lt;br /&gt;</w:t>
        <w:br/>
        <w:t>А-а, Сорока!</w:t>
      </w:r>
    </w:p>
    <w:p>
      <w:r>
        <w:br/>
        <w:t>З а й ч и к (насмішкувато)&lt;br /&gt;</w:t>
        <w:br/>
        <w:t>Прискакала?&lt;br /&gt;</w:t>
        <w:br/>
        <w:t>Як ся має білий світ?</w:t>
      </w:r>
    </w:p>
    <w:p>
      <w:r>
        <w:br/>
        <w:t>С о р о к а (хвалькувато)&lt;br /&gt;</w:t>
        <w:br/>
        <w:t>От, всі кажуть про Сороку,&lt;br /&gt;</w:t>
        <w:br/>
        <w:t>що базікало пусте,&lt;br /&gt;</w:t>
        <w:br/>
        <w:t>лиш плітки плете щокроку,&lt;br /&gt;</w:t>
        <w:br/>
        <w:t>що не скаже — все не те!&lt;br /&gt;</w:t>
        <w:br/>
        <w:t>Хоч таку про мене славу&lt;br /&gt;</w:t>
        <w:br/>
        <w:t>розпустили з давніх пір,&lt;br /&gt;</w:t>
        <w:br/>
        <w:t>а мені важливу справу&lt;br /&gt;</w:t>
        <w:br/>
        <w:t>доручив сьогодні Тхір!</w:t>
      </w:r>
    </w:p>
    <w:p>
      <w:r>
        <w:br/>
        <w:t>Б і л о ч к а&lt;br /&gt;</w:t>
        <w:br/>
        <w:t>Що ж таке?</w:t>
      </w:r>
    </w:p>
    <w:p>
      <w:r>
        <w:br/>
        <w:t>С о р о к а&lt;br /&gt;</w:t>
        <w:br/>
        <w:t>Таємна звістка!&lt;br /&gt;</w:t>
        <w:br/>
        <w:t>Я вже з нею цілий день&lt;br /&gt;</w:t>
        <w:br/>
        <w:t>скрізь літаю… Розповісти?&lt;br /&gt;</w:t>
        <w:br/>
        <w:t>Ви ж нікому — нітелень!</w:t>
      </w:r>
    </w:p>
    <w:p>
      <w:r>
        <w:br/>
        <w:t>Б і л о ч к а й З а й ч и к, зацікавлені, підійшли до Сороки, і вона їм стала пошепки щось розповідати.</w:t>
      </w:r>
    </w:p>
    <w:p>
      <w:r>
        <w:br/>
        <w:t>Б і л о ч к а&lt;br /&gt;</w:t>
        <w:br/>
        <w:t>Що ти кажеш? До Лисиці&lt;br /&gt;</w:t>
        <w:br/>
        <w:t>передати від Тхора?</w:t>
      </w:r>
    </w:p>
    <w:p>
      <w:r>
        <w:br/>
        <w:t>З а й ч и к&lt;br /&gt;</w:t>
        <w:br/>
        <w:t>Хто-хто-хто?</w:t>
      </w:r>
    </w:p>
    <w:p>
      <w:r>
        <w:br/>
        <w:t>Б і л о ч к а&lt;br /&gt;</w:t>
        <w:br/>
        <w:t>Дві свійські птиці&lt;br /&gt;</w:t>
        <w:br/>
        <w:t>із пташиного двора?</w:t>
      </w:r>
    </w:p>
    <w:p>
      <w:r>
        <w:br/>
        <w:t>С о р о к а (захопившись, далі вже каже вголос)&lt;br /&gt;</w:t>
        <w:br/>
        <w:t>Щоб Лисиця їх схопила&lt;br /&gt;</w:t>
        <w:br/>
        <w:t>і замкнула під замок!</w:t>
      </w:r>
    </w:p>
    <w:p>
      <w:r>
        <w:br/>
        <w:t>Б і л о ч к а&lt;br /&gt;</w:t>
        <w:br/>
        <w:t>Як?! Невже ти це зробила?!</w:t>
      </w:r>
    </w:p>
    <w:p>
      <w:r>
        <w:br/>
        <w:t>С о р о к а&lt;br /&gt;</w:t>
        <w:br/>
        <w:t>Ще не встигла… Дайте строк,&lt;br /&gt;</w:t>
        <w:br/>
        <w:t>зараз все зроблю! Негайно (Хоче бігти.)</w:t>
      </w:r>
    </w:p>
    <w:p>
      <w:r>
        <w:br/>
        <w:t>Б і л о ч к а&lt;br /&gt;</w:t>
        <w:br/>
        <w:t>Слухай! Я тобі скажу…</w:t>
      </w:r>
    </w:p>
    <w:p>
      <w:r>
        <w:br/>
        <w:t>С о р о к а&lt;br /&gt;</w:t>
        <w:br/>
        <w:t>Потім, потім!</w:t>
      </w:r>
    </w:p>
    <w:p>
      <w:r>
        <w:br/>
        <w:t>Б і л о ч к а&lt;br /&gt;</w:t>
        <w:br/>
        <w:t>Почекай-но!</w:t>
      </w:r>
    </w:p>
    <w:p>
      <w:r>
        <w:br/>
        <w:t>С о р о к а&lt;br /&gt;</w:t>
        <w:br/>
        <w:t>Зараз ніколи! Біжу!..</w:t>
      </w:r>
    </w:p>
    <w:p>
      <w:r>
        <w:br/>
        <w:t>С о р о к а схопилася й побігла, не слухаючи Білочки. Вона зникла з очей. З а й ч и к з Білочкою тільки похитали здивовано головами, дивлячись їй услід.</w:t>
      </w:r>
    </w:p>
    <w:p>
      <w:r>
        <w:br/>
        <w:t>Б і л о ч к а&lt;br /&gt;</w:t>
        <w:br/>
        <w:t>Як так можна?! До Лисиці&lt;br /&gt;</w:t>
        <w:br/>
        <w:t>Від Тхора носити вість?!&lt;br /&gt;</w:t>
        <w:br/>
        <w:t>Просто злочин!..</w:t>
      </w:r>
    </w:p>
    <w:p>
      <w:r>
        <w:br/>
        <w:t>З а й ч и к (зітхає)&lt;br /&gt;</w:t>
        <w:br/>
        <w:t>Бідні птиці!&lt;br /&gt;</w:t>
        <w:br/>
        <w:t>Адже їх Лисиця з’їсть.</w:t>
      </w:r>
    </w:p>
    <w:p>
      <w:r>
        <w:br/>
        <w:t>Б і л о ч к а замислилась на хвилинку і враз сплеснула руками.</w:t>
      </w:r>
    </w:p>
    <w:p>
      <w:r>
        <w:br/>
        <w:t>Б і л о ч к а&lt;br /&gt;</w:t>
        <w:br/>
        <w:t>Слухай, Зайку! Мабуть, щойно&lt;br /&gt;</w:t>
        <w:br/>
        <w:t>це ж вони отут були!&lt;br /&gt;</w:t>
        <w:br/>
        <w:t>Розмовляли так пристойно,&lt;br /&gt;</w:t>
        <w:br/>
        <w:t>поспитались і пішли…</w:t>
      </w:r>
    </w:p>
    <w:p>
      <w:r>
        <w:br/>
        <w:t>З а й ч и к&lt;br /&gt;</w:t>
        <w:br/>
        <w:t>Справді так!</w:t>
      </w:r>
    </w:p>
    <w:p>
      <w:r>
        <w:br/>
        <w:t>Б і л о ч к а&lt;br /&gt;</w:t>
        <w:br/>
        <w:t>І ти їх, брате,&lt;br /&gt;</w:t>
        <w:br/>
        <w:t>надаремно налякав!</w:t>
      </w:r>
    </w:p>
    <w:p>
      <w:r>
        <w:br/>
        <w:t>З а й ч и к&lt;br /&gt;</w:t>
        <w:br/>
        <w:t>Та шукали ж пса Пірата…</w:t>
      </w:r>
    </w:p>
    <w:p>
      <w:r>
        <w:br/>
        <w:t>Б і л о ч к а&lt;br /&gt;</w:t>
        <w:br/>
        <w:t>Мало хто кого шукав!&lt;br /&gt;</w:t>
        <w:br/>
        <w:t>Значить, пес їм був потрібний.&lt;br /&gt;</w:t>
        <w:br/>
        <w:t>Через цей твій переляк&lt;br /&gt;</w:t>
        <w:br/>
        <w:t>ми поводилися хибно&lt;br /&gt;</w:t>
        <w:br/>
        <w:t>й неповажно!</w:t>
      </w:r>
    </w:p>
    <w:p>
      <w:r>
        <w:br/>
        <w:t>З а й ч и к&lt;br /&gt;</w:t>
        <w:br/>
        <w:t>Справді так!..</w:t>
      </w:r>
    </w:p>
    <w:p>
      <w:r>
        <w:br/>
        <w:t>Б і л о ч к а&lt;br /&gt;</w:t>
        <w:br/>
        <w:t>Ні про що не розпитались,&lt;br /&gt;</w:t>
        <w:br/>
        <w:t>зразу — в крик!.. Дверима — трах!..</w:t>
      </w:r>
    </w:p>
    <w:p>
      <w:r>
        <w:br/>
        <w:t>З а й ч и к (зніяковіло)&lt;br /&gt;</w:t>
        <w:br/>
        <w:t>Так, негарно все це сталось!&lt;br /&gt;</w:t>
        <w:br/>
        <w:t>Дуже шкода бідолах,&lt;br /&gt;</w:t>
        <w:br/>
        <w:t>бо Лисиця ж та хитрюща&lt;br /&gt;</w:t>
        <w:br/>
        <w:t>зразу їх підстереже…</w:t>
      </w:r>
    </w:p>
    <w:p>
      <w:r>
        <w:br/>
        <w:t>Б і л о ч к а&lt;br /&gt;</w:t>
        <w:br/>
        <w:t>Я того боюсь найдужче,&lt;br /&gt;</w:t>
        <w:br/>
        <w:t>що вони у неї вже!</w:t>
      </w:r>
    </w:p>
    <w:p>
      <w:r>
        <w:br/>
        <w:t>Б і л о ч к а і З а й ч и к принишкли, схвильовані подією. Потім Б і л о ч к а рішуче поклала руку на плече Зайчикові.</w:t>
      </w:r>
    </w:p>
    <w:p>
      <w:r>
        <w:br/>
        <w:t>От що, друже: цих мандрівців&lt;br /&gt;</w:t>
        <w:br/>
        <w:t>ми врятуємо самі!</w:t>
      </w:r>
    </w:p>
    <w:p>
      <w:r>
        <w:br/>
        <w:t>З а й ч и к (злякано)&lt;br /&gt;</w:t>
        <w:br/>
        <w:t>До Лисиці йти? До вбивці?!&lt;br /&gt;</w:t>
        <w:br/>
        <w:t>При своєму ти умі?</w:t>
      </w:r>
    </w:p>
    <w:p>
      <w:r>
        <w:br/>
        <w:t>Б і л о ч к а&lt;br /&gt;</w:t>
        <w:br/>
        <w:t>Ні! Ми знайдем пса Пірата,&lt;br /&gt;</w:t>
        <w:br/>
        <w:t>все йому розповімо,&lt;br /&gt;</w:t>
        <w:br/>
        <w:t>й до Лисиччиної хати&lt;br /&gt;</w:t>
        <w:br/>
        <w:t>ми його проведемо!</w:t>
      </w:r>
    </w:p>
    <w:p>
      <w:r>
        <w:br/>
        <w:t>З а й ч и к&lt;br /&gt;</w:t>
        <w:br/>
        <w:t>Пса Пірата? Я не можу!&lt;br /&gt;</w:t>
        <w:br/>
        <w:t>Я боюсь!</w:t>
      </w:r>
    </w:p>
    <w:p>
      <w:r>
        <w:br/>
        <w:t>Б і л о ч к а&lt;br /&gt;</w:t>
        <w:br/>
        <w:t>Зате ж Пірат&lt;br /&gt;</w:t>
        <w:br/>
        <w:t>цим нещасним допоможе,&lt;br /&gt;</w:t>
        <w:br/>
        <w:t>він же їхній друг і брат!</w:t>
      </w:r>
    </w:p>
    <w:p>
      <w:r>
        <w:br/>
        <w:t>З а й ч и к&lt;br /&gt;</w:t>
        <w:br/>
        <w:t>Страшно!..</w:t>
      </w:r>
    </w:p>
    <w:p>
      <w:r>
        <w:br/>
        <w:t>Б і л о ч к а&lt;br /&gt;</w:t>
        <w:br/>
        <w:t>Ми ж з тобою друзі,&lt;br /&gt;</w:t>
        <w:br/>
        <w:t>підем разом!</w:t>
      </w:r>
    </w:p>
    <w:p>
      <w:r>
        <w:br/>
        <w:t>З а й ч и к&lt;br /&gt;</w:t>
        <w:br/>
        <w:t>Не піду,&lt;br /&gt;</w:t>
        <w:br/>
        <w:t>пса боюсь я…</w:t>
      </w:r>
    </w:p>
    <w:p>
      <w:r>
        <w:br/>
        <w:t>Б і л о ч к а&lt;br /&gt;</w:t>
        <w:br/>
        <w:t>Боягузе!&lt;br /&gt;</w:t>
        <w:br/>
        <w:t>Ну й сиди! Сама знайду!</w:t>
      </w:r>
    </w:p>
    <w:p>
      <w:r>
        <w:br/>
        <w:t>З а й ч и к&lt;br /&gt;</w:t>
        <w:br/>
        <w:t>А мене покинеш?</w:t>
      </w:r>
    </w:p>
    <w:p>
      <w:r>
        <w:br/>
        <w:t>Б і л о ч к а&lt;br /&gt;</w:t>
        <w:br/>
        <w:t>Діло&lt;br /&gt;</w:t>
        <w:br/>
        <w:t>доведу я до кінця!&lt;br /&gt;</w:t>
        <w:br/>
        <w:t>З а й ч и к (вагаючись)&lt;br /&gt;</w:t>
        <w:br/>
        <w:t>Ну… якщо така ти сміла,&lt;br /&gt;</w:t>
        <w:br/>
        <w:t>я з тобою!</w:t>
      </w:r>
    </w:p>
    <w:p>
      <w:r>
        <w:br/>
        <w:t>Б і л о ч к а&lt;br /&gt;</w:t>
        <w:br/>
        <w:t>Молодця!</w:t>
      </w:r>
    </w:p>
    <w:p>
      <w:r>
        <w:br/>
        <w:t>Б і л о ч к а взяла його за руку, щоб разом бігти, але в останню хвилину З а й ч и к знову відступив.</w:t>
      </w:r>
    </w:p>
    <w:p>
      <w:r>
        <w:br/>
        <w:t>З а й ч и к&lt;br /&gt;</w:t>
        <w:br/>
        <w:t>Ні, не можу!..</w:t>
      </w:r>
    </w:p>
    <w:p>
      <w:r>
        <w:br/>
        <w:t>Б і л о ч к а&lt;br /&gt;</w:t>
        <w:br/>
        <w:t>Зайчик, любий!&lt;br /&gt;</w:t>
        <w:br/>
        <w:t>Хоч на мить свій страх забудь,&lt;br /&gt;</w:t>
        <w:br/>
        <w:t>бо Лисиця ж їх погубить!..</w:t>
      </w:r>
    </w:p>
    <w:p>
      <w:r>
        <w:br/>
        <w:t>З а й ч и к&lt;br /&gt;</w:t>
        <w:br/>
        <w:t>Ну, ходімо! Будь-що-будь!..</w:t>
      </w:r>
    </w:p>
    <w:p>
      <w:r>
        <w:br/>
        <w:t>Вони побралися за руки і вирушили в путь, співаючи.</w:t>
      </w:r>
    </w:p>
    <w:p>
      <w:r>
        <w:br/>
        <w:t>Б і л о ч к а і З а й ч и к&lt;br /&gt;</w:t>
        <w:br/>
        <w:t>Скоріше, Зайчику, скоріш!&lt;br /&gt;</w:t>
        <w:br/>
        <w:t>Не можна гаять час!&lt;br /&gt;</w:t>
        <w:br/>
        <w:t>Лисиця візьме гострий ніж,&lt;br /&gt;</w:t>
        <w:br/>
        <w:t>птахів заріже враз!..&lt;br /&gt;</w:t>
        <w:br/>
        <w:t>Та ми безбоязно йдемо&lt;br /&gt;</w:t>
        <w:br/>
        <w:t>на поміч тим птахам&lt;br /&gt;</w:t>
        <w:br/>
        <w:t>і панувати не дамо&lt;br /&gt;</w:t>
        <w:br/>
        <w:t>зубатим хижакам!</w:t>
      </w:r>
    </w:p>
    <w:p>
      <w:r>
        <w:br/>
        <w:t>( З а в і с а )</w:t>
      </w:r>
    </w:p>
    <w:p>
      <w:r>
        <w:br/>
        <w:t>Картина друга</w:t>
      </w:r>
    </w:p>
    <w:p>
      <w:r>
        <w:br/>
        <w:t>Б і л о ч к а і З а й ч и к прибігли на берег лісового озерця чи болітця. Берег весь зарослий очеретом, різними болотяними рослинами й квітками, а над ними низько похилилась велика стара верба з розложистими гілками.</w:t>
      </w:r>
    </w:p>
    <w:p>
      <w:r>
        <w:br/>
        <w:t>Б і л о ч к а&lt;br /&gt;</w:t>
        <w:br/>
        <w:t>Ну, де ж той пес?</w:t>
      </w:r>
    </w:p>
    <w:p>
      <w:r>
        <w:br/>
        <w:t>З а й ч и к&lt;br /&gt;</w:t>
        <w:br/>
        <w:t>Послухай, Білко,&lt;br /&gt;</w:t>
        <w:br/>
        <w:t>а може, він пішов на луг?</w:t>
      </w:r>
    </w:p>
    <w:p>
      <w:r>
        <w:br/>
        <w:t>Б і л о ч к а&lt;br /&gt;</w:t>
        <w:br/>
        <w:t>Стривай, я заберусь на гілку&lt;br /&gt;</w:t>
        <w:br/>
        <w:t>і роздивлюсь згори навкруг.</w:t>
      </w:r>
    </w:p>
    <w:p>
      <w:r>
        <w:br/>
        <w:t>Б і л о ч к а швидко збігла по похилому стовбуру верби нагору й стала пильно вдивлятися в далечінь.</w:t>
      </w:r>
    </w:p>
    <w:p>
      <w:r>
        <w:br/>
        <w:t>З а й ч и к&lt;br /&gt;</w:t>
        <w:br/>
        <w:t>Ну що?</w:t>
      </w:r>
    </w:p>
    <w:p>
      <w:r>
        <w:br/>
        <w:t>Б і л о ч к а&lt;br /&gt;</w:t>
        <w:br/>
        <w:t>Не можу помилиться…&lt;br /&gt;</w:t>
        <w:br/>
        <w:t>Он-он, де скошена трава…</w:t>
      </w:r>
    </w:p>
    <w:p>
      <w:r>
        <w:br/>
        <w:t>З а й ч и к&lt;br /&gt;</w:t>
        <w:br/>
        <w:t>Що там ти бачиш?</w:t>
      </w:r>
    </w:p>
    <w:p>
      <w:r>
        <w:br/>
        <w:t>Б і л о ч к а&lt;br /&gt;</w:t>
        <w:br/>
        <w:t>Край болітця&lt;br /&gt;</w:t>
        <w:br/>
        <w:t>мисливський пес відпочива!&lt;br /&gt;</w:t>
        <w:br/>
        <w:t>Його покличу я відразу!</w:t>
      </w:r>
    </w:p>
    <w:p>
      <w:r>
        <w:br/>
        <w:t>З а й ч и к (злякано)&lt;br /&gt;</w:t>
        <w:br/>
        <w:t>А я?.. А я?.. Куди ж мені?..</w:t>
      </w:r>
    </w:p>
    <w:p>
      <w:r>
        <w:br/>
        <w:t>Б і л о ч к а&lt;br /&gt;</w:t>
        <w:br/>
        <w:t>Іди сюди!</w:t>
      </w:r>
    </w:p>
    <w:p>
      <w:r>
        <w:br/>
        <w:t>З а й ч и к спробував злізти на вербу, але не зміг — скотився вниз.</w:t>
      </w:r>
    </w:p>
    <w:p>
      <w:r>
        <w:br/>
        <w:t>З а й ч и к&lt;br /&gt;</w:t>
        <w:br/>
        <w:t>Не вмію лазить!..</w:t>
      </w:r>
    </w:p>
    <w:p>
      <w:r>
        <w:br/>
        <w:t>Б і л о ч к а&lt;br /&gt;</w:t>
        <w:br/>
        <w:t>Ну, то сховайсь в гущавині!&lt;br /&gt;</w:t>
        <w:br/>
        <w:t>(Гукає, приклавши руки до рота)&lt;br /&gt;</w:t>
        <w:br/>
        <w:t>Піра-ат! Піра-ат!..</w:t>
      </w:r>
    </w:p>
    <w:p>
      <w:r>
        <w:br/>
        <w:t>З а й ч и к&lt;br /&gt;</w:t>
        <w:br/>
        <w:t>Ну що?</w:t>
      </w:r>
    </w:p>
    <w:p>
      <w:r>
        <w:br/>
        <w:t>Б і л о ч к а&lt;br /&gt;</w:t>
        <w:br/>
        <w:t>Не чує!&lt;br /&gt;</w:t>
        <w:br/>
        <w:t>А в тебе що, язик присох?&lt;br /&gt;</w:t>
        <w:br/>
        <w:t>Допомагай!</w:t>
      </w:r>
    </w:p>
    <w:p>
      <w:r>
        <w:br/>
        <w:t>З а й ч и к&lt;br /&gt;</w:t>
        <w:br/>
        <w:t>Та… та… тремчу я!</w:t>
      </w:r>
    </w:p>
    <w:p>
      <w:r>
        <w:br/>
        <w:t>Б і л о ч к а&lt;br /&gt;</w:t>
        <w:br/>
        <w:t>Покинь тремтіти! Треба вдвох!</w:t>
      </w:r>
    </w:p>
    <w:p>
      <w:r>
        <w:br/>
        <w:t>Б і л о ч к а й З а й ч и к (гукають щосили)&lt;br /&gt;</w:t>
        <w:br/>
        <w:t>Піра-ат!!! Піра-ат!!!..</w:t>
      </w:r>
    </w:p>
    <w:p>
      <w:r>
        <w:br/>
        <w:t>Б і л о ч к а&lt;br /&gt;</w:t>
        <w:br/>
        <w:t>Почув!.. Прислухавсь!..&lt;br /&gt;</w:t>
        <w:br/>
        <w:t>Помчався!..</w:t>
      </w:r>
    </w:p>
    <w:p>
      <w:r>
        <w:br/>
        <w:t>З а й ч и к мерщій сховався в кущах, потім визирнув з них.</w:t>
      </w:r>
    </w:p>
    <w:p>
      <w:r>
        <w:br/>
        <w:t>З а й ч и к&lt;br /&gt;</w:t>
        <w:br/>
        <w:t>Білочко, поглянь,&lt;br /&gt;</w:t>
        <w:br/>
        <w:t>чи не стирчать у мене вуха?&lt;br /&gt;</w:t>
        <w:br/>
        <w:t>Мене не видно?</w:t>
      </w:r>
    </w:p>
    <w:p>
      <w:r>
        <w:br/>
        <w:t>Б і л о ч к а&lt;br /&gt;</w:t>
        <w:br/>
        <w:t>Ах, відстань!&lt;br /&gt;</w:t>
        <w:br/>
        <w:t>Мовчи та диш!.. Ось він вже близько…&lt;br /&gt;</w:t>
        <w:br/>
        <w:t>Вже розсуває очерет…&lt;br /&gt;</w:t>
        <w:br/>
        <w:t>(Стиха.)&lt;br /&gt;</w:t>
        <w:br/>
        <w:t>І невтямки цьому Зайчиську,&lt;br /&gt;</w:t>
        <w:br/>
        <w:t>що зараз і мені — не мед!..</w:t>
      </w:r>
    </w:p>
    <w:p>
      <w:r>
        <w:br/>
        <w:t>Тут, розсуваючи перед собою очерет, з нього вийшов пес П і р а т — у мисливському одязі, на боці — мисливська сумка.</w:t>
      </w:r>
    </w:p>
    <w:p>
      <w:r>
        <w:br/>
        <w:t>П і р а т&lt;br /&gt;</w:t>
        <w:br/>
        <w:t>Ану, кому й чого тут треба?&lt;br /&gt;</w:t>
        <w:br/>
        <w:t>Хто звав мене? Ось я прийшов!</w:t>
      </w:r>
    </w:p>
    <w:p>
      <w:r>
        <w:br/>
        <w:t>Б і л о ч к а (згори, схвильовано)&lt;br /&gt;</w:t>
        <w:br/>
        <w:t>Ми — Білка й Зайчик!.. Ми до тебе!</w:t>
      </w:r>
    </w:p>
    <w:p>
      <w:r>
        <w:br/>
        <w:t>П і р а т&lt;br /&gt;</w:t>
        <w:br/>
        <w:t>А-а, Білочка! Здоров, здоров!&lt;br /&gt;</w:t>
        <w:br/>
        <w:t>А де ж це Зайчик?</w:t>
      </w:r>
    </w:p>
    <w:p>
      <w:r>
        <w:br/>
        <w:t>Б і л о ч к а&lt;br /&gt;</w:t>
        <w:br/>
        <w:t>Він боїться!&lt;br /&gt;</w:t>
        <w:br/>
        <w:t>В кущі сховався…</w:t>
      </w:r>
    </w:p>
    <w:p>
      <w:r>
        <w:br/>
        <w:t>П і р а т (сміється добродушно)&lt;br /&gt;</w:t>
        <w:br/>
        <w:t>Пес Пірат&lt;br /&gt;</w:t>
        <w:br/>
        <w:t>Полює тільки на Лисицю,&lt;br /&gt;</w:t>
        <w:br/>
        <w:t>а не на білок та зайчат!&lt;br /&gt;</w:t>
        <w:br/>
        <w:t>Виходь, Стрибайчику!</w:t>
      </w:r>
    </w:p>
    <w:p>
      <w:r>
        <w:br/>
        <w:t>З а й ч и к вийшов з кущів, але залишився осторонь, на чималій відстані.</w:t>
      </w:r>
    </w:p>
    <w:p>
      <w:r>
        <w:br/>
        <w:t>Та й Білці&lt;br /&gt;</w:t>
        <w:br/>
        <w:t>чи не спуститися б униз?</w:t>
      </w:r>
    </w:p>
    <w:p>
      <w:r>
        <w:br/>
        <w:t>Б і л о ч к а&lt;br /&gt;</w:t>
        <w:br/>
        <w:t>Мені зручніше тут, на гілці!&lt;br /&gt;</w:t>
        <w:br/>
        <w:t>Я звикла так!..</w:t>
      </w:r>
    </w:p>
    <w:p>
      <w:r>
        <w:br/>
        <w:t>П і р а т&lt;br /&gt;</w:t>
        <w:br/>
        <w:t>А я б не зліз&lt;br /&gt;</w:t>
        <w:br/>
        <w:t>на цю вербу, таку високу!&lt;br /&gt;</w:t>
        <w:br/>
        <w:t>Але — в чім справа?</w:t>
      </w:r>
    </w:p>
    <w:p>
      <w:r>
        <w:br/>
        <w:t>З а й ч и к і Б і л о ч к а почали наввипередки розповідати йому все.</w:t>
      </w:r>
    </w:p>
    <w:p>
      <w:r>
        <w:br/>
        <w:t>Б і л о ч к а&lt;br /&gt;</w:t>
        <w:br/>
        <w:t>В ліс прийшли&lt;br /&gt;</w:t>
        <w:br/>
        <w:t>дві свійські птиці!..</w:t>
      </w:r>
    </w:p>
    <w:p>
      <w:r>
        <w:br/>
        <w:t>З а й ч и к&lt;br /&gt;</w:t>
        <w:br/>
        <w:t>Нам Сорока&lt;br /&gt;</w:t>
        <w:br/>
        <w:t>сказала, що вони втекли…</w:t>
      </w:r>
    </w:p>
    <w:p>
      <w:r>
        <w:br/>
        <w:t>Б і л о ч к а&lt;br /&gt;</w:t>
        <w:br/>
        <w:t>І звістку понесла Лисиці,&lt;br /&gt;</w:t>
        <w:br/>
        <w:t>аби вона впіймала їх!</w:t>
      </w:r>
    </w:p>
    <w:p>
      <w:r>
        <w:br/>
        <w:t>З а й ч и к&lt;br /&gt;</w:t>
        <w:br/>
        <w:t>Ми бачили: це — мирні птиці!..</w:t>
      </w:r>
    </w:p>
    <w:p>
      <w:r>
        <w:br/>
        <w:t>Б і л о ч к а&lt;br /&gt;</w:t>
        <w:br/>
        <w:t>І, мабуть, з родичів твоїх!</w:t>
      </w:r>
    </w:p>
    <w:p>
      <w:r>
        <w:br/>
        <w:t>П і р а т&lt;br /&gt;</w:t>
        <w:br/>
        <w:t>Ану, постій-но! Почекай-но!&lt;br /&gt;</w:t>
        <w:br/>
        <w:t>Не говоріть обоє враз!&lt;br /&gt;</w:t>
        <w:br/>
        <w:t>Які це птиці?</w:t>
      </w:r>
    </w:p>
    <w:p>
      <w:r>
        <w:br/>
        <w:t>Б і л о ч к а&lt;br /&gt;</w:t>
        <w:br/>
        <w:t>Незвичайні!&lt;br /&gt;</w:t>
        <w:br/>
        <w:t>Таких ми бачим перший раз!</w:t>
      </w:r>
    </w:p>
    <w:p>
      <w:r>
        <w:br/>
        <w:t>П і р а т (міркує)&lt;br /&gt;</w:t>
        <w:br/>
        <w:t>Та-ак! Зрозумів: дві свійські птиці&lt;br /&gt;</w:t>
        <w:br/>
        <w:t>з’явились до тутешніх місць.&lt;br /&gt;</w:t>
        <w:br/>
        <w:t>Про це донесено Лисиці.&lt;br /&gt;</w:t>
        <w:br/>
        <w:t>Вона впіймає їх і з’їсть…&lt;br /&gt;</w:t>
        <w:br/>
        <w:t>Та тільки, може, ще не встигла?</w:t>
      </w:r>
    </w:p>
    <w:p>
      <w:r>
        <w:br/>
        <w:t>Б і л о ч к а (хвилюючись)&lt;br /&gt;</w:t>
        <w:br/>
        <w:t>Їм треба помогти в біді!</w:t>
      </w:r>
    </w:p>
    <w:p>
      <w:r>
        <w:br/>
        <w:t>П і р а т&lt;br /&gt;</w:t>
        <w:br/>
        <w:t>Авжеж! Які ж вони на вигляд?</w:t>
      </w:r>
    </w:p>
    <w:p>
      <w:r>
        <w:br/>
        <w:t>Б і л о ч к а&lt;br /&gt;</w:t>
        <w:br/>
        <w:t>Подружжя, мабуть… Молоді…&lt;br /&gt;</w:t>
        <w:br/>
        <w:t>Вона така біленька з себе&lt;br /&gt;</w:t>
        <w:br/>
        <w:t>і трохи меншенька на зріст,&lt;br /&gt;</w:t>
        <w:br/>
        <w:t>а в нього тут — червоний гребінь!&lt;br /&gt;</w:t>
        <w:br/>
        <w:t>А тут — великий гарний хвіст!</w:t>
      </w:r>
    </w:p>
    <w:p>
      <w:r>
        <w:br/>
        <w:t>П і р а т&lt;br /&gt;</w:t>
        <w:br/>
        <w:t>А-а, мабуть, Курочка та Півник!&lt;br /&gt;</w:t>
        <w:br/>
        <w:t>Але ж… з такої далини&lt;br /&gt;</w:t>
        <w:br/>
        <w:t>прийшли до лісу?! Дуже дивно!&lt;br /&gt;</w:t>
        <w:br/>
        <w:t>Що за халепа?!</w:t>
      </w:r>
    </w:p>
    <w:p>
      <w:r>
        <w:br/>
        <w:t>Б і л о ч к а&lt;br /&gt;</w:t>
        <w:br/>
        <w:t>Та вони&lt;br /&gt;</w:t>
        <w:br/>
        <w:t>тебе шукали!</w:t>
      </w:r>
    </w:p>
    <w:p>
      <w:r>
        <w:br/>
        <w:t>П і р а т&lt;br /&gt;</w:t>
        <w:br/>
        <w:t>Он як! Нащо?</w:t>
      </w:r>
    </w:p>
    <w:p>
      <w:r>
        <w:br/>
        <w:t>Б і л о ч к а й З а й ч и к&lt;br /&gt;</w:t>
        <w:br/>
        <w:t>Не знаєм…</w:t>
      </w:r>
    </w:p>
    <w:p>
      <w:r>
        <w:br/>
        <w:t>П і р а т&lt;br /&gt;</w:t>
        <w:br/>
        <w:t>Та не в цьому річ…&lt;br /&gt;</w:t>
        <w:br/>
        <w:t>Знайти їх треба швидше в хащах,&lt;br /&gt;</w:t>
        <w:br/>
        <w:t>ще поки не настала ніч!&lt;br /&gt;</w:t>
        <w:br/>
        <w:t>А головне — ту силу вражу,&lt;br /&gt;</w:t>
        <w:br/>
        <w:t>Лисицю ту мені знайти б!&lt;br /&gt;</w:t>
        <w:br/>
        <w:t>Та тільки де?..</w:t>
      </w:r>
    </w:p>
    <w:p>
      <w:r>
        <w:br/>
        <w:t>Б і л о ч к а&lt;br /&gt;</w:t>
        <w:br/>
        <w:t>А ми покажем!</w:t>
      </w:r>
    </w:p>
    <w:p>
      <w:r>
        <w:br/>
        <w:t>З а й ч и к&lt;br /&gt;</w:t>
        <w:br/>
        <w:t>Поведемо в найглибший глиб&lt;br /&gt;</w:t>
        <w:br/>
        <w:t>оцього лісу…</w:t>
      </w:r>
    </w:p>
    <w:p>
      <w:r>
        <w:br/>
        <w:t>Б і л о ч к а&lt;br /&gt;</w:t>
        <w:br/>
        <w:t>Там в хатинці&lt;br /&gt;</w:t>
        <w:br/>
        <w:t>живе Лисиця над струмком.</w:t>
      </w:r>
    </w:p>
    <w:p>
      <w:r>
        <w:br/>
        <w:t>П і р а т&lt;br /&gt;</w:t>
        <w:br/>
        <w:t>Нарешті з нею наодинці&lt;br /&gt;</w:t>
        <w:br/>
        <w:t>я побалакаю ладком!&lt;br /&gt;</w:t>
        <w:br/>
        <w:t>Я ж цілий день, як в полі вітра,&lt;br /&gt;</w:t>
        <w:br/>
        <w:t>шукав, ганяв туди й сюди…&lt;br /&gt;</w:t>
        <w:br/>
        <w:t>Але Лисиця дуже хитра&lt;br /&gt;</w:t>
        <w:br/>
        <w:t>і геть заплутала сліди!&lt;br /&gt;</w:t>
        <w:br/>
        <w:t>Та швидше в путь! Біжім щодуху!</w:t>
      </w:r>
    </w:p>
    <w:p>
      <w:r>
        <w:br/>
        <w:t>Б і л о ч к а стрибнула з дерева. П і р а т подав їй руку.</w:t>
      </w:r>
    </w:p>
    <w:p>
      <w:r>
        <w:br/>
        <w:t>Куди нам?</w:t>
      </w:r>
    </w:p>
    <w:p>
      <w:r>
        <w:br/>
        <w:t>Б і л о ч к а&lt;br /&gt;</w:t>
        <w:br/>
        <w:t>Впрост, крізь очерет!</w:t>
      </w:r>
    </w:p>
    <w:p>
      <w:r>
        <w:br/>
        <w:t>П і р а т&lt;br /&gt;</w:t>
        <w:br/>
        <w:t>Давай-но лапку, довговухий!</w:t>
      </w:r>
    </w:p>
    <w:p>
      <w:r>
        <w:br/>
        <w:t>З а й ч и к&lt;br /&gt;</w:t>
        <w:br/>
        <w:t>Ні, я помчуся наперед!</w:t>
      </w:r>
    </w:p>
    <w:p>
      <w:r>
        <w:br/>
        <w:t>Зайчик відскочив і хутко побіг у вказаному Білочкою напрямку. П і р а т і Б і л о ч к а поспішають за ним услід.</w:t>
      </w:r>
    </w:p>
    <w:p>
      <w:r>
        <w:br/>
        <w:t>П і р а т і Б і л о ч к а</w:t>
      </w:r>
    </w:p>
    <w:p>
      <w:r>
        <w:br/>
        <w:t>Скоріше! В лисяче кубло&lt;br /&gt;</w:t>
        <w:br/>
        <w:t>ми швидко знайдем шлях,&lt;br /&gt;</w:t>
        <w:br/>
        <w:t>щоб більш розбою не було,&lt;br /&gt;</w:t>
        <w:br/>
        <w:t>не гинув мирний птах!&lt;br /&gt;</w:t>
        <w:br/>
        <w:t>На поміч друзям та братам&lt;br /&gt;</w:t>
        <w:br/>
        <w:t>ми сміливо йдемо&lt;br /&gt;</w:t>
        <w:br/>
        <w:t>і панувати хижакам&lt;br /&gt;</w:t>
        <w:br/>
        <w:t>нізащо не дамо!</w:t>
      </w:r>
    </w:p>
    <w:p>
      <w:r>
        <w:br/>
        <w:t>( З а в і с а )</w:t>
      </w:r>
    </w:p>
    <w:p>
      <w:r>
        <w:br/>
        <w:t>Картина третя&lt;br /&gt;</w:t>
        <w:br/>
        <w:t>В іншому місці того ж лісу, біля струмка під дубком, примостилася Лисиччина хатка. Л и с и ц я в розбійницькому одязі, в крислатому капелюсі з півнячим пером, з ножем біля пояса, вийшла з хатки і стала роздратовано походжати взад-вперед по двору.</w:t>
      </w:r>
    </w:p>
    <w:p>
      <w:r>
        <w:br/>
        <w:t>Л и с и ц я&lt;br /&gt;</w:t>
        <w:br/>
        <w:t>Сорока щойно принесла&lt;br /&gt;</w:t>
        <w:br/>
        <w:t>мені від кума вість,&lt;br /&gt;</w:t>
        <w:br/>
        <w:t>що здобич бажана прийшла&lt;br /&gt;</w:t>
        <w:br/>
        <w:t>сама до наших місць:&lt;br /&gt;</w:t>
        <w:br/>
        <w:t>що Півник з Курочкою десь&lt;br /&gt;</w:t>
        <w:br/>
        <w:t>тут бродять… Так-то так,&lt;br /&gt;</w:t>
        <w:br/>
        <w:t>але сьогодні в лісі пес,&lt;br /&gt;</w:t>
        <w:br/>
        <w:t>що нас ловить мастак!&lt;br /&gt;</w:t>
        <w:br/>
        <w:t>І через те з свого двора&lt;br /&gt;</w:t>
        <w:br/>
        <w:t>боюсь я виткнуть ніс,&lt;br /&gt;</w:t>
        <w:br/>
        <w:t>хоча давно мені пора&lt;br /&gt;</w:t>
        <w:br/>
        <w:t>піймати тих гульвіс…</w:t>
      </w:r>
    </w:p>
    <w:p>
      <w:r>
        <w:br/>
        <w:t>Раптом вона щось почула, прислухалась, вдивилася в лісову гущавину і дуже зраділа.</w:t>
      </w:r>
    </w:p>
    <w:p>
      <w:r>
        <w:br/>
        <w:t>Хтось ніби йде?.. Вони!.. Ха-ха!&lt;br /&gt;</w:t>
        <w:br/>
        <w:t>Ну що ж, мені щастить!&lt;br /&gt;</w:t>
        <w:br/>
        <w:t>На те Лисичка не плоха,&lt;br /&gt;</w:t>
        <w:br/>
        <w:t>щоб Півня обдурить!</w:t>
      </w:r>
    </w:p>
    <w:p>
      <w:r>
        <w:br/>
        <w:t>Лисиця швидко наділа поверх розбійницького одягу широкий білий фартушок, скинула капелюха і запнулася білосніжною хустинкою. Одразу набравши вигляду доброчесної господарки, вона оглянула себе в дзеркальце і, хитро підморгнувши, сховалася в хатці. Увійшли П і в н и к та К у р о ч к а.</w:t>
      </w:r>
    </w:p>
    <w:p>
      <w:r>
        <w:br/>
        <w:t>П і в н и к&lt;br /&gt;</w:t>
        <w:br/>
        <w:t>Ну от, ти бідкалася марно,&lt;br /&gt;</w:t>
        <w:br/>
        <w:t>що ми зайшли в страшенну глуш, —&lt;br /&gt;</w:t>
        <w:br/>
        <w:t>а тут, бач, хатка дуже гарна!&lt;br /&gt;</w:t>
        <w:br/>
        <w:t>Постукаю!</w:t>
      </w:r>
    </w:p>
    <w:p>
      <w:r>
        <w:br/>
        <w:t>К у р о ч к а&lt;br /&gt;</w:t>
        <w:br/>
        <w:t>Ой, ні! Не руш!..&lt;br /&gt;</w:t>
        <w:br/>
        <w:t>Бо, може, й тут сердиті звірі&lt;br /&gt;</w:t>
        <w:br/>
        <w:t>на нас нагримають, як ті…</w:t>
      </w:r>
    </w:p>
    <w:p>
      <w:r>
        <w:br/>
        <w:t>П і в н и к&lt;br /&gt;</w:t>
        <w:br/>
        <w:t>Всього боятися без міри&lt;br /&gt;</w:t>
        <w:br/>
        <w:t>не можна у своїм житті!</w:t>
      </w:r>
    </w:p>
    <w:p>
      <w:r>
        <w:br/>
        <w:t>К у р о ч к а знесилено сіла на краєчок ґанку, а П і в н и к рішуче зійшов на ґанок і постукав у двері. Двері одразу відчинилися, і з хатки вийшла Л и с и ц я, ласкава й привітна, з солоденькою усмішкою.</w:t>
      </w:r>
    </w:p>
    <w:p>
      <w:r>
        <w:br/>
        <w:t>Л и с и ц я&lt;br /&gt;</w:t>
        <w:br/>
        <w:t>Ах, прошу, прошу, любі гості!&lt;br /&gt;</w:t>
        <w:br/>
        <w:t>Прийміть вітаннячко моє!&lt;br /&gt;</w:t>
        <w:br/>
        <w:t>Чому ж ти сіла на помості,&lt;br /&gt;</w:t>
        <w:br/>
        <w:t>коли у хаті місце є?&lt;br /&gt;</w:t>
        <w:br/>
        <w:t>Заходьте, відпочиньте трішки…&lt;br /&gt;</w:t>
        <w:br/>
        <w:t>Напевно, здалека йдете?&lt;br /&gt;</w:t>
        <w:br/>
        <w:t>У вас болять, я бачу, ніжки,&lt;br /&gt;</w:t>
        <w:br/>
        <w:t>а в мене є м’якенькі ліжка,&lt;br /&gt;</w:t>
        <w:br/>
        <w:t>смачне насіння та горішки —&lt;br /&gt;</w:t>
        <w:br/>
        <w:t>то й поїсте, і заснете…</w:t>
      </w:r>
    </w:p>
    <w:p>
      <w:r>
        <w:br/>
        <w:t>К у р о ч к а зраділо схопилася з місця. З-за кущів, ніким не помічена, визирнула С о р о к а — і зникла.</w:t>
      </w:r>
    </w:p>
    <w:p>
      <w:r>
        <w:br/>
        <w:t>К у р о ч к а&lt;br /&gt;</w:t>
        <w:br/>
        <w:t>Ах, ах, спасибі! Дуже рада&lt;br /&gt;</w:t>
        <w:br/>
        <w:t>у вас побути…</w:t>
      </w:r>
    </w:p>
    <w:p>
      <w:r>
        <w:br/>
        <w:t>П і в н и к (спиняє її)&lt;br /&gt;</w:t>
        <w:br/>
        <w:t>Що це ти?!&lt;br /&gt;</w:t>
        <w:br/>
        <w:t>Ми лиш попросимо поради,&lt;br /&gt;</w:t>
        <w:br/>
        <w:t>бо треба швидше далі йти!</w:t>
      </w:r>
    </w:p>
    <w:p>
      <w:r>
        <w:br/>
        <w:t>К у р о ч к а&lt;br /&gt;</w:t>
        <w:br/>
        <w:t>Я так стомилась! Хоч хвилинку&lt;br /&gt;</w:t>
        <w:br/>
        <w:t>спочити б!..</w:t>
      </w:r>
    </w:p>
    <w:p>
      <w:r>
        <w:br/>
        <w:t>Л и с и ц я&lt;br /&gt;</w:t>
        <w:br/>
        <w:t>Я благаю вас!&lt;br /&gt;</w:t>
        <w:br/>
        <w:t>Невже ж не можна у хатинку&lt;br /&gt;</w:t>
        <w:br/>
        <w:t>зайти хоч на недовгий час?</w:t>
      </w:r>
    </w:p>
    <w:p>
      <w:r>
        <w:br/>
        <w:t>П і в н и к&lt;br /&gt;</w:t>
        <w:br/>
        <w:t>Ні, дякуємо! Тільки слово&lt;br /&gt;</w:t>
        <w:br/>
        <w:t>від вас почуть я був би рад:&lt;br /&gt;</w:t>
        <w:br/>
        <w:t>чи десь у лісі випадково&lt;br /&gt;</w:t>
        <w:br/>
        <w:t>вам не стрічався пес Пірат?</w:t>
      </w:r>
    </w:p>
    <w:p>
      <w:r>
        <w:br/>
        <w:t>Л и с и ц я&lt;br /&gt;</w:t>
        <w:br/>
        <w:t>Як? Пес Пірат? Та це ж мій родич!&lt;br /&gt;</w:t>
        <w:br/>
        <w:t>Його знайду я жартома!..&lt;br /&gt;</w:t>
        <w:br/>
        <w:t>А ви заходьте до господи,&lt;br /&gt;</w:t>
        <w:br/>
        <w:t>чого ж вам бігати дарма?&lt;br /&gt;</w:t>
        <w:br/>
        <w:t>Та не вагайтесь! Прошу, прошу,&lt;br /&gt;</w:t>
        <w:br/>
        <w:t>давайте ваші рюкзаки!..</w:t>
      </w:r>
    </w:p>
    <w:p>
      <w:r>
        <w:br/>
        <w:t>(Забирає у Курочки рюкзак і допомагає їй зійти на сходи.)</w:t>
      </w:r>
    </w:p>
    <w:p>
      <w:r>
        <w:br/>
        <w:t>Є в мене яблучка хороші,&lt;br /&gt;</w:t>
        <w:br/>
        <w:t>млинці й гарячі пиріжки…</w:t>
      </w:r>
    </w:p>
    <w:p>
      <w:r>
        <w:br/>
        <w:t>К у р о ч к а&lt;br /&gt;</w:t>
        <w:br/>
        <w:t>Ах, ах, яка ж ви люба й мила!&lt;br /&gt;</w:t>
        <w:br/>
        <w:t>Ходім же, Півнику!</w:t>
      </w:r>
    </w:p>
    <w:p>
      <w:r>
        <w:br/>
        <w:t>П і в н и к (вагаючись)&lt;br /&gt;</w:t>
        <w:br/>
        <w:t>Ну що ж…&lt;br /&gt;</w:t>
        <w:br/>
        <w:t>Звичайно, Курочка стомилась…&lt;br /&gt;</w:t>
        <w:br/>
        <w:t>Признаться, й я стомивсь також!&lt;br /&gt;</w:t>
        <w:br/>
        <w:t>Коли така вже ваша ласка&lt;br /&gt;</w:t>
        <w:br/>
        <w:t>самій знайти Пірата-пса…</w:t>
      </w:r>
    </w:p>
    <w:p>
      <w:r>
        <w:br/>
        <w:t>К у р о ч к а (заходячи до хатки)&lt;br /&gt;</w:t>
        <w:br/>
        <w:t>Хатинка ваша — просто казка!&lt;br /&gt;</w:t>
        <w:br/>
        <w:t>Така затишність і краса!..</w:t>
      </w:r>
    </w:p>
    <w:p>
      <w:r>
        <w:br/>
        <w:t>П і в н и к услід за К у р о ч к о ю зайшов до хати. Лисиця, хитро посміхнувшись і ласо облизнувшись, пішла за ними. В цей час з лісу вибіг захеканий З а й ч и к і зразу ж приховався за кущик, прислухаючись — що тут діється. З хати вийшла Л и с и ц я і спинилася на порозі.</w:t>
      </w:r>
    </w:p>
    <w:p>
      <w:r>
        <w:br/>
        <w:t>Л и с и ц я&lt;br /&gt;</w:t>
        <w:br/>
        <w:t>До столу, Курочко, сідай-но!&lt;br /&gt;</w:t>
        <w:br/>
        <w:t>Влаштовуйсь, Півничку, і ти!&lt;br /&gt;</w:t>
        <w:br/>
        <w:t>Я вас покину, щоб негайно&lt;br /&gt;</w:t>
        <w:br/>
        <w:t>сюди Пірата привести…</w:t>
      </w:r>
    </w:p>
    <w:p>
      <w:r>
        <w:br/>
        <w:t>Лисиця зачинила за собою двері, дістала великий замок і обережно, щоб не грюкнути, навісила його на двері й замкнула. Потім зловтішно посміхнулася і стала скидати з себе фартушок і хустинку.</w:t>
      </w:r>
    </w:p>
    <w:p>
      <w:r>
        <w:br/>
        <w:t>Хай наїдаються дурні&lt;br /&gt;</w:t>
        <w:br/>
        <w:t>та виспляться як слід&lt;br /&gt;</w:t>
        <w:br/>
        <w:t>і будуть ситі та смачні&lt;br /&gt;</w:t>
        <w:br/>
        <w:t>на завтрашній обід!&lt;br /&gt;</w:t>
        <w:br/>
        <w:t>А зараз — скину фартушок&lt;br /&gt;</w:t>
        <w:br/>
        <w:t>і… на пташиний двір!&lt;br /&gt;</w:t>
        <w:br/>
        <w:t>Невже ж поїсть усіх качок&lt;br /&gt;</w:t>
        <w:br/>
        <w:t>отой жаднюга — Тхір?!&lt;br /&gt;</w:t>
        <w:br/>
        <w:t>Він хоче, щоб усе — йому…&lt;br /&gt;</w:t>
        <w:br/>
        <w:t>Та ні! — дурних нема!&lt;br /&gt;</w:t>
        <w:br/>
        <w:t>Нехай мене, свою куму,&lt;br /&gt;</w:t>
        <w:br/>
        <w:t>в компанію прийма!..&lt;br /&gt;</w:t>
        <w:br/>
        <w:t>Знайду я стежку потайну&lt;br /&gt;</w:t>
        <w:br/>
        <w:t>через байрак та бір&lt;br /&gt;</w:t>
        <w:br/>
        <w:t>і пса Пірата обмину&lt;br /&gt;</w:t>
        <w:br/>
        <w:t>та ще до ночі прослизну&lt;br /&gt;</w:t>
        <w:br/>
        <w:t>на той пташиний двір!..</w:t>
      </w:r>
    </w:p>
    <w:p>
      <w:r>
        <w:br/>
        <w:t>Скинувши фартушок та хустинку, Лисиця напнула капелюха з півнячим пером, узяла торбу на плече, прислухалася — що там у хаті, і навшпиньках побігла з двору. Коли вона зникла, з-за кущів вискочив З а й ч и к.</w:t>
      </w:r>
    </w:p>
    <w:p>
      <w:r>
        <w:br/>
        <w:t>З а й ч и к&lt;br /&gt;</w:t>
        <w:br/>
        <w:t>Ура, ура! Я все підслухав!&lt;br /&gt;</w:t>
        <w:br/>
        <w:t>Вона не встигла з’їсти їх!..&lt;br /&gt;</w:t>
        <w:br/>
        <w:t>Я так спішив, я біг щодуху,&lt;br /&gt;</w:t>
        <w:br/>
        <w:t>не чувши під собою ніг.&lt;br /&gt;</w:t>
        <w:br/>
        <w:t>Я й через річечку глибоку&lt;br /&gt;</w:t>
        <w:br/>
        <w:t>перемахнув одним стрибком!..&lt;br /&gt;</w:t>
        <w:br/>
        <w:t>Негарно, може, з мого боку,&lt;br /&gt;</w:t>
        <w:br/>
        <w:t>що я покинув Білку з псом?&lt;br /&gt;</w:t>
        <w:br/>
        <w:t>Та я боявся!.. Добре Білці:&lt;br /&gt;</w:t>
        <w:br/>
        <w:t>вона хоч зблизька, хоч здаля&lt;br /&gt;</w:t>
        <w:br/>
        <w:t>сидить собі вгорі на гілці&lt;br /&gt;</w:t>
        <w:br/>
        <w:t>і з псом, як з рівним, розмовля!&lt;br /&gt;</w:t>
        <w:br/>
        <w:t>Зате сюди прибіг я швидко&lt;br /&gt;</w:t>
        <w:br/>
        <w:t>і все підслухав! (Стукає у віконце)&lt;br /&gt;</w:t>
        <w:br/>
        <w:t>Друзі, гей!&lt;br /&gt;</w:t>
        <w:br/>
        <w:t>Чи ви поснули? Вас не видко!&lt;br /&gt;</w:t>
        <w:br/>
        <w:t>Та підійдіть же до дверей,&lt;br /&gt;</w:t>
        <w:br/>
        <w:t>прокиньтесь!</w:t>
      </w:r>
    </w:p>
    <w:p>
      <w:r>
        <w:br/>
        <w:t>У віконце виглянула К у р о ч к а.</w:t>
      </w:r>
    </w:p>
    <w:p>
      <w:r>
        <w:br/>
        <w:t>К у р о ч к а&lt;br /&gt;</w:t>
        <w:br/>
        <w:t>Півнику, послухай —&lt;br /&gt;</w:t>
        <w:br/>
        <w:t>нас кличуть з двору… Глянь лишень,&lt;br /&gt;</w:t>
        <w:br/>
        <w:t>це ж той сердитий довговухий,&lt;br /&gt;</w:t>
        <w:br/>
        <w:t>що нас прогнав сьогодні вдень!</w:t>
      </w:r>
    </w:p>
    <w:p>
      <w:r>
        <w:br/>
        <w:t>У віконці з’явився П і в н и к.</w:t>
      </w:r>
    </w:p>
    <w:p>
      <w:r>
        <w:br/>
        <w:t>П і в н и к (сухо)&lt;br /&gt;</w:t>
        <w:br/>
        <w:t>Ну що таке? Яка там справа?</w:t>
      </w:r>
    </w:p>
    <w:p>
      <w:r>
        <w:br/>
        <w:t>З а й ч и к&lt;br /&gt;</w:t>
        <w:br/>
        <w:t>Вам треба звідсіля втекти!</w:t>
      </w:r>
    </w:p>
    <w:p>
      <w:r>
        <w:br/>
        <w:t>П і в н и к&lt;br /&gt;</w:t>
        <w:br/>
        <w:t>Чому ж? Гостинна та ласкава&lt;br /&gt;</w:t>
        <w:br/>
        <w:t>хозяйка тут, не те, що ти!</w:t>
      </w:r>
    </w:p>
    <w:p>
      <w:r>
        <w:br/>
        <w:t>З а й ч и к&lt;br /&gt;</w:t>
        <w:br/>
        <w:t>Ні, ні! Вона сердита, хижа!</w:t>
      </w:r>
    </w:p>
    <w:p>
      <w:r>
        <w:br/>
        <w:t>К у р о ч к а&lt;br /&gt;</w:t>
        <w:br/>
        <w:t>Яка брехня!</w:t>
      </w:r>
    </w:p>
    <w:p>
      <w:r>
        <w:br/>
        <w:t>П і в н и к (суворо)&lt;br /&gt;</w:t>
        <w:br/>
        <w:t>Це — наговір.&lt;br /&gt;</w:t>
        <w:br/>
        <w:t>Вона дала нам добру їжу&lt;br /&gt;</w:t>
        <w:br/>
        <w:t>й побігла…</w:t>
      </w:r>
    </w:p>
    <w:p>
      <w:r>
        <w:br/>
        <w:t>З а й ч и к&lt;br /&gt;</w:t>
        <w:br/>
        <w:t>…на пташиний двір!</w:t>
      </w:r>
    </w:p>
    <w:p>
      <w:r>
        <w:br/>
        <w:t>П і в н и к&lt;br /&gt;</w:t>
        <w:br/>
        <w:t>А от і ні! Вона побігла,&lt;br /&gt;</w:t>
        <w:br/>
        <w:t>щоб друга нашого знайти.&lt;br /&gt;</w:t>
        <w:br/>
        <w:t>Невже ж це я такий невіглас —&lt;br /&gt;</w:t>
        <w:br/>
        <w:t>повірю в те, що кажеш ти?!&lt;br /&gt;</w:t>
        <w:br/>
        <w:t>Я бачу, зовсім нас прогнати&lt;br /&gt;</w:t>
        <w:br/>
        <w:t>надумав ти із ваших місць…</w:t>
      </w:r>
    </w:p>
    <w:p>
      <w:r>
        <w:br/>
        <w:t>З а й ч и к (у розпачі)&lt;br /&gt;</w:t>
        <w:br/>
        <w:t>Ах!.. Як тебе переконати,&lt;br /&gt;</w:t>
        <w:br/>
        <w:t>що вас Лисиця завтра з’їсть!</w:t>
      </w:r>
    </w:p>
    <w:p>
      <w:r>
        <w:br/>
        <w:t>К у р о ч к а (злякано)&lt;br /&gt;</w:t>
        <w:br/>
        <w:t>Яка Лисиця?</w:t>
      </w:r>
    </w:p>
    <w:p>
      <w:r>
        <w:br/>
        <w:t>П і в н и к&lt;br /&gt;</w:t>
        <w:br/>
        <w:t>Годі, годі!&lt;br /&gt;</w:t>
        <w:br/>
        <w:t>Лисиці тут не бачив я.</w:t>
      </w:r>
    </w:p>
    <w:p>
      <w:r>
        <w:br/>
        <w:t>З а й ч и к&lt;br /&gt;</w:t>
        <w:br/>
        <w:t>А хто ж хазяйка в цій господі?!&lt;br /&gt;</w:t>
        <w:br/>
        <w:t>Лисиця — це ж її ім’я!</w:t>
      </w:r>
    </w:p>
    <w:p>
      <w:r>
        <w:br/>
        <w:t>П і в н и к і К у р о ч к а&lt;br /&gt;</w:t>
        <w:br/>
        <w:t>Не може бути!!!</w:t>
      </w:r>
    </w:p>
    <w:p>
      <w:r>
        <w:br/>
        <w:t>З а й ч и к&lt;br /&gt;</w:t>
        <w:br/>
        <w:t>Хитра, спритна,&lt;br /&gt;</w:t>
        <w:br/>
        <w:t>на всякі вигадки метка…</w:t>
      </w:r>
    </w:p>
    <w:p>
      <w:r>
        <w:br/>
        <w:t>К у р о ч к а (плаче)&lt;br /&gt;</w:t>
        <w:br/>
        <w:t>Вона ж була така привітна!</w:t>
      </w:r>
    </w:p>
    <w:p>
      <w:r>
        <w:br/>
        <w:t>З а й ч и к&lt;br /&gt;</w:t>
        <w:br/>
        <w:t>Ото ж то й є, вона така!&lt;br /&gt;</w:t>
        <w:br/>
        <w:t>П і в н и к (зніяковіло)&lt;br /&gt;</w:t>
        <w:br/>
        <w:t>Ще досі я лисиць у вічі&lt;br /&gt;</w:t>
        <w:br/>
        <w:t>не бачив… Отже, й не збагнув…</w:t>
      </w:r>
    </w:p>
    <w:p>
      <w:r>
        <w:br/>
        <w:t>К у р о ч к а&lt;br /&gt;</w:t>
        <w:br/>
        <w:t>Але ж тікати треба швидше!&lt;br /&gt;</w:t>
        <w:br/>
        <w:t>П і в н и к (торкає двері зсередини)&lt;br /&gt;</w:t>
        <w:br/>
        <w:t>Ого! А хто ж це нас замкнув?!</w:t>
      </w:r>
    </w:p>
    <w:p>
      <w:r>
        <w:br/>
        <w:t>З а й ч и к&lt;br /&gt;</w:t>
        <w:br/>
        <w:t>Нічого! Камінь можна взяти&lt;br /&gt;</w:t>
        <w:br/>
        <w:t>і збити…</w:t>
      </w:r>
    </w:p>
    <w:p>
      <w:r>
        <w:br/>
        <w:t>Зайчик схопив камінець, заходився збивати замок, але нічого не виходить!</w:t>
      </w:r>
    </w:p>
    <w:p>
      <w:r>
        <w:br/>
        <w:t>К у р о ч к а (з віконця)&lt;br /&gt;</w:t>
        <w:br/>
        <w:t>Лапки вже в крові!..</w:t>
      </w:r>
    </w:p>
    <w:p>
      <w:r>
        <w:br/>
        <w:t>З а й ч и к&lt;br /&gt;</w:t>
        <w:br/>
        <w:t>Замок міцненький, що й казати!..</w:t>
      </w:r>
    </w:p>
    <w:p>
      <w:r>
        <w:br/>
        <w:t>У цю мить прожогом прибігли Б і л о ч к а й П і р а т. Побачивши Півника та Курочку, вони радо сплеснули руками.</w:t>
      </w:r>
    </w:p>
    <w:p>
      <w:r>
        <w:br/>
        <w:t>Б і л о ч к а&lt;br /&gt;</w:t>
        <w:br/>
        <w:t>Вони живі?!</w:t>
      </w:r>
    </w:p>
    <w:p>
      <w:r>
        <w:br/>
        <w:t>П і в н и к і К у р о ч к а&lt;br /&gt;</w:t>
        <w:br/>
        <w:t>Живі!.. Живі!..</w:t>
      </w:r>
    </w:p>
    <w:p>
      <w:r>
        <w:br/>
        <w:t>П і р а т (підходить до Зайчика)&lt;br /&gt;</w:t>
        <w:br/>
        <w:t>Давай свій камінь!&lt;br /&gt;</w:t>
        <w:br/>
        <w:t>(Одним ударом збиває замок.)&lt;br /&gt;</w:t>
        <w:br/>
        <w:t>Тільки й діла!..</w:t>
      </w:r>
    </w:p>
    <w:p>
      <w:r>
        <w:br/>
        <w:t>Двері розчахнулися, з хатки вибігли П і в н и к та К у р о ч к а й кинулися обіймати П і р а т а. Він одбивається, сміючись.</w:t>
      </w:r>
    </w:p>
    <w:p>
      <w:r>
        <w:br/>
        <w:t>Та годі вам!.. Обоє враз!..</w:t>
      </w:r>
    </w:p>
    <w:p>
      <w:r>
        <w:br/>
        <w:t>К у р о ч к а&lt;br /&gt;</w:t>
        <w:br/>
        <w:t>Я так зраділа… так зраділа!.. (Плаче.)</w:t>
      </w:r>
    </w:p>
    <w:p>
      <w:r>
        <w:br/>
        <w:t>П і р а т&lt;br /&gt;</w:t>
        <w:br/>
        <w:t>Чого ж ти плачеш? Все гаразд!</w:t>
      </w:r>
    </w:p>
    <w:p>
      <w:r>
        <w:br/>
        <w:t>П і в н и к&lt;br /&gt;</w:t>
        <w:br/>
        <w:t>Ні, ще не все! Бо ми ж немарно&lt;br /&gt;</w:t>
        <w:br/>
        <w:t>тебе шукали: хижий звір&lt;br /&gt;</w:t>
        <w:br/>
        <w:t>заліз до нашої пташарні!..</w:t>
      </w:r>
    </w:p>
    <w:p>
      <w:r>
        <w:br/>
        <w:t>З а й ч и к&lt;br /&gt;</w:t>
        <w:br/>
        <w:t>Лисиччин кум! Жаднюга Тхір!&lt;br /&gt;</w:t>
        <w:br/>
        <w:t>Вона туди ж побігла: хоче&lt;br /&gt;</w:t>
        <w:br/>
        <w:t>поїсти разом з ним качок…</w:t>
      </w:r>
    </w:p>
    <w:p>
      <w:r>
        <w:br/>
        <w:t>П і р а т&lt;br /&gt;</w:t>
        <w:br/>
        <w:t>Біжімо швидше! Щоб до ночі&lt;br /&gt;</w:t>
        <w:br/>
        <w:t>обох впіймати на гачок!</w:t>
      </w:r>
    </w:p>
    <w:p>
      <w:r>
        <w:br/>
        <w:t>П і в н и к&lt;br /&gt;</w:t>
        <w:br/>
        <w:t>Скоріше!</w:t>
      </w:r>
    </w:p>
    <w:p>
      <w:r>
        <w:br/>
        <w:t>Б і л о ч к а&lt;br /&gt;</w:t>
        <w:br/>
        <w:t>День помалу гасне…</w:t>
      </w:r>
    </w:p>
    <w:p>
      <w:r>
        <w:br/>
        <w:t>П і р а т&lt;br /&gt;</w:t>
        <w:br/>
        <w:t>За небом стежте: вірний знак —&lt;br /&gt;</w:t>
        <w:br/>
        <w:t>як тільки зійде місяць ясний,&lt;br /&gt;</w:t>
        <w:br/>
        <w:t>почне розбій нічний хижак!</w:t>
      </w:r>
    </w:p>
    <w:p>
      <w:r>
        <w:br/>
        <w:t>Б і л о ч к а і З а й ч и к&lt;br /&gt;</w:t>
        <w:br/>
        <w:t>Ми з вами теж!</w:t>
      </w:r>
    </w:p>
    <w:p>
      <w:r>
        <w:br/>
        <w:t>П і в н и к і К у р о ч к а&lt;br /&gt;</w:t>
        <w:br/>
        <w:t>Звичайно, з нами!&lt;br /&gt;</w:t>
        <w:br/>
        <w:t>У с і (беруться за руки)&lt;br /&gt;</w:t>
        <w:br/>
        <w:t>Довіку будемо дружить —&lt;br /&gt;</w:t>
        <w:br/>
        <w:t>і з будь-якими ворогами&lt;br /&gt;</w:t>
        <w:br/>
        <w:t>зумієм впоратися вмить!!!</w:t>
      </w:r>
    </w:p>
    <w:p>
      <w:r>
        <w:br/>
        <w:t>( З а в і с а )</w:t>
      </w:r>
    </w:p>
    <w:p>
      <w:r>
        <w:br/>
        <w:t>Дія третя</w:t>
      </w:r>
    </w:p>
    <w:p>
      <w:r>
        <w:br/>
        <w:t>Вже сонце почало схилятися до заходу. Довгі тіні простяглися через двір пташарні. А досі ще нічого не чути було ні про пса Пірата, ні про Півника з Курочкою… Занепокоєні цим І н д и к та Г у с а к ходять туди й сюди по двору, поглядаючи на небо, на сонце. Зі своєї хатки визирнула К а ч к а, стримуючи своїх К а ч е н я т, які пориваються вийти.</w:t>
      </w:r>
    </w:p>
    <w:p>
      <w:r>
        <w:br/>
        <w:t>К а ч к а&lt;br /&gt;</w:t>
        <w:br/>
        <w:t>Ну що?</w:t>
      </w:r>
    </w:p>
    <w:p>
      <w:r>
        <w:br/>
        <w:t>Г у с а к&lt;br /&gt;</w:t>
        <w:br/>
        <w:t>Пірата все не видко!</w:t>
      </w:r>
    </w:p>
    <w:p>
      <w:r>
        <w:br/>
        <w:t>І н д и к&lt;br /&gt;</w:t>
        <w:br/>
        <w:t>І Півня з Курочкою теж!</w:t>
      </w:r>
    </w:p>
    <w:p>
      <w:r>
        <w:br/>
        <w:t>К а ч к а&lt;br /&gt;</w:t>
        <w:br/>
        <w:t>А час іде!.. І дуже швидко!</w:t>
      </w:r>
    </w:p>
    <w:p>
      <w:r>
        <w:br/>
        <w:t>І н д и к&lt;br /&gt;</w:t>
        <w:br/>
        <w:t>А ти за дітьми краще стеж:&lt;br /&gt;</w:t>
        <w:br/>
        <w:t>щоб не виходили в цю пору,&lt;br /&gt;</w:t>
        <w:br/>
        <w:t>ти у хатині їх замкни!</w:t>
      </w:r>
    </w:p>
    <w:p>
      <w:r>
        <w:br/>
        <w:t>К а ч к а&lt;br /&gt;</w:t>
        <w:br/>
        <w:t>Ах, ах! Які там в нас запори! —&lt;br /&gt;</w:t>
        <w:br/>
        <w:t>Відскочать зразу — лиш дмухни…</w:t>
      </w:r>
    </w:p>
    <w:p>
      <w:r>
        <w:br/>
        <w:t>Г у с а к&lt;br /&gt;</w:t>
        <w:br/>
        <w:t>Здається, йдуть!</w:t>
      </w:r>
    </w:p>
    <w:p>
      <w:r>
        <w:br/>
        <w:t>І н д и к (виглянувши за хвіртку)&lt;br /&gt;</w:t>
        <w:br/>
        <w:t>Ні, це Сорока!</w:t>
      </w:r>
    </w:p>
    <w:p>
      <w:r>
        <w:br/>
        <w:t>У хвіртку швидко вбігла С о р о к а. Звичайно, знов чутки несе!</w:t>
      </w:r>
    </w:p>
    <w:p>
      <w:r>
        <w:br/>
        <w:t>С о р о к а&lt;br /&gt;</w:t>
        <w:br/>
        <w:t>А от і ні! На власне око&lt;br /&gt;</w:t>
        <w:br/>
        <w:t>сама я бачила усе!..&lt;br /&gt;</w:t>
        <w:br/>
        <w:t>Це не якісь там небилиці,&lt;br /&gt;</w:t>
        <w:br/>
        <w:t>а правда: Півник, ваш співак,&lt;br /&gt;</w:t>
        <w:br/>
        <w:t>і Курочка — вже у Лисиці!</w:t>
      </w:r>
    </w:p>
    <w:p>
      <w:r>
        <w:br/>
        <w:t>І н д и к і Г у с а к&lt;br /&gt;</w:t>
        <w:br/>
        <w:t>Як?! У Лисиці?</w:t>
      </w:r>
    </w:p>
    <w:p>
      <w:r>
        <w:br/>
        <w:t>С о р о к а&lt;br /&gt;</w:t>
        <w:br/>
        <w:t>Так, так, так!&lt;br /&gt;</w:t>
        <w:br/>
        <w:t>Вони самі прийшли до неї,&lt;br /&gt;</w:t>
        <w:br/>
        <w:t>вона їх запросила в дім!..&lt;br /&gt;</w:t>
        <w:br/>
        <w:t>Вже не втечуть!.. Вона замкне їх!..&lt;br /&gt;</w:t>
        <w:br/>
        <w:t>Піду та іншим розповім,&lt;br /&gt;</w:t>
        <w:br/>
        <w:t>яка у мене новина є!</w:t>
      </w:r>
    </w:p>
    <w:p>
      <w:r>
        <w:br/>
        <w:t>І н д и к&lt;br /&gt;</w:t>
        <w:br/>
        <w:t>Не новина, а справжнє зло!</w:t>
      </w:r>
    </w:p>
    <w:p>
      <w:r>
        <w:br/>
        <w:t>Г у с а к&lt;br /&gt;</w:t>
        <w:br/>
        <w:t>А де Пірат?</w:t>
      </w:r>
    </w:p>
    <w:p>
      <w:r>
        <w:br/>
        <w:t>С о р о к а&lt;br /&gt;</w:t>
        <w:br/>
        <w:t>А я не знаю!&lt;br /&gt;</w:t>
        <w:br/>
        <w:t>Його там зовсім не було…&lt;br /&gt;</w:t>
        <w:br/>
        <w:t>Ну, я біжу!..&lt;br /&gt;</w:t>
        <w:br/>
        <w:t>(Зникла за хвірткою.)</w:t>
      </w:r>
    </w:p>
    <w:p>
      <w:r>
        <w:br/>
        <w:t>І н д и к&lt;br /&gt;</w:t>
        <w:br/>
        <w:t>Страшна подія!!!</w:t>
      </w:r>
    </w:p>
    <w:p>
      <w:r>
        <w:br/>
        <w:t>Г у с а к&lt;br /&gt;</w:t>
        <w:br/>
        <w:t>Загроза збільшена стократ!</w:t>
      </w:r>
    </w:p>
    <w:p>
      <w:r>
        <w:br/>
        <w:t>К а ч к а&lt;br /&gt;</w:t>
        <w:br/>
        <w:t>І вже тепер нема надії,&lt;br /&gt;</w:t>
        <w:br/>
        <w:t>що нас врятує пес Пірат!</w:t>
      </w:r>
    </w:p>
    <w:p>
      <w:r>
        <w:br/>
        <w:t>І н д и к&lt;br /&gt;</w:t>
        <w:br/>
        <w:t>Що ж нам робити?</w:t>
      </w:r>
    </w:p>
    <w:p>
      <w:r>
        <w:br/>
        <w:t>К а ч к а&lt;br /&gt;</w:t>
        <w:br/>
        <w:t>Ждати смерті!..</w:t>
      </w:r>
    </w:p>
    <w:p>
      <w:r>
        <w:br/>
        <w:t>Г у с а к&lt;br /&gt;</w:t>
        <w:br/>
        <w:t>Ні, ні! Так легко не здамось!</w:t>
      </w:r>
    </w:p>
    <w:p>
      <w:r>
        <w:br/>
        <w:t>І н д и к&lt;br /&gt;</w:t>
        <w:br/>
        <w:t>Нам треба думать, думать вперто —&lt;br /&gt;</w:t>
        <w:br/>
        <w:t>ачей надумаємо щось!</w:t>
      </w:r>
    </w:p>
    <w:p>
      <w:r>
        <w:br/>
        <w:t>Усі замислились. Раптом Гусак підвів голову і запросив уваги.</w:t>
      </w:r>
    </w:p>
    <w:p>
      <w:r>
        <w:br/>
        <w:t>Г у с а к&lt;br /&gt;</w:t>
        <w:br/>
        <w:t>О!.. Знаю!..</w:t>
      </w:r>
    </w:p>
    <w:p>
      <w:r>
        <w:br/>
        <w:t>К а ч к а&lt;br /&gt;</w:t>
        <w:br/>
        <w:t>Що? Кажи скоріше!</w:t>
      </w:r>
    </w:p>
    <w:p>
      <w:r>
        <w:br/>
        <w:t>Г у с а к&lt;br /&gt;</w:t>
        <w:br/>
        <w:t>А от що: візьмемо папір&lt;br /&gt;</w:t>
        <w:br/>
        <w:t>та пера і таке напишем,&lt;br /&gt;</w:t>
        <w:br/>
        <w:t>щоб налякався зразу Тхір!</w:t>
      </w:r>
    </w:p>
    <w:p>
      <w:r>
        <w:br/>
        <w:t>І він пошепки розповів Індикові та Качці — що саме треба написати, щоб налякати Тхора.</w:t>
      </w:r>
    </w:p>
    <w:p>
      <w:r>
        <w:br/>
        <w:t>К а ч к а&lt;br /&gt;</w:t>
        <w:br/>
        <w:t>Ах, ах! Блискуче! Просто диво!&lt;br /&gt;</w:t>
        <w:br/>
        <w:t>Чудова вигадка яка!..</w:t>
      </w:r>
    </w:p>
    <w:p>
      <w:r>
        <w:br/>
        <w:t>І н д и к&lt;br /&gt;</w:t>
        <w:br/>
        <w:t>Недаром вченим та кмітливим&lt;br /&gt;</w:t>
        <w:br/>
        <w:t>усі вважають Гусака!..</w:t>
      </w:r>
    </w:p>
    <w:p>
      <w:r>
        <w:br/>
        <w:t>Поки вони так висловлювали своє захоплення, Гусак швиденько збігав до своєї хатки й виніс звідти великий рулон міцного паперу і такий же великий каламар.</w:t>
      </w:r>
    </w:p>
    <w:p>
      <w:r>
        <w:br/>
        <w:t>Г у с а к (розстеляє папір)&lt;br /&gt;</w:t>
        <w:br/>
        <w:t>На цьому аркуші паперу&lt;br /&gt;</w:t>
        <w:br/>
        <w:t>ми зробим напис…</w:t>
      </w:r>
    </w:p>
    <w:p>
      <w:r>
        <w:br/>
        <w:t>І н д и к&lt;br /&gt;</w:t>
        <w:br/>
        <w:t>Тільки де ж&lt;br /&gt;</w:t>
        <w:br/>
        <w:t>нам взяти пера?&lt;br /&gt;</w:t>
        <w:br/>
        <w:t>Гусак висмикнув пера з власного крила.</w:t>
      </w:r>
    </w:p>
    <w:p>
      <w:r>
        <w:br/>
        <w:t>Г у с а к&lt;br /&gt;</w:t>
        <w:br/>
        <w:t>Ось вам пера!</w:t>
      </w:r>
    </w:p>
    <w:p>
      <w:r>
        <w:br/>
        <w:t>І н д и к&lt;br /&gt;</w:t>
        <w:br/>
        <w:t>Ану, за діло! (Всі почали писати.)</w:t>
      </w:r>
    </w:p>
    <w:p>
      <w:r>
        <w:br/>
        <w:t>Г у с а к&lt;br /&gt;</w:t>
        <w:br/>
        <w:t>Люди теж&lt;br /&gt;</w:t>
        <w:br/>
        <w:t>таким пером у давні роки&lt;br /&gt;</w:t>
        <w:br/>
        <w:t>писали завжди…&lt;br /&gt;</w:t>
        <w:br/>
        <w:t>(Оглядаючи написане.) Молодці!&lt;br /&gt;</w:t>
        <w:br/>
        <w:t>Заходь-но, Качко, з того боку —&lt;br /&gt;</w:t>
        <w:br/>
        <w:t>постав знак оклику в кінці!</w:t>
      </w:r>
    </w:p>
    <w:p>
      <w:r>
        <w:br/>
        <w:t>Гусак, Індик та Качка підіймають вгору аркуш паперу — на ньому чіткий напис: "Т У Т З Л І С О Б А К И !"</w:t>
      </w:r>
    </w:p>
    <w:p>
      <w:r>
        <w:br/>
        <w:t>Г у с а к&lt;br /&gt;</w:t>
        <w:br/>
        <w:t>Держіть! Я миттю — за гвіздками!..&lt;br /&gt;</w:t>
        <w:br/>
        <w:t>(Біжить у хату.)</w:t>
      </w:r>
    </w:p>
    <w:p>
      <w:r>
        <w:br/>
        <w:t>І н д и к&lt;br /&gt;</w:t>
        <w:br/>
        <w:t>А молоток?</w:t>
      </w:r>
    </w:p>
    <w:p>
      <w:r>
        <w:br/>
        <w:t>К а ч к а&lt;br /&gt;</w:t>
        <w:br/>
        <w:t>Де молоток?</w:t>
      </w:r>
    </w:p>
    <w:p>
      <w:r>
        <w:br/>
        <w:t>І н д и к&lt;br /&gt;</w:t>
        <w:br/>
        <w:t>Якщо нема, згодиться й камінь!</w:t>
      </w:r>
    </w:p>
    <w:p>
      <w:r>
        <w:br/>
        <w:t>Гусак повернувся з гвіздками, всі взяли камінці й заходилися прибивати напис до тої хатки, що посередині.</w:t>
      </w:r>
    </w:p>
    <w:p>
      <w:r>
        <w:br/>
        <w:t>К а ч к а&lt;br /&gt;</w:t>
        <w:br/>
        <w:t>Ой, ми побудимо діток!..</w:t>
      </w:r>
    </w:p>
    <w:p>
      <w:r>
        <w:br/>
        <w:t>Та ось напис вже почеплено, всі відступили від нього на кілька кроків, щоб помилуватися зі своєї праці.</w:t>
      </w:r>
    </w:p>
    <w:p>
      <w:r>
        <w:br/>
        <w:t>І н д и к (із сумнівом)&lt;br /&gt;</w:t>
        <w:br/>
        <w:t>Чи буде користь, чи не буде&lt;br /&gt;</w:t>
        <w:br/>
        <w:t>з цих грізних слів, таких страшних?</w:t>
      </w:r>
    </w:p>
    <w:p>
      <w:r>
        <w:br/>
        <w:t>Г у с а к&lt;br /&gt;</w:t>
        <w:br/>
        <w:t>Але ж так завжди роблять люди —&lt;br /&gt;</w:t>
        <w:br/>
        <w:t>чому б не взяти приклад з них?</w:t>
      </w:r>
    </w:p>
    <w:p>
      <w:r>
        <w:br/>
        <w:t>І н д и к&lt;br /&gt;</w:t>
        <w:br/>
        <w:t>Принаймні ми хоч це зуміли&lt;br /&gt;</w:t>
        <w:br/>
        <w:t>самі зробити до ладу.</w:t>
      </w:r>
    </w:p>
    <w:p>
      <w:r>
        <w:br/>
        <w:t>К а ч к а (зітхає)&lt;br /&gt;</w:t>
        <w:br/>
        <w:t>Що ж, на добраніч, друзі милі!</w:t>
      </w:r>
    </w:p>
    <w:p>
      <w:r>
        <w:br/>
        <w:t>Г у с а к&lt;br /&gt;</w:t>
        <w:br/>
        <w:t>Ще, може, й пронесе біду!..</w:t>
      </w:r>
    </w:p>
    <w:p>
      <w:r>
        <w:br/>
        <w:t>Усі зайшли до своїх хаток і позамикали за собою двері. На подвір’ї стало тихо й темно, бо сонце вже сховалося за обрій. Раптом з-за дерев виглянув місяць і яскраво освітив пташиний двір. У ту ж хвилину з пня вийшов Т х і р і оглянувся на всі боки.</w:t>
      </w:r>
    </w:p>
    <w:p>
      <w:r>
        <w:br/>
        <w:t>Т х і р&lt;br /&gt;</w:t>
        <w:br/>
        <w:t>Здається, все спокійно й тихо!&lt;br /&gt;</w:t>
        <w:br/>
        <w:t>Всі сплять — великі та малі…</w:t>
      </w:r>
    </w:p>
    <w:p>
      <w:r>
        <w:br/>
        <w:t>Підійшов навшпиньках до хатки, прочитав напис і зневажливо посміхнувся.</w:t>
      </w:r>
    </w:p>
    <w:p>
      <w:r>
        <w:br/>
        <w:t>Ха-ха! Написано для сміху,&lt;br /&gt;</w:t>
        <w:br/>
        <w:t>немовби тут собаки злі!&lt;br /&gt;</w:t>
        <w:br/>
        <w:t>Нехай собі цей напис висить,&lt;br /&gt;</w:t>
        <w:br/>
        <w:t>бо він мені не заважа…&lt;br /&gt;</w:t>
        <w:br/>
        <w:t>Пора! Зійшов нарешті місяць!&lt;br /&gt;</w:t>
        <w:br/>
        <w:t>Візьму відмичку та ножа…</w:t>
      </w:r>
    </w:p>
    <w:p>
      <w:r>
        <w:br/>
        <w:t>Дістав з кишені відмичку, підійшов до дверей однієї з хаток і заходився відмикати двері. Але він не встиг це зробити — почув, що хтось іде.&lt;br /&gt;</w:t>
        <w:br/>
        <w:t>Прислухався і відстрибнув од дверей.</w:t>
      </w:r>
    </w:p>
    <w:p>
      <w:r>
        <w:br/>
        <w:t>Прокляття!.. Грім і блискавиця!..&lt;br /&gt;</w:t>
        <w:br/>
        <w:t>От-от добрався б до їди,&lt;br /&gt;</w:t>
        <w:br/>
        <w:t>та хтось іде… (Заглянув за хвіртку.)&lt;br /&gt;</w:t>
        <w:br/>
        <w:t>Кума Лисиця&lt;br /&gt;</w:t>
        <w:br/>
        <w:t>чогось припленталась сюди!</w:t>
      </w:r>
    </w:p>
    <w:p>
      <w:r>
        <w:br/>
        <w:t>Тхір сховався за пень. Увійшла Л и с и ц я, задоволено обдивилася навкруг.</w:t>
      </w:r>
    </w:p>
    <w:p>
      <w:r>
        <w:br/>
        <w:t>Л и с и ц я&lt;br /&gt;</w:t>
        <w:br/>
        <w:t>От я й прийшла! Зробила коло&lt;br /&gt;</w:t>
        <w:br/>
        <w:t>і так заплутала сліди,&lt;br /&gt;</w:t>
        <w:br/>
        <w:t>що пес нізащо і ніколи&lt;br /&gt;</w:t>
        <w:br/>
        <w:t>по них не кинеться сюди.&lt;br /&gt;</w:t>
        <w:br/>
        <w:t>Нехай він десь мене шукає —&lt;br /&gt;</w:t>
        <w:br/>
        <w:t>хоч під землею й на землі…</w:t>
      </w:r>
    </w:p>
    <w:p>
      <w:r>
        <w:br/>
        <w:t>Раптом побачила напис. Відскочила до хвіртки.</w:t>
      </w:r>
    </w:p>
    <w:p>
      <w:r>
        <w:br/>
        <w:t>Ой лихо!.. Це мене лякає!..&lt;br /&gt;</w:t>
        <w:br/>
        <w:t>Виходить, тут собаки злі?&lt;br /&gt;</w:t>
        <w:br/>
        <w:t>А я й не знала!.. Що ж робити?&lt;br /&gt;</w:t>
        <w:br/>
        <w:t>І де мій кум?</w:t>
      </w:r>
    </w:p>
    <w:p>
      <w:r>
        <w:br/>
        <w:t>Т х і р (виходячи з-за пня)&lt;br /&gt;</w:t>
        <w:br/>
        <w:t>Ха-ха-ха-ха!&lt;br /&gt;</w:t>
        <w:br/>
        <w:t>Боїшся ти собак сердитих? —&lt;br /&gt;</w:t>
        <w:br/>
        <w:t>Тікай-но далі від гріха!</w:t>
      </w:r>
    </w:p>
    <w:p>
      <w:r>
        <w:br/>
        <w:t>Л и с и ц я&lt;br /&gt;</w:t>
        <w:br/>
        <w:t>А як же ти? Тікаймо вкупі!</w:t>
      </w:r>
    </w:p>
    <w:p>
      <w:r>
        <w:br/>
        <w:t>Т х і р&lt;br /&gt;</w:t>
        <w:br/>
        <w:t>Та де ж собаки?! То брехня!&lt;br /&gt;</w:t>
        <w:br/>
        <w:t>Нема їх ні в одній халупі!&lt;br /&gt;</w:t>
        <w:br/>
        <w:t>Я добре чув із свого пня,&lt;br /&gt;</w:t>
        <w:br/>
        <w:t>як між собою розмовляли&lt;br /&gt;</w:t>
        <w:br/>
        <w:t>всі мешканці цього двора&lt;br /&gt;</w:t>
        <w:br/>
        <w:t>й бездарний напис цей чіпляли,&lt;br /&gt;</w:t>
        <w:br/>
        <w:t>щоб обдурить мене, Тхора!</w:t>
      </w:r>
    </w:p>
    <w:p>
      <w:r>
        <w:br/>
        <w:t>Лисиця одразу заспокоїлась і підійшла до нього.</w:t>
      </w:r>
    </w:p>
    <w:p>
      <w:r>
        <w:br/>
        <w:t>Л и с и ц я&lt;br /&gt;</w:t>
        <w:br/>
        <w:t>Ось воно що! Тоді — за діло!&lt;br /&gt;</w:t>
        <w:br/>
        <w:t>(Витягає з-за пояса ніж.)</w:t>
      </w:r>
    </w:p>
    <w:p>
      <w:r>
        <w:br/>
        <w:t>Т х і р&lt;br /&gt;</w:t>
        <w:br/>
        <w:t>Яке ж то діло?</w:t>
      </w:r>
    </w:p>
    <w:p>
      <w:r>
        <w:br/>
        <w:t>Л и с и ц я&lt;br /&gt;</w:t>
        <w:br/>
        <w:t>Тобто як?&lt;br /&gt;</w:t>
        <w:br/>
        <w:t>Я повечеряти б хотіла,&lt;br /&gt;</w:t>
        <w:br/>
        <w:t>якщо немає тут собак.</w:t>
      </w:r>
    </w:p>
    <w:p>
      <w:r>
        <w:br/>
        <w:t>Т х і р (обурено)&lt;br /&gt;</w:t>
        <w:br/>
        <w:t>А Півень з Куркою?</w:t>
      </w:r>
    </w:p>
    <w:p>
      <w:r>
        <w:br/>
        <w:t>Л и с и ц я&lt;br /&gt;</w:t>
        <w:br/>
        <w:t>У мене!&lt;br /&gt;</w:t>
        <w:br/>
        <w:t>Та то ж на завтра, про запас,&lt;br /&gt;</w:t>
        <w:br/>
        <w:t>бо на печене й на варене&lt;br /&gt;</w:t>
        <w:br/>
        <w:t>тут зараз вистачить для нас!</w:t>
      </w:r>
    </w:p>
    <w:p>
      <w:r>
        <w:br/>
        <w:t>Т х і р&lt;br /&gt;</w:t>
        <w:br/>
        <w:t>Е ні, кумасю! І не пнися!&lt;br /&gt;</w:t>
        <w:br/>
        <w:t>Що в цім подвір’ї — все моє.&lt;br /&gt;</w:t>
        <w:br/>
        <w:t>Іди собі до свого лісу&lt;br /&gt;</w:t>
        <w:br/>
        <w:t>і їж оте, що вдома є.</w:t>
      </w:r>
    </w:p>
    <w:p>
      <w:r>
        <w:br/>
        <w:t>Л и с и ц я&lt;br /&gt;</w:t>
        <w:br/>
        <w:t>Хіба ж отут твоя барлога?&lt;br /&gt;</w:t>
        <w:br/>
        <w:t>Цей двір не твій!</w:t>
      </w:r>
    </w:p>
    <w:p>
      <w:r>
        <w:br/>
        <w:t>Т х і р&lt;br /&gt;</w:t>
        <w:br/>
        <w:t>До часу мій!</w:t>
      </w:r>
    </w:p>
    <w:p>
      <w:r>
        <w:br/>
        <w:t>Л и с и ц я&lt;br /&gt;</w:t>
        <w:br/>
        <w:t>Так поділись!</w:t>
      </w:r>
    </w:p>
    <w:p>
      <w:r>
        <w:br/>
        <w:t>Т х і р&lt;br /&gt;</w:t>
        <w:br/>
        <w:t>Не дам нічого!</w:t>
      </w:r>
    </w:p>
    <w:p>
      <w:r>
        <w:br/>
        <w:t>Л и с и ц я&lt;br /&gt;</w:t>
        <w:br/>
        <w:t>А я сама візьму!..</w:t>
      </w:r>
    </w:p>
    <w:p>
      <w:r>
        <w:br/>
        <w:t>Т х і р&lt;br /&gt;</w:t>
        <w:br/>
        <w:t>Не смій!!!</w:t>
      </w:r>
    </w:p>
    <w:p>
      <w:r>
        <w:br/>
        <w:t>Лисиця кинулась до одної з хаток, але Тхір миттю наздогнав її і схопив за комір.</w:t>
      </w:r>
    </w:p>
    <w:p>
      <w:r>
        <w:br/>
        <w:t>Л и с и ц я (б’є його торбою по голові)&lt;br /&gt;</w:t>
        <w:br/>
        <w:t>Ах, скупердяга! Ах, жаднюга!</w:t>
      </w:r>
    </w:p>
    <w:p>
      <w:r>
        <w:br/>
        <w:t>Т х і р (видирає в неї торбу)&lt;br /&gt;</w:t>
        <w:br/>
        <w:t>Сама — зажера із зажер!</w:t>
      </w:r>
    </w:p>
    <w:p>
      <w:r>
        <w:br/>
        <w:t>Л и с и ц я&lt;br /&gt;</w:t>
        <w:br/>
        <w:t>Про тебе знає вся округа!..</w:t>
      </w:r>
    </w:p>
    <w:p>
      <w:r>
        <w:br/>
        <w:t>Т х і р&lt;br /&gt;</w:t>
        <w:br/>
        <w:t>Ось я провчу тебе тепер!!!</w:t>
      </w:r>
    </w:p>
    <w:p>
      <w:r>
        <w:br/>
        <w:t>Розпочалася бійка! У розпалі бійки обидва впустили свої ножі, розгубили торбу, капелюха, відмичку… Раптом у двір вбігли П і р а т, П і в н и к та К у р о ч к а, Б і л о ч к а і З а й ч и к. Пірат кинувся до Тхора й Лисиці.</w:t>
      </w:r>
    </w:p>
    <w:p>
      <w:r>
        <w:br/>
        <w:t>П і р а т&lt;br /&gt;</w:t>
        <w:br/>
        <w:t>Ага! Попалися обоє!&lt;br /&gt;</w:t>
        <w:br/>
        <w:t>Тепер шануйтесь!..</w:t>
      </w:r>
    </w:p>
    <w:p>
      <w:r>
        <w:br/>
        <w:t>Пірат схопив Тхора за комір, той вирвався. Схопив Лисицю за хвіст — вона теж вирвалась, і обидва хижаки, охоплені жахом, заметушилися по двору, тікаючи від пса.</w:t>
      </w:r>
    </w:p>
    <w:p>
      <w:r>
        <w:br/>
        <w:t>Л и с и ц я&lt;br /&gt;</w:t>
        <w:br/>
        <w:t>Ай-ай-ай!&lt;br /&gt;</w:t>
        <w:br/>
        <w:t>Кумасику, ставай до бою!!!&lt;br /&gt;</w:t>
        <w:br/>
        <w:t>(Сама тікає в найдальший кут.)</w:t>
      </w:r>
    </w:p>
    <w:p>
      <w:r>
        <w:br/>
        <w:t>Т х і р&lt;br /&gt;</w:t>
        <w:br/>
        <w:t>Нема дурних!.. Сама ставай!..&lt;br /&gt;</w:t>
        <w:br/>
        <w:t>(Ховається за пень.)</w:t>
      </w:r>
    </w:p>
    <w:p>
      <w:r>
        <w:br/>
        <w:t>Пірат кинувся ловити Тхора, Лисицю. Двері й вікна хаток відчинились. І н д и к і Г у с а к вискочили з хат, приєдналися до Півника і Курочки, які галасують, підбадьорюючи пса. Зайчик прожогом кидається вперед і швидко підіймає та забирає з собою розбійницькі ножі, що їх упустили хижаки. Качка злякано виглядає у віконце.</w:t>
      </w:r>
    </w:p>
    <w:p>
      <w:r>
        <w:br/>
        <w:t>У с і&lt;br /&gt;</w:t>
        <w:br/>
        <w:t>Отак їх!.. Так!.. Скоріш, Пірате!&lt;br /&gt;</w:t>
        <w:br/>
        <w:t>Лови Лисицю! Бий Тхора!&lt;br /&gt;</w:t>
        <w:br/>
        <w:t>Хапай за хвіст!</w:t>
      </w:r>
    </w:p>
    <w:p>
      <w:r>
        <w:br/>
        <w:t>Б і л о ч к а (кидаючи в хижаків шишки)&lt;br /&gt;</w:t>
        <w:br/>
        <w:t>Ось нате!.. Нате!..</w:t>
      </w:r>
    </w:p>
    <w:p>
      <w:r>
        <w:br/>
        <w:t>У с і&lt;br /&gt;</w:t>
        <w:br/>
        <w:t>Геть хижаків!!!</w:t>
      </w:r>
    </w:p>
    <w:p>
      <w:r>
        <w:br/>
        <w:t>Лисиця й Тхір кинулись до хвіртки й зникли в лісі. Пірат за ними!</w:t>
      </w:r>
    </w:p>
    <w:p>
      <w:r>
        <w:br/>
        <w:t>У с і (в захопленні загукали, заплескали в долоні)&lt;br /&gt;</w:t>
        <w:br/>
        <w:t>Ура!!! Ура!!!</w:t>
      </w:r>
    </w:p>
    <w:p>
      <w:r>
        <w:br/>
        <w:t>К а ч к а (визирає з дверей)&lt;br /&gt;</w:t>
        <w:br/>
        <w:t>Що? Перемога?!</w:t>
      </w:r>
    </w:p>
    <w:p>
      <w:r>
        <w:br/>
        <w:t>П і в н и к&lt;br /&gt;</w:t>
        <w:br/>
        <w:t>Ку-ку-рі-ку!&lt;br /&gt;</w:t>
        <w:br/>
        <w:t>Радійте всі! Виходьте з хат!&lt;br /&gt;</w:t>
        <w:br/>
        <w:t>Від нас загрозу превелику&lt;br /&gt;</w:t>
        <w:br/>
        <w:t>прогнав наш сміливий Пірат!</w:t>
      </w:r>
    </w:p>
    <w:p>
      <w:r>
        <w:br/>
        <w:t>К а ч к а з К а ч е н я т а м и вийшли з хатки. Всі дякують Півникові й Курочці, потискують їм руки.</w:t>
      </w:r>
    </w:p>
    <w:p>
      <w:r>
        <w:br/>
        <w:t>Г у с а к&lt;br /&gt;</w:t>
        <w:br/>
        <w:t>Спасибі!</w:t>
      </w:r>
    </w:p>
    <w:p>
      <w:r>
        <w:br/>
        <w:t>І н д и к&lt;br /&gt;</w:t>
        <w:br/>
        <w:t>Вдячні ми безмірно,&lt;br /&gt;</w:t>
        <w:br/>
        <w:t>що ви Пірата привели!</w:t>
      </w:r>
    </w:p>
    <w:p>
      <w:r>
        <w:br/>
        <w:t>К у р о ч к а (вказуючи на Білочку й Зайчика)&lt;br /&gt;</w:t>
        <w:br/>
        <w:t>А це — знайомтесь — друзі вірні,&lt;br /&gt;</w:t>
        <w:br/>
        <w:t>що в лісі нам допомогли!&lt;br /&gt;</w:t>
        <w:br/>
        <w:t>Усі обернулися до Білочки й Зайчика.</w:t>
      </w:r>
    </w:p>
    <w:p>
      <w:r>
        <w:br/>
        <w:t>Г у с а к&lt;br /&gt;</w:t>
        <w:br/>
        <w:t>Спасибі й вам!</w:t>
      </w:r>
    </w:p>
    <w:p>
      <w:r>
        <w:br/>
        <w:t>І н д и к&lt;br /&gt;</w:t>
        <w:br/>
        <w:t>Ми раді дуже&lt;br /&gt;</w:t>
        <w:br/>
        <w:t>усім, хто хоче в мирі жить.</w:t>
      </w:r>
    </w:p>
    <w:p>
      <w:r>
        <w:br/>
        <w:t>Б і л о ч к а&lt;br /&gt;</w:t>
        <w:br/>
        <w:t>А ми з птахами в лісі дружим&lt;br /&gt;</w:t>
        <w:br/>
        <w:t>і з вами будемо дружить!</w:t>
      </w:r>
    </w:p>
    <w:p>
      <w:r>
        <w:br/>
        <w:t>Тут усі стали обіймати Білочку й Зайчика, потискувати їм руки. Каченята з веселим галасом застрибали навколо. Раптом у двір вбігла С о р о к а.</w:t>
      </w:r>
    </w:p>
    <w:p>
      <w:r>
        <w:br/>
        <w:t>С о р о к а&lt;br /&gt;</w:t>
        <w:br/>
        <w:t>Що тут таке? Бенкет? Весілля?&lt;br /&gt;</w:t>
        <w:br/>
        <w:t>А я й не знала новину!&lt;br /&gt;</w:t>
        <w:br/>
        <w:t>Чому ж мене не запросили?</w:t>
      </w:r>
    </w:p>
    <w:p>
      <w:r>
        <w:br/>
        <w:t>Б і л о ч к а (сплескує руками)&lt;br /&gt;</w:t>
        <w:br/>
        <w:t>Яке нахабство! Ну і ну!..</w:t>
      </w:r>
    </w:p>
    <w:p>
      <w:r>
        <w:br/>
        <w:t>З а й ч и к&lt;br /&gt;</w:t>
        <w:br/>
        <w:t>Не вірте цій хвостатій птиці!&lt;br /&gt;</w:t>
        <w:br/>
        <w:t>Женіть її з свого двора!</w:t>
      </w:r>
    </w:p>
    <w:p>
      <w:r>
        <w:br/>
        <w:t>Б і л о ч к а&lt;br /&gt;</w:t>
        <w:br/>
        <w:t>Оця Сорока до Лисиці&lt;br /&gt;</w:t>
        <w:br/>
        <w:t>носила звістки від Тхора!</w:t>
      </w:r>
    </w:p>
    <w:p>
      <w:r>
        <w:br/>
        <w:t>Усі з обуренням оточують Сороку. Вона крутиться, вертиться, виправдовується.</w:t>
      </w:r>
    </w:p>
    <w:p>
      <w:r>
        <w:br/>
        <w:t>С о р о к а&lt;br /&gt;</w:t>
        <w:br/>
        <w:t>Мене просили —&lt;br /&gt;</w:t>
        <w:br/>
        <w:t>я й носила!&lt;br /&gt;</w:t>
        <w:br/>
        <w:t>Що скажуть — те й перекажу…</w:t>
      </w:r>
    </w:p>
    <w:p>
      <w:r>
        <w:br/>
        <w:t>К у р о ч к а&lt;br /&gt;</w:t>
        <w:br/>
        <w:t>Так ось яка ти,&lt;br /&gt;</w:t>
        <w:br/>
        <w:t>язиката!</w:t>
      </w:r>
    </w:p>
    <w:p>
      <w:r>
        <w:br/>
        <w:t>С о р о к а&lt;br /&gt;</w:t>
        <w:br/>
        <w:t>Адже ж на пошті я служу…</w:t>
      </w:r>
    </w:p>
    <w:p>
      <w:r>
        <w:br/>
        <w:t>Г у с а к&lt;br /&gt;</w:t>
        <w:br/>
        <w:t>Такий поштар нам не годиться,&lt;br /&gt;</w:t>
        <w:br/>
        <w:t>що носить звістки від тхорів,&lt;br /&gt;</w:t>
        <w:br/>
        <w:t>та ще й до кого? — до Лисиці!&lt;br /&gt;</w:t>
        <w:br/>
        <w:t>Ми знайдем інших поштарів!</w:t>
      </w:r>
    </w:p>
    <w:p>
      <w:r>
        <w:br/>
        <w:t>І н д и к&lt;br /&gt;</w:t>
        <w:br/>
        <w:t>Безтямна ти навдивовижу!&lt;br /&gt;</w:t>
        <w:br/>
        <w:t>Хіба ж не знала ти ніяк,&lt;br /&gt;</w:t>
        <w:br/>
        <w:t>що Тхір — тварина люта, хижа&lt;br /&gt;</w:t>
        <w:br/>
        <w:t>і що Лисиця — теж хижак:</w:t>
      </w:r>
    </w:p>
    <w:p>
      <w:r>
        <w:br/>
        <w:t>П і в н и к&lt;br /&gt;</w:t>
        <w:br/>
        <w:t>І ти погодилась охоче&lt;br /&gt;</w:t>
        <w:br/>
        <w:t>цим хижим нелюдам служить?!</w:t>
      </w:r>
    </w:p>
    <w:p>
      <w:r>
        <w:br/>
        <w:t>К у р о ч к а&lt;br /&gt;</w:t>
        <w:br/>
        <w:t>А після цього з нами хочеш&lt;br /&gt;</w:t>
        <w:br/>
        <w:t>справляти свято і дружить?!.</w:t>
      </w:r>
    </w:p>
    <w:p>
      <w:r>
        <w:br/>
        <w:t>С о р о к а (плаче)&lt;br /&gt;</w:t>
        <w:br/>
        <w:t>Я більш не буду!..</w:t>
      </w:r>
    </w:p>
    <w:p>
      <w:r>
        <w:br/>
        <w:t>Г у с а к&lt;br /&gt;</w:t>
        <w:br/>
        <w:t>Як не кайся,&lt;br /&gt;</w:t>
        <w:br/>
        <w:t>але довір’я більш не жди!</w:t>
      </w:r>
    </w:p>
    <w:p>
      <w:r>
        <w:br/>
        <w:t>П і в н и к&lt;br /&gt;</w:t>
        <w:br/>
        <w:t>І наперед не потикайся&lt;br /&gt;</w:t>
        <w:br/>
        <w:t>до цього двору!</w:t>
      </w:r>
    </w:p>
    <w:p>
      <w:r>
        <w:br/>
        <w:t>У с і&lt;br /&gt;</w:t>
        <w:br/>
        <w:t>Геть іди!!!</w:t>
      </w:r>
    </w:p>
    <w:p>
      <w:r>
        <w:br/>
        <w:t>Сороку вигнали з двору. Вона пішла з плачем геть, а всі обурено дивляться їй услід і ніяк не можуть заспокоїтись.</w:t>
      </w:r>
    </w:p>
    <w:p>
      <w:r>
        <w:br/>
        <w:t>І н д и к&lt;br /&gt;</w:t>
        <w:br/>
        <w:t>До ворогів носила звістки!..</w:t>
      </w:r>
    </w:p>
    <w:p>
      <w:r>
        <w:br/>
        <w:t>Г у с а к&lt;br /&gt;</w:t>
        <w:br/>
        <w:t>Безглуздя — найстрашніша з вад!</w:t>
      </w:r>
    </w:p>
    <w:p>
      <w:r>
        <w:br/>
        <w:t>К а ч к а&lt;br /&gt;</w:t>
        <w:br/>
        <w:t>Яка противна крутихвістка!..</w:t>
      </w:r>
    </w:p>
    <w:p>
      <w:r>
        <w:br/>
        <w:t>К у р о ч к а (глянувши за хвіртку, радо)&lt;br /&gt;</w:t>
        <w:br/>
        <w:t>А ось Пірат!</w:t>
      </w:r>
    </w:p>
    <w:p>
      <w:r>
        <w:br/>
        <w:t>П і в н и к&lt;br /&gt;</w:t>
        <w:br/>
        <w:t>Біжить назад!!!</w:t>
      </w:r>
    </w:p>
    <w:p>
      <w:r>
        <w:br/>
        <w:t>У двір вбігає П і р а т, розмахуючи лисячим хвостом. Усі кидаються до нього.</w:t>
      </w:r>
    </w:p>
    <w:p>
      <w:r>
        <w:br/>
        <w:t>П і р а т&lt;br /&gt;</w:t>
        <w:br/>
        <w:t>Ну, все!.. Прогнав їх через нетрі&lt;br /&gt;</w:t>
        <w:br/>
        <w:t>на той бік річки, через міст,&lt;br /&gt;</w:t>
        <w:br/>
        <w:t>за кільканадцять кілометрів!&lt;br /&gt;</w:t>
        <w:br/>
        <w:t>Ще й одірвав Лисиці хвіст!&lt;br /&gt;</w:t>
        <w:br/>
        <w:t>Тепер ніколи вже довіку&lt;br /&gt;</w:t>
        <w:br/>
        <w:t>вони не сунуться сюди!</w:t>
      </w:r>
    </w:p>
    <w:p>
      <w:r>
        <w:br/>
        <w:t>У с і&lt;br /&gt;</w:t>
        <w:br/>
        <w:t>Пірату слава!!!</w:t>
      </w:r>
    </w:p>
    <w:p>
      <w:r>
        <w:br/>
        <w:t>П і в н и к&lt;br /&gt;</w:t>
        <w:br/>
        <w:t>Ку-ку-рі-ку!&lt;br /&gt;</w:t>
        <w:br/>
        <w:t>От ми й позбулися біди!&lt;br /&gt;</w:t>
        <w:br/>
        <w:t>Усі збираються в коло.</w:t>
      </w:r>
    </w:p>
    <w:p>
      <w:r>
        <w:br/>
        <w:t>І н д и к&lt;br /&gt;</w:t>
        <w:br/>
        <w:t>Тепер постійно&lt;br /&gt;</w:t>
        <w:br/>
        <w:t>жить спокійно&lt;br /&gt;</w:t>
        <w:br/>
        <w:t>ми будем в нашому дворі.</w:t>
      </w:r>
    </w:p>
    <w:p>
      <w:r>
        <w:br/>
        <w:t>К а ч к а&lt;br /&gt;</w:t>
        <w:br/>
        <w:t>І зможуть діти&lt;br /&gt;</w:t>
        <w:br/>
        <w:t>скрізь ходити&lt;br /&gt;</w:t>
        <w:br/>
        <w:t>аж до вечірньої зорі.</w:t>
      </w:r>
    </w:p>
    <w:p>
      <w:r>
        <w:br/>
        <w:t>Б і л о ч к а і З а й ч и к&lt;br /&gt;</w:t>
        <w:br/>
        <w:t>А в лісі, в полі,&lt;br /&gt;</w:t>
        <w:br/>
        <w:t>в дружнім колі&lt;br /&gt;</w:t>
        <w:br/>
        <w:t>хороших лісових звірят&lt;br /&gt;</w:t>
        <w:br/>
        <w:t>всі будуть знати,&lt;br /&gt;</w:t>
        <w:br/>
        <w:t>як прогнати&lt;br /&gt;</w:t>
        <w:br/>
        <w:t>злих ворогів зумів Пірат!</w:t>
      </w:r>
    </w:p>
    <w:p>
      <w:r>
        <w:br/>
        <w:t>Г у с а к&lt;br /&gt;</w:t>
        <w:br/>
        <w:t>Як славний Півник,&lt;br /&gt;</w:t>
        <w:br/>
        <w:t>наш мандрівник,&lt;br /&gt;</w:t>
        <w:br/>
        <w:t>щоб з лихом впоратись страшним,&lt;br /&gt;</w:t>
        <w:br/>
        <w:t>в путь невідому&lt;br /&gt;</w:t>
        <w:br/>
        <w:t>рушив з дому&lt;br /&gt;</w:t>
        <w:br/>
        <w:t>і вірна Курочка за ним!</w:t>
      </w:r>
    </w:p>
    <w:p>
      <w:r>
        <w:br/>
        <w:t>П і р а т&lt;br /&gt;</w:t>
        <w:br/>
        <w:t>І як цей Зайчик –&lt;br /&gt;</w:t>
        <w:br/>
        <w:t>Побігайчик&lt;br /&gt;</w:t>
        <w:br/>
        <w:t>переборов свій давній страх,&lt;br /&gt;</w:t>
        <w:br/>
        <w:t>коли дізнався,&lt;br /&gt;</w:t>
        <w:br/>
        <w:t>що попався,&lt;br /&gt;</w:t>
        <w:br/>
        <w:t>в лисичу пастку мирний птах!</w:t>
      </w:r>
    </w:p>
    <w:p>
      <w:r>
        <w:br/>
        <w:t>К у р о ч к а&lt;br /&gt;</w:t>
        <w:br/>
        <w:t>Хижак зубатий,&lt;br /&gt;</w:t>
        <w:br/>
        <w:t>ворог клятий&lt;br /&gt;</w:t>
        <w:br/>
        <w:t>вже не підступиться до нас!</w:t>
      </w:r>
    </w:p>
    <w:p>
      <w:r>
        <w:br/>
        <w:t>У с і&lt;br /&gt;</w:t>
        <w:br/>
        <w:t>Бо нас багато!&lt;br /&gt;</w:t>
        <w:br/>
        <w:t>Брат за брата&lt;br /&gt;</w:t>
        <w:br/>
        <w:t>стояти будем повсякчас!</w:t>
      </w:r>
    </w:p>
    <w:p>
      <w:r>
        <w:br/>
        <w:t>П і в н и к&lt;br /&gt;</w:t>
        <w:br/>
        <w:t>Вже не повірим&lt;br /&gt;</w:t>
        <w:br/>
        <w:t>хитрим звірам&lt;br /&gt;</w:t>
        <w:br/>
        <w:t>і в пастку не попадемо!</w:t>
      </w:r>
    </w:p>
    <w:p>
      <w:r>
        <w:br/>
        <w:t>У с і&lt;br /&gt;</w:t>
        <w:br/>
        <w:t>А добрим звірам,&lt;br /&gt;</w:t>
        <w:br/>
        <w:t>друзям щирим&lt;br /&gt;</w:t>
        <w:br/>
        <w:t>з привітом руки подамо!</w:t>
      </w:r>
    </w:p>
    <w:p>
      <w:r>
        <w:br/>
        <w:t>Усі побралися за руки й почали танок у веселому колі. Надходить світанок нового дня.</w:t>
      </w:r>
    </w:p>
    <w:p>
      <w:r>
        <w:br/>
        <w:t>( З а в і с а 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зійде місяць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