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засяє Зірка…</w:t>
      </w:r>
    </w:p>
    <w:p>
      <w:r>
        <w:br/>
        <w:t xml:space="preserve"> &lt;p&gt;– А-а-а! – плакало кучеряве янголятко.</w:t>
      </w:r>
    </w:p>
    <w:p>
      <w:r>
        <w:br/>
        <w:t>&amp;#8195;Річ у тім, що перед Різдвом на небі відбувалося велике прибирання: пралися хмари, начищався Місяць, купалися зірки. Але янголятко перестаралося – від холоднючої води в однієї з молодих зірочок відколовся промінчик.</w:t>
      </w:r>
    </w:p>
    <w:p>
      <w:r>
        <w:br/>
        <w:t>&amp;#8195;Перелякане янголятко поплакало, а тоді вирішило якось прилаштувати той маленький уламок на місце. Від дорослих воно чуло, що на Землі є така рідина, яка має дивні властивості – скріплює все розбите й розламане, навіть серця.</w:t>
      </w:r>
    </w:p>
    <w:p>
      <w:r>
        <w:br/>
        <w:t>&amp;#8195;Подумало сердешне, й вирішило:</w:t>
      </w:r>
    </w:p>
    <w:p>
      <w:r>
        <w:br/>
        <w:t>&amp;#8195;– Треба летіти!</w:t>
      </w:r>
    </w:p>
    <w:p>
      <w:r>
        <w:br/>
        <w:t>&amp;#8195;Тож змахнуло крильцями і попрямувало до далекої блакитної кулі.</w:t>
      </w:r>
    </w:p>
    <w:p>
      <w:r>
        <w:br/>
        <w:t>&amp;#8195;– А— а-а! – хлипала Зоська. Щоправда, плакала вона тайкома, щоб мама не побачила і не здогадалася, як Зосі зле. Тому що, коли Зосі зле, мама страждає, ахає, метушиться... А сенс який? Нічим бо не допоможе, а настрій перед Різдвом зіпсує.</w:t>
      </w:r>
    </w:p>
    <w:p>
      <w:r>
        <w:br/>
        <w:t>&amp;#8195;Зоська страждала через Генку. Ну, подумайте самі: зустрічатися цілісіньких два місяці, бо любов у нього, бач. І навіть цілуватися вже, хоча й лише у щічку. У губи Зосі цілуватися поки не доводилося, тому вона або відговорювалася, або вигадувала якісь важливі причини. Сама ж наполегливо шукала відповідь на важливе запитання: як правильно цілуватися? Ніс же заважає! Та ще й окуляри Генки її бентежили. А їх як? Знімати попередньо чи залишити? Не у мами ж питатися. Зрозуміло, що мама інструкцій, як цілуватися, своїй 14-річній доньці давати не буде.</w:t>
      </w:r>
    </w:p>
    <w:p>
      <w:r>
        <w:br/>
        <w:t>&amp;#8195;А все ж було нормально! І Новий рік зустріли, і на каток ходили... Домовились у Святвечір із Вертепом ходити. Генка обіцяв змайструвати для Зосі таку зірку, щоб спалахувала різними кольорами. І разом із друзями вони співатимуть під вікнами сусідів. А що? В їхньому мікрорайоні дворів багато, де свої таланти показати можна.</w:t>
      </w:r>
    </w:p>
    <w:p>
      <w:r>
        <w:br/>
        <w:t>&amp;#8195;Тільки пропав Генка. Вже чотири дні не з'являється. І телефон його мобільний не відповідає. А розпитувати знайомих або шукати запропалого хлопця Зосі гордість не дозволяє. Раптом він її розлюбив, а тепер ховається?</w:t>
      </w:r>
    </w:p>
    <w:p>
      <w:r>
        <w:br/>
        <w:t>&amp;#8195;Гуляти теж не хотілося – ще зустрінеш торохтійку Вірку або заздрісну Ольку. Вірка причепиться: що та як, а Олька зловтішатися буде... Залишалося сидіти біля віконця і на небо витріщатися. Цікаво, куди поділася її улюблена зіронька? Така блакитна, з золотими промінчиками? Вона завжди підбадьорювала Зосю, підморгувала привітно. А зараз не видно її. За хмарою ховається, чи що? Так немає на небі ніяких хмар. Он, скільки зірок! І місяць яскравий...</w:t>
      </w:r>
    </w:p>
    <w:p>
      <w:r>
        <w:br/>
        <w:t>&amp;#8195;Гена нервував. От же ж клятий мобільник! Не працює! І не розряджений, із грошима на рахунку, а як починаєш дзвонити, промовляє: "Зв’язку немає! Зв’язку немає!" Генка аж шаленіти почав від цих слів. Він же обіцяв Зосі... Багато чого обіцяв... Але ж хто знав, що бабуня захворіє? А село, де бабця живе, маленьке, там ані фельдшерського пункту, ані лікаря, ані аптеки немає. Лише один стаціонарний телефон, і той у дальньої сусідки. От як вона зателефонувала, вони з мамою і поїхали...</w:t>
      </w:r>
    </w:p>
    <w:p>
      <w:r>
        <w:br/>
        <w:t>&amp;#8195;Зараз бабусі стало легше. Вони вже домовилися, що завтра заберуть її до себе. Але ж до завтра аж 18 годин! А клятий зв’язок не налагоджується... Якщо він так нервує, то що там із Зосею робиться? Мабуть образилась, "накрутила" себе, як то дівчата вміють, і тепер навіть розмовляти з ним не буде.</w:t>
      </w:r>
    </w:p>
    <w:p>
      <w:r>
        <w:br/>
        <w:t>&amp;#8195;І ще зірка... Коли він обіцяв її змайструвати, не думав, що це так складно. І як зробити, аби вона загорялася?</w:t>
      </w:r>
    </w:p>
    <w:p>
      <w:r>
        <w:br/>
        <w:t>&amp;#8195;– Зосюню, піди хліба купи! – попрохала мама.</w:t>
      </w:r>
    </w:p>
    <w:p>
      <w:r>
        <w:br/>
        <w:t>&amp;#8195;– Іду вже! – Зося зачинила двері, вийшла на вулицю і... зіткнулася із заплаканим хлопчиськом у білій сорочечці. У сорочці! У такий-то мороз!</w:t>
      </w:r>
    </w:p>
    <w:p>
      <w:r>
        <w:br/>
        <w:t>&amp;#8195;– Ти хто? – зупинилася дівчина.</w:t>
      </w:r>
    </w:p>
    <w:p>
      <w:r>
        <w:br/>
        <w:t>&amp;#8195;– Янгол, – хлюпотячи носом відповів малюк. – Слухай, а чи немає в тебе такої рідини, що все скріплює? Навіть розбиті серця. Мені конче треба!</w:t>
      </w:r>
    </w:p>
    <w:p>
      <w:r>
        <w:br/>
        <w:t>&amp;#8195;Зося протерла очі. Потім – скубнула себе за вухо. Стало боляче. Тож вона не спить! Перепитала:</w:t>
      </w:r>
    </w:p>
    <w:p>
      <w:r>
        <w:br/>
        <w:t>&amp;#8195;– Хто? Янгол?</w:t>
      </w:r>
    </w:p>
    <w:p>
      <w:r>
        <w:br/>
        <w:t>&amp;#8195;– Так, – хитнув головою хлопчисько. – А що тебе дивує?</w:t>
      </w:r>
    </w:p>
    <w:p>
      <w:r>
        <w:br/>
        <w:t>&amp;#8195;– Навіщо тобі клей?</w:t>
      </w:r>
    </w:p>
    <w:p>
      <w:r>
        <w:br/>
        <w:t>&amp;#8195;– О, так, згадав! Саме клей! У тебе є клей?</w:t>
      </w:r>
    </w:p>
    <w:p>
      <w:r>
        <w:br/>
        <w:t>&amp;#8195;– Є, – зронила Зося.</w:t>
      </w:r>
    </w:p>
    <w:p>
      <w:r>
        <w:br/>
        <w:t>&amp;#8195;– Неси! І швидше! – наказав малюк.</w:t>
      </w:r>
    </w:p>
    <w:p>
      <w:r>
        <w:br/>
        <w:t>&amp;#8195;Здивована Зося невідомо чому його послухалася. І побігла додому. Повернулася, захекана й задоволена.</w:t>
      </w:r>
    </w:p>
    <w:p>
      <w:r>
        <w:br/>
        <w:t>&amp;#8195;– Тримай!</w:t>
      </w:r>
    </w:p>
    <w:p>
      <w:r>
        <w:br/>
        <w:t>&amp;#8195;– Гей-гей! – зрадів хлопчик. – Я тобі віддячу!</w:t>
      </w:r>
    </w:p>
    <w:p>
      <w:r>
        <w:br/>
        <w:t>&amp;#8195;Міцно затиснув тюбик у кулачку, змахнув крильцями і полетів.</w:t>
      </w:r>
    </w:p>
    <w:p>
      <w:r>
        <w:br/>
        <w:t>&amp;#8195;– Справжнє янголятко! – зітхнула Зося і пішла по хліб.</w:t>
      </w:r>
    </w:p>
    <w:p>
      <w:r>
        <w:br/>
        <w:t>&amp;#8195;Янголятко густо намазало клеєм промінчик і приставило на місце. Замислено оглянуло зірочку.</w:t>
      </w:r>
    </w:p>
    <w:p>
      <w:r>
        <w:br/>
        <w:t>&amp;#8195;– Ич, зблідла як. А холодна, наче крижинка. Що робити? – і спересердя почав терти зірочку клаптиком хмаринки. Зірочка затремтіла і – фу-ух! – вислизнула з маленьких пальчиків.</w:t>
      </w:r>
    </w:p>
    <w:p>
      <w:r>
        <w:br/>
        <w:t>&amp;#8195;– Поверни-ися! – скрикнуло янголятко. Але зірочка не слухала. Летіла й летіла собі до далекої блакитної кулі.</w:t>
      </w:r>
    </w:p>
    <w:p>
      <w:r>
        <w:br/>
        <w:t>&amp;#8195;Янголятко кинулося навздогін.</w:t>
      </w:r>
    </w:p>
    <w:p>
      <w:r>
        <w:br/>
        <w:t>&amp;#8195;Гена сумно роздивлявся припасований до картонного каркасу блискучий папір і зітхав:</w:t>
      </w:r>
    </w:p>
    <w:p>
      <w:r>
        <w:br/>
        <w:t>&amp;#8195;– Непогана вийшла зірка. Тільки загорятися вона ніколи не буде! Ну, нехай хоч так...</w:t>
      </w:r>
    </w:p>
    <w:p>
      <w:r>
        <w:br/>
        <w:t>&amp;#8195;Він обережно поклав зірочку на підвіконня і пішов по коробку, бо ж їхати було далеченько і тендітний виріб міг пошкодитися. Повернувшись, Генка застиг від несподіванки. Замість однієї, на підвіконні лежало дві. І нова – блакитна, з золотими промінчиками – підморгнула привітно. У цю мить хтось постукав у вікно.</w:t>
      </w:r>
    </w:p>
    <w:p>
      <w:r>
        <w:br/>
        <w:t>&amp;#8195;– Оце так! – тільки й видохнув хлопець, побачивши... кучеряве янголятко.</w:t>
      </w:r>
    </w:p>
    <w:p>
      <w:r>
        <w:br/>
        <w:t>&amp;#8195;– Привіт! – сказало янголятко і поцікавилося: – Ти мою зірочку не знаходив?</w:t>
      </w:r>
    </w:p>
    <w:p>
      <w:r>
        <w:br/>
        <w:t>&amp;#8195;– Е-е-е... це не вона? – Гена тицьнув пальцем на блискучу знахідку.</w:t>
      </w:r>
    </w:p>
    <w:p>
      <w:r>
        <w:br/>
        <w:t>&amp;#8195;– Так, – зраділо янголятко, – вона. Ти мені її віддаси?</w:t>
      </w:r>
    </w:p>
    <w:p>
      <w:r>
        <w:br/>
        <w:t>&amp;#8195;– Не хотілося б, – чесно зізнався хлопчина. – Вона саме така, як мені треба.</w:t>
      </w:r>
    </w:p>
    <w:p>
      <w:r>
        <w:br/>
        <w:t>&amp;#8195;– Ну, то й залиш її собі, – запропонувало добре створіннячко. – А мені свою віддай.</w:t>
      </w:r>
    </w:p>
    <w:p>
      <w:r>
        <w:br/>
        <w:t>&amp;#8195;– Та вона ж... звичайна, – попередив Гена.</w:t>
      </w:r>
    </w:p>
    <w:p>
      <w:r>
        <w:br/>
        <w:t>&amp;#8195;– Проте, ніколи не розіб’ється.</w:t>
      </w:r>
    </w:p>
    <w:p>
      <w:r>
        <w:br/>
        <w:t>&amp;#8195;Здійснивши обмін, вони по-дружньому розпрощалися. І задоволене янголятко нарешті повернулося на небо.</w:t>
      </w:r>
    </w:p>
    <w:p>
      <w:r>
        <w:br/>
        <w:t>&amp;#8195;– Зосю! Виходь! Зосю-у!</w:t>
      </w:r>
    </w:p>
    <w:p>
      <w:r>
        <w:br/>
        <w:t>&amp;#8195;Зося підбігла до вікна. Там, біля під’їзду, пританцьовував Генка із довгою жердиною в руках. На верхівці жердини спалахувала різнокольоровими вогниками блакитна зірочка.</w:t>
      </w:r>
    </w:p>
    <w:p>
      <w:r>
        <w:br/>
        <w:t>&amp;#8195;Зося почекала трішки, відчинила кватирку і поцікавилася:</w:t>
      </w:r>
    </w:p>
    <w:p>
      <w:r>
        <w:br/>
        <w:t>&amp;#8195;– Де пропадав?</w:t>
      </w:r>
    </w:p>
    <w:p>
      <w:r>
        <w:br/>
        <w:t>&amp;#8195;– Не ображайся, – жалісно скривився Генка. – Ми до хворої бабусі їздили. Бо в селі, де вона живе, лікарів немає. Ми з мамою її до себе перевезли. Я весь час намагався зателефонувати, але зв’язку не було... Та Зірка в нас є. І прегарна! То ми йдемо колядувати?..</w:t>
      </w:r>
    </w:p>
    <w:p>
      <w:r>
        <w:br/>
        <w:t>&amp;#8195;Пізно ввечері, коли на небі з’явилася велика яскрава зірка і, коли Зося нею милувалася, Гена наважився її поцілувати. По-справжньому. І ніс їм аніскілечки не заважав.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засяє Зірка…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