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вона повернулась…</w:t>
      </w:r>
    </w:p>
    <w:p>
      <w:r>
        <w:br/>
        <w:t xml:space="preserve"> Коли вона повернулась, ближче вже до зими,&lt;br /&gt;</w:t>
        <w:br/>
        <w:t>всі свої літні речі вимінявши на квиток,&lt;br /&gt;</w:t>
        <w:br/>
        <w:t>в теплих її кишенях ховались портові дими,&lt;br /&gt;</w:t>
        <w:br/>
        <w:t>а кров мала колір висушених&lt;br /&gt;</w:t>
        <w:br/>
        <w:t>трояндових пелюсток.</w:t>
      </w:r>
    </w:p>
    <w:p>
      <w:r>
        <w:br/>
        <w:t>І я гортав її книги в перці, кориці й вині,&lt;br /&gt;</w:t>
        <w:br/>
        <w:t>і слухав собі неуважно, як вона залива,&lt;br /&gt;</w:t>
        <w:br/>
        <w:t>і як виростають у темряві, зріючи на глибині,&lt;br /&gt;</w:t>
        <w:br/>
        <w:t>чорний камінь вугілля,&lt;br /&gt;</w:t>
        <w:br/>
        <w:t>зелена рослина трава.</w:t>
      </w:r>
    </w:p>
    <w:p>
      <w:r>
        <w:br/>
        <w:t>І сонце повільно скочувалось під тиском своєї ваги,&lt;br /&gt;</w:t>
        <w:br/>
        <w:t>і вона розсипала борошно, мов дзвінкий порошок,&lt;br /&gt;</w:t>
        <w:br/>
        <w:t>і чекала кожного вечора коли вже підуть сніги,&lt;br /&gt;</w:t>
        <w:br/>
        <w:t>але сніг, на відміну від неї,&lt;br /&gt;</w:t>
        <w:br/>
        <w:t>так тоді й не пішов.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вона повернулась…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