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була зо мною, ладо моє...</w:t>
      </w:r>
    </w:p>
    <w:p>
      <w:r>
        <w:br/>
        <w:t xml:space="preserve"> Коли ти була зо мною, ладо моє,&lt;br /&gt;</w:t>
        <w:br/>
        <w:t>Усе було до ладу,&lt;br /&gt;</w:t>
        <w:br/>
        <w:t>Як сонце в саду,&lt;br /&gt;</w:t>
        <w:br/>
        <w:t>А тепер розладнався світ, ладо моє.</w:t>
      </w:r>
    </w:p>
    <w:p>
      <w:r>
        <w:br/>
        <w:t>Встала між нами розрив-трава.&lt;br /&gt;</w:t>
        <w:br/>
        <w:t>Розрив-трава високо росте,&lt;br /&gt;</w:t>
        <w:br/>
        <w:t>Розірвала ночі і дні.&lt;br /&gt;</w:t>
        <w:br/>
        <w:t>Перше були вони як крила ластівки:&lt;br /&gt;</w:t>
        <w:br/>
        <w:t>Верх чорний, спід білий, а крило одно.&lt;br /&gt;</w:t>
        <w:br/>
        <w:t>Тепер вони як розламаний камінь –&lt;br /&gt;</w:t>
        <w:br/>
        <w:t>Колють і ранять, ладо моє.</w:t>
      </w:r>
    </w:p>
    <w:p>
      <w:r>
        <w:br/>
        <w:t>Стало тяжко нести мені час,&lt;br /&gt;</w:t>
        <w:br/>
        <w:t>Туга рве мислі мої,&lt;br /&gt;</w:t>
        <w:br/>
        <w:t>Як буря метає снігом.&lt;br /&gt;</w:t>
        <w:br/>
        <w:t>Одна сніжинка паде на лід,&lt;br /&gt;</w:t>
        <w:br/>
        <w:t>І вітер жене її в безвість,&lt;br /&gt;</w:t>
        <w:br/>
        <w:t>Друга лягає при березі&lt;br /&gt;</w:t>
        <w:br/>
        <w:t>У скований слід копита,&lt;br /&gt;</w:t>
        <w:br/>
        <w:t>Третя розбивається об сук,&lt;br /&gt;</w:t>
        <w:br/>
        <w:t>Стало тяжко нести мені час.</w:t>
      </w:r>
    </w:p>
    <w:p>
      <w:r>
        <w:br/>
        <w:t>Я п'ю полинь, ладо моє,&lt;br /&gt;</w:t>
        <w:br/>
        <w:t>Ввечері і вранці&lt;br /&gt;</w:t>
        <w:br/>
        <w:t>Я п'ю полинь.&lt;br /&gt;</w:t>
        <w:br/>
        <w:t>Та багато полині в степах,&lt;br /&gt;</w:t>
        <w:br/>
        <w:t>Не спити її, не вигубити.</w:t>
      </w:r>
    </w:p>
    <w:p>
      <w:r>
        <w:br/>
        <w:t>Я знаю: усе вмирає.&lt;br /&gt;</w:t>
        <w:br/>
        <w:t>Квітка у полі,&lt;br /&gt;</w:t>
        <w:br/>
        <w:t>Дерево в лісі,&lt;br /&gt;</w:t>
        <w:br/>
        <w:t>Дитина в місті,&lt;br /&gt;</w:t>
        <w:br/>
        <w:t>Усе вмирає, ладо моє.</w:t>
      </w:r>
    </w:p>
    <w:p>
      <w:r>
        <w:br/>
        <w:t>Не в одні двері приводить нас вечір,&lt;br /&gt;</w:t>
        <w:br/>
        <w:t>Не в одному вікні вітаєм ми ранок,&lt;br /&gt;</w:t>
        <w:br/>
        <w:t>І забув я творити казку.&lt;br /&gt;</w:t>
        <w:br/>
        <w:t>Так гостро дивлюсь,&lt;br /&gt;</w:t>
        <w:br/>
        <w:t>А бачу тільки видиме,&lt;br /&gt;</w:t>
        <w:br/>
        <w:t>Тільки можливе, ой ладо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була зо мною, ладо моє...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