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моя мати заходить до церкви...</w:t>
      </w:r>
    </w:p>
    <w:p>
      <w:r>
        <w:br/>
        <w:t xml:space="preserve"> Коли моя мати заходить до церкви,&lt;br /&gt;</w:t>
        <w:br/>
        <w:t>вона нікого не помічає,&lt;br /&gt;</w:t>
        <w:br/>
        <w:t>доки іде на своє місце.</w:t>
      </w:r>
    </w:p>
    <w:p>
      <w:r>
        <w:br/>
        <w:t>Вона зупиняється&lt;br /&gt;</w:t>
        <w:br/>
        <w:t>маленькою дівчинкою,&lt;br /&gt;</w:t>
        <w:br/>
        <w:t>майже прозорою&lt;br /&gt;</w:t>
        <w:br/>
        <w:t>у золотому повітрі&lt;br /&gt;</w:t>
        <w:br/>
        <w:t>під склепінням&lt;br /&gt;</w:t>
        <w:br/>
        <w:t>маленької карпатської церкви.</w:t>
      </w:r>
    </w:p>
    <w:p>
      <w:r>
        <w:br/>
        <w:t>Дівчинка оглядається&lt;br /&gt;</w:t>
        <w:br/>
        <w:t>і, коли впевнюється,&lt;br /&gt;</w:t>
        <w:br/>
        <w:t>що її мама&lt;br /&gt;</w:t>
        <w:br/>
        <w:t>стоїть позаду,&lt;br /&gt;</w:t>
        <w:br/>
        <w:t>одразу бачить усіх.</w:t>
      </w:r>
    </w:p>
    <w:p>
      <w:r>
        <w:br/>
        <w:t>Вона вже знає, де хто стоїть.</w:t>
      </w:r>
    </w:p>
    <w:p>
      <w:r>
        <w:br/>
        <w:t>І все вона чує:&lt;br /&gt;</w:t>
        <w:br/>
        <w:t>як тонко виводить на хорах&lt;br /&gt;</w:t>
        <w:br/>
        <w:t>наречена її рідного вуйка&lt;br /&gt;</w:t>
        <w:br/>
        <w:t>і навіть, як по різкому обличчю її тата&lt;br /&gt;</w:t>
        <w:br/>
        <w:t>котиться сльоза,&lt;br /&gt;</w:t>
        <w:br/>
        <w:t>коли вперше на Великдень&lt;br /&gt;</w:t>
        <w:br/>
        <w:t>заспівають: "Христос воскрес".</w:t>
      </w:r>
    </w:p>
    <w:p>
      <w:r>
        <w:br/>
        <w:t>Вона ніколи не дивується:&lt;br /&gt;</w:t>
        <w:br/>
        <w:t>як це у невеличкій церкві&lt;br /&gt;</w:t>
        <w:br/>
        <w:t>вмістилося стільки народу&lt;br /&gt;</w:t>
        <w:br/>
        <w:t>нинішнього і дуже давнього,&lt;br /&gt;</w:t>
        <w:br/>
        <w:t>і звідки навколо кожного&lt;br /&gt;</w:t>
        <w:br/>
        <w:t>стільки золотого повітря?</w:t>
      </w:r>
    </w:p>
    <w:p>
      <w:r>
        <w:br/>
        <w:t>Іноді моя мати&lt;br /&gt;</w:t>
        <w:br/>
        <w:t>виходить із церкви&lt;br /&gt;</w:t>
        <w:br/>
        <w:t>маленькою дівчинкою,&lt;br /&gt;</w:t>
        <w:br/>
        <w:t>яка вже знає,&lt;br /&gt;</w:t>
        <w:br/>
        <w:t>що всі її вуйки і вуйни,&lt;br /&gt;</w:t>
        <w:br/>
        <w:t>які живуть на всіх найдальших на світі&lt;br /&gt;</w:t>
        <w:br/>
        <w:t>верхах,&lt;br /&gt;</w:t>
        <w:br/>
        <w:t>виходять услід за нею&lt;br /&gt;</w:t>
        <w:br/>
        <w:t>і лягають пліч-о-пліч навколо церкви,&lt;br /&gt;</w:t>
        <w:br/>
        <w:t>і між ними вже немає місця.</w:t>
      </w:r>
    </w:p>
    <w:p>
      <w:r>
        <w:br/>
        <w:t>Найлегше їй повертатися додому&lt;br /&gt;</w:t>
        <w:br/>
        <w:t>із великодньою ношею в руках.</w:t>
      </w:r>
    </w:p>
    <w:p>
      <w:r>
        <w:br/>
        <w:t>Вона спочатку заходить до стайні&lt;br /&gt;</w:t>
        <w:br/>
        <w:t>і посвячену ношу&lt;br /&gt;</w:t>
        <w:br/>
        <w:t>тричі кладе на хребет корові,&lt;br /&gt;</w:t>
        <w:br/>
        <w:t>вимовляючи те,&lt;br /&gt;</w:t>
        <w:br/>
        <w:t>що вимовляється тільки тої днини&lt;br /&gt;</w:t>
        <w:br/>
        <w:t>і тільки там.</w:t>
      </w:r>
    </w:p>
    <w:p>
      <w:r>
        <w:br/>
        <w:t>Коли моя мати заходить до церкви,&lt;br /&gt;</w:t>
        <w:br/>
        <w:t>я стою за порогом,&lt;br /&gt;</w:t>
        <w:br/>
        <w:t>доки маленька дівчинка&lt;br /&gt;</w:t>
        <w:br/>
        <w:t>під склепінням&lt;br /&gt;</w:t>
        <w:br/>
        <w:t>маленької карпатської церкви&lt;br /&gt;</w:t>
        <w:br/>
        <w:t>зустрічається поглядом&lt;br /&gt;</w:t>
        <w:br/>
        <w:t>з усіма.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моя мати заходить до церкви...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