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бучний бенкет на всю губу товсту...</w:t>
      </w:r>
    </w:p>
    <w:p>
      <w:r>
        <w:br/>
        <w:t xml:space="preserve"> Коли бучний бенкет на всю губу товсту&lt;br /&gt;</w:t>
        <w:br/>
        <w:t>Ти справляєш,— про тих спогадай,&lt;br /&gt;</w:t>
        <w:br/>
        <w:t>Хто квилить у церков, на дорозі, мосту&lt;br /&gt;</w:t>
        <w:br/>
        <w:t>І дрижить — простяга свою руку пусту:&lt;br /&gt;</w:t>
        <w:br/>
        <w:t>"Христа ради, на голод подай!"</w:t>
      </w:r>
    </w:p>
    <w:p>
      <w:r>
        <w:br/>
        <w:t>Коли скрутно в житті доведеться тобі,&lt;br /&gt;</w:t>
        <w:br/>
        <w:t>Зрадить віра,— поглянь лиш на тих,&lt;br /&gt;</w:t>
        <w:br/>
        <w:t>Хто до краю поклав свої сили слабі&lt;br /&gt;</w:t>
        <w:br/>
        <w:t>За насущний шматок у лихій боротьбі,&lt;br /&gt;</w:t>
        <w:br/>
        <w:t>А не витратив думок святих!</w:t>
      </w:r>
    </w:p>
    <w:p>
      <w:r>
        <w:br/>
        <w:t>Коли люду до уст розуміння своє&lt;br /&gt;</w:t>
        <w:br/>
        <w:t>Ти збажаєш як слід подавать,-&lt;br /&gt;</w:t>
        <w:br/>
        <w:t>Знай: забута верства богом на світі є,&lt;br /&gt;</w:t>
        <w:br/>
        <w:t>Що їй променя сонця під час не стає,-&lt;br /&gt;</w:t>
        <w:br/>
        <w:t>То на неї зверни працювать!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бучний бенкет на всю губу товсту...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