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Колесо життя</w:t>
      </w:r>
    </w:p>
    <w:p>
      <w:r>
        <w:br/>
        <w:t xml:space="preserve"> &lt;p&gt;Десь-недесь, ні в царстві, ні в гетьманстві, а просто на волі жили люде.</w:t>
      </w:r>
    </w:p>
    <w:p>
      <w:r>
        <w:br/>
        <w:t>Не знали грошей, не збірали багацтва, а через те не мали ні заздрощів, ні жадоби.</w:t>
      </w:r>
    </w:p>
    <w:p>
      <w:r>
        <w:br/>
        <w:t>Не кували зброї, бо не було там ні царів, ні підданців, а всі, як брати рівні.</w:t>
      </w:r>
    </w:p>
    <w:p>
      <w:r>
        <w:br/>
        <w:t>Не кохалися в науках, бо Мудрість панувала серед того пароду. — Хтож наймудріщий — вибирався за найбільшого і ставав слугою громаді.</w:t>
      </w:r>
    </w:p>
    <w:p>
      <w:r>
        <w:br/>
        <w:t>Земля була вільна, — не купована, не запродана.</w:t>
      </w:r>
    </w:p>
    <w:p>
      <w:r>
        <w:br/>
        <w:t>Скільки оком кинути — степ веселий, тирсою вкритий, наче море безкрає, коливається.</w:t>
      </w:r>
    </w:p>
    <w:p>
      <w:r>
        <w:br/>
        <w:t>Вийде чоловік з села, уподоба собі цілину, виоре поволі, та й кидає зерна.</w:t>
      </w:r>
    </w:p>
    <w:p>
      <w:r>
        <w:br/>
        <w:t>А недалеко буй-тури ревуть, дикі коні через степи перебігають, на узліссі стрункі кози пасуться.</w:t>
      </w:r>
    </w:p>
    <w:p>
      <w:r>
        <w:br/>
        <w:t>Так у достатках, серед роскошів природи доживали люде до глибокої старости.</w:t>
      </w:r>
    </w:p>
    <w:p>
      <w:r>
        <w:br/>
        <w:t>І не мали хвороб.</w:t>
      </w:r>
    </w:p>
    <w:p>
      <w:r>
        <w:br/>
        <w:t>Так само жили за ними і сусіди їхні.</w:t>
      </w:r>
    </w:p>
    <w:p>
      <w:r>
        <w:br/>
        <w:t>Але ось прилетіла Бог-зна звідки чутка-вістка, що десь за високими горами, за глибокими ріками, за широкими морями живуть люде не так.</w:t>
      </w:r>
    </w:p>
    <w:p>
      <w:r>
        <w:br/>
        <w:t>По краю покотивсь смуток, мов туман густкй.</w:t>
      </w:r>
    </w:p>
    <w:p>
      <w:r>
        <w:br/>
        <w:t>І степ зелений, як воля звабливий, здавався невеселий, і ніжна пісня жайворонка в небесній блакити не чарувала, і соловейко співав докучливо,</w:t>
      </w:r>
    </w:p>
    <w:p>
      <w:r>
        <w:br/>
        <w:t>Дівчина стала юнакові не люба, дитина матері — не втішна.</w:t>
      </w:r>
    </w:p>
    <w:p>
      <w:r>
        <w:br/>
        <w:t>Уперше зроду люде занудилися, ходять сумні, робота їм здається важкою.</w:t>
      </w:r>
    </w:p>
    <w:p>
      <w:r>
        <w:br/>
        <w:t>Якось одного дня, коли весна саме розпустила свої чари, люде почали сходитися до гурту.</w:t>
      </w:r>
    </w:p>
    <w:p>
      <w:r>
        <w:br/>
        <w:t>Усі мали на мислі: як то живуть десь там за горами, за морями?</w:t>
      </w:r>
    </w:p>
    <w:p>
      <w:r>
        <w:br/>
        <w:t>І от подумали, порадились і одностайне поклали: послали найрозумніших молодців на всі чотири сторони світу білого: на схід і на захід, на південь і на північ.</w:t>
      </w:r>
    </w:p>
    <w:p>
      <w:r>
        <w:br/>
        <w:t>І тут же громада обібрала чотирьох братів, легкокрилих, як орлів, і твердо наказала про все довідатись і швидче повертатись до дому.</w:t>
      </w:r>
    </w:p>
    <w:p>
      <w:r>
        <w:br/>
        <w:t>Курява од копит кінських, а далі тирса висока ту-ж мить сховала їх од очей громади.</w:t>
      </w:r>
    </w:p>
    <w:p>
      <w:r>
        <w:br/>
        <w:t>Швидко казка кажеться, не так діло робиться.</w:t>
      </w:r>
    </w:p>
    <w:p>
      <w:r>
        <w:br/>
        <w:t>Чимало часу поминуло, чимало води утікло, а про братів ні чутки, ні звістки, наче безодня їх поглинула.</w:t>
      </w:r>
    </w:p>
    <w:p>
      <w:r>
        <w:br/>
        <w:t>Спершу виглядали, нудились, а там потроху вже й забувати стали.</w:t>
      </w:r>
    </w:p>
    <w:p>
      <w:r>
        <w:br/>
        <w:t>Коли це одного дня, як усі були коло роботи, неждано-негадано, страшна блискавка перерізала з краю-до краю все небо, і серед ясного дня вдарив такий грім, що земля захиталася.</w:t>
      </w:r>
    </w:p>
    <w:p>
      <w:r>
        <w:br/>
        <w:t>Де не взялись на небі чорні хмари, і стило темно, мов осінньої ночі.</w:t>
      </w:r>
    </w:p>
    <w:p>
      <w:r>
        <w:br/>
        <w:t>Аж знову освітило землю, і люде, тремтячи од страху, побачили, що з чорних хмар вилітає вогняний, трьохголовий змій, на якому сидить чоловік.</w:t>
      </w:r>
    </w:p>
    <w:p>
      <w:r>
        <w:br/>
        <w:t>Скоро доткнувся змін землі — розсипався порохом.</w:t>
      </w:r>
    </w:p>
    <w:p>
      <w:r>
        <w:br/>
        <w:t>Коли-ж той порох розвіяло по всьому краю, всі побачили, що на тому місці стоїть перший брат.</w:t>
      </w:r>
    </w:p>
    <w:p>
      <w:r>
        <w:br/>
        <w:t>І побігли до нього...</w:t>
      </w:r>
    </w:p>
    <w:p>
      <w:r>
        <w:br/>
        <w:t>Перший брат сказав так:</w:t>
      </w:r>
    </w:p>
    <w:p>
      <w:r>
        <w:br/>
        <w:t>Ходив я, панове-товариші, по вашій волі, по своїй охоті в далекі краї. Переїздив степи широкі, переходив гори високі, перепливав моря бурхливі, аж прибув у князівство. У князівстві люде живуть не по-вашому: не знають ні роботи важкої, ні клопотів нудних, бо непереможною силою скорили собі сусідні народи, повернули їх на рабів. Саміж тільки порядкують та купаються у роскошах.</w:t>
      </w:r>
    </w:p>
    <w:p>
      <w:r>
        <w:br/>
        <w:t>Сила ця — зброя.</w:t>
      </w:r>
    </w:p>
    <w:p>
      <w:r>
        <w:br/>
        <w:t>Ось зараз покажу вам те чудове життя.</w:t>
      </w:r>
    </w:p>
    <w:p>
      <w:r>
        <w:br/>
        <w:t>Розбив тут червону, як крон, крашанку, і по степу роскинулось велике князівство з селами та городами.</w:t>
      </w:r>
    </w:p>
    <w:p>
      <w:r>
        <w:br/>
        <w:t>По селах чутно грають музики, весела челядь танцює, співає, бавиться. На степах необмежених косять, жнуть князівські підданці, між ними похожають та порядкують володарі їхні.</w:t>
      </w:r>
    </w:p>
    <w:p>
      <w:r>
        <w:br/>
        <w:t>У великих палацах пани гуляють, веселяться, регочуться, раби їм до послуг стають, вино заморське наливають...</w:t>
      </w:r>
    </w:p>
    <w:p>
      <w:r>
        <w:br/>
        <w:t>Далі великі городи: широкими вулицями військо йде, гучно співає, весело корогвами має.</w:t>
      </w:r>
    </w:p>
    <w:p>
      <w:r>
        <w:br/>
        <w:t>Зброя блищить, обличчя у вояків зухвальством сяють.</w:t>
      </w:r>
    </w:p>
    <w:p>
      <w:r>
        <w:br/>
        <w:t>З другого боку — війна: рівними лавами насувають воїни з обох таборів: з гаківниць гукають, з гармат гримають, шаблями брязкотять...</w:t>
      </w:r>
    </w:p>
    <w:p>
      <w:r>
        <w:br/>
        <w:t>Маленькою річкою побігла по землі червона кров, і почувся здалека важкий стогін...</w:t>
      </w:r>
    </w:p>
    <w:p>
      <w:r>
        <w:br/>
        <w:t>Тут гримнула музика військова, і все зникло...</w:t>
      </w:r>
    </w:p>
    <w:p>
      <w:r>
        <w:br/>
        <w:t>Ахнула громада з того дива.</w:t>
      </w:r>
    </w:p>
    <w:p>
      <w:r>
        <w:br/>
        <w:t>Усі загомоніли, загули, закричали з радощів.</w:t>
      </w:r>
    </w:p>
    <w:p>
      <w:r>
        <w:br/>
        <w:t>Любо всім стало, що так весело живуть там, де панує зброя, і собі захотілося такого ладу.</w:t>
      </w:r>
    </w:p>
    <w:p>
      <w:r>
        <w:br/>
        <w:t>— Добре, — сказав перший брат, — тільки насамперед треба вам обібрати князя, і щоб йому корилися, а хто не схоче, того він каратиме на смерть.</w:t>
      </w:r>
    </w:p>
    <w:p>
      <w:r>
        <w:br/>
        <w:t>Тоді громада обібрала першого брата за князя, а він зараз-же запровадив новий лад...</w:t>
      </w:r>
    </w:p>
    <w:p>
      <w:r>
        <w:br/>
        <w:t>І от по городах стоять сильні фортеці, з них дивляться грізно гармати. По великих косарнях вояки весело співають, по майданах муштруються.</w:t>
      </w:r>
    </w:p>
    <w:p>
      <w:r>
        <w:br/>
        <w:t>Цілий край повернувся у військовий табор.</w:t>
      </w:r>
    </w:p>
    <w:p>
      <w:r>
        <w:br/>
        <w:t>Князь у похід вирушає.</w:t>
      </w:r>
    </w:p>
    <w:p>
      <w:r>
        <w:br/>
        <w:t>Військо гордо виступає, зброя проти сонця виблискує, труби трублять, барабани бють.</w:t>
      </w:r>
    </w:p>
    <w:p>
      <w:r>
        <w:br/>
        <w:t>Як вихор налетіли на добрих сусідів, — старих порубали, малих кіньми потоптали, а середущих у полон забрали.</w:t>
      </w:r>
    </w:p>
    <w:p>
      <w:r>
        <w:br/>
        <w:t>Села й ниви спалили.</w:t>
      </w:r>
    </w:p>
    <w:p>
      <w:r>
        <w:br/>
        <w:t>І став сусідній край руїною.</w:t>
      </w:r>
    </w:p>
    <w:p>
      <w:r>
        <w:br/>
        <w:t>Де красувалося у затишку щасливе село, де недавно лунала пісня, там коло трупів лиш вовки-сіроманці та ворони-чорнокрильці...</w:t>
      </w:r>
    </w:p>
    <w:p>
      <w:r>
        <w:br/>
        <w:t>А бранці — вже раби в князівстві: не мають ні волі своєї, ні хати, ні хліба свого, ні батьків, ані дітей — усе належить їхнім володарям-воїнам.</w:t>
      </w:r>
    </w:p>
    <w:p>
      <w:r>
        <w:br/>
        <w:t>Володарі-ж роскошують...</w:t>
      </w:r>
    </w:p>
    <w:p>
      <w:r>
        <w:br/>
        <w:t>Забули вже, як і землю святу обробляти, одно-знай різали беззахистних сусідів, забирали собі чимраз більше рабів.</w:t>
      </w:r>
    </w:p>
    <w:p>
      <w:r>
        <w:br/>
        <w:t>Кінчалася одна різня, починався гучний бенкет, аж поки князь занудиться і знову гукне до зброї.</w:t>
      </w:r>
    </w:p>
    <w:p>
      <w:r>
        <w:br/>
        <w:t>Можеб і добре так жилося, та прокинулися у людей заздрощі, знайшлися самолюбці, що самі захотіли князювати.</w:t>
      </w:r>
    </w:p>
    <w:p>
      <w:r>
        <w:br/>
        <w:t>А як князь карав таких на смерть, то вони перекинулися до сусідів, навчили їх робити зброю і воювати.</w:t>
      </w:r>
    </w:p>
    <w:p>
      <w:r>
        <w:br/>
        <w:t>Там поробилися князями і побудували скрізь фортеці.</w:t>
      </w:r>
    </w:p>
    <w:p>
      <w:r>
        <w:br/>
        <w:t>І пішов один братній народ на другий, потяглася безперестанна війна.</w:t>
      </w:r>
    </w:p>
    <w:p>
      <w:r>
        <w:br/>
        <w:t>Сьогодні подужає один князь, — руйнує городи й села, бере рабів. Завтра переміг другий, — забирає рабів.</w:t>
      </w:r>
    </w:p>
    <w:p>
      <w:r>
        <w:br/>
        <w:t>Уся, колись тиха країна, стала крівавою різницею.</w:t>
      </w:r>
    </w:p>
    <w:p>
      <w:r>
        <w:br/>
        <w:t>Сусід убиває сусіда, раби жорстоких панів, пани мстивих рабів, а всіх на смерть карає князь.</w:t>
      </w:r>
    </w:p>
    <w:p>
      <w:r>
        <w:br/>
        <w:t>І всі поробилися рабами тієї великої сили — зброї. У всіх серця стали жорстокі й неспокійні, та ніхто вже не зміг одмінити того страшного ладу, бо всі боялися кари.</w:t>
      </w:r>
    </w:p>
    <w:p>
      <w:r>
        <w:br/>
        <w:t>І не було світлої днини в тому краї, де запанувала зброя.</w:t>
      </w:r>
    </w:p>
    <w:p>
      <w:r>
        <w:br/>
        <w:t>Чи довго так велося, чи ні: скоро казка кажеться, не так діло робиться.</w:t>
      </w:r>
    </w:p>
    <w:p>
      <w:r>
        <w:br/>
        <w:t>Одного ранку, коли всі князі воювали проміж себе, умент зробилася найтемніща ніч.</w:t>
      </w:r>
    </w:p>
    <w:p>
      <w:r>
        <w:br/>
        <w:t>Застугоніла земля, заколивалася. Заревів вихор, гримнув страшенний грім і блискавка освітила землю.</w:t>
      </w:r>
    </w:p>
    <w:p>
      <w:r>
        <w:br/>
        <w:t>Тоді всі, тремтячи од страху побачили, що летить вогняний шостиголовий змій, а на ньому сидить чоловік.</w:t>
      </w:r>
    </w:p>
    <w:p>
      <w:r>
        <w:br/>
        <w:t>Скоро доткнувся змій землі, розсипався порохом.</w:t>
      </w:r>
    </w:p>
    <w:p>
      <w:r>
        <w:br/>
        <w:t>Коли-ж порох розвіяло по країні, і знову стало світло, то на тому місті стояв другий брат. Князі перелякалися, казали своїм воїнам убити брата, та ніхто вже їх не слухав, а всі бігли до нього.</w:t>
      </w:r>
    </w:p>
    <w:p>
      <w:r>
        <w:br/>
        <w:t>Другий брат сказав так:</w:t>
      </w:r>
    </w:p>
    <w:p>
      <w:r>
        <w:br/>
        <w:t>— Ходив я, панове-товариші, по вашій волі, по своїй охоті, в далекі краї.</w:t>
      </w:r>
    </w:p>
    <w:p>
      <w:r>
        <w:br/>
        <w:t>Переїздив степи широкі, переходив гори високі, перепливав моря бурхливі, аж прибув у царство.</w:t>
      </w:r>
    </w:p>
    <w:p>
      <w:r>
        <w:br/>
        <w:t>У царстві люде живуть не по-вашому:</w:t>
      </w:r>
    </w:p>
    <w:p>
      <w:r>
        <w:br/>
        <w:t>Не сідлають коней і в походи не рушають.</w:t>
      </w:r>
    </w:p>
    <w:p>
      <w:r>
        <w:br/>
        <w:t>Не повстає там брат на брата, не має сиріт після вбитого батька, ні матері безутішної, ні дівчини заплаканої.</w:t>
      </w:r>
    </w:p>
    <w:p>
      <w:r>
        <w:br/>
        <w:t>Там панує така сила, що нею люде зробили життя своє без міри щасливим та безжурним, бо сполучили всі князівства до купи і збудували велике царство, а воїни тілько стоять на сторожі тієї непереможної сили.</w:t>
      </w:r>
    </w:p>
    <w:p>
      <w:r>
        <w:br/>
        <w:t>Сила ця — наука.</w:t>
      </w:r>
    </w:p>
    <w:p>
      <w:r>
        <w:br/>
        <w:t>Розбив тут білу, як папір, крашанку і по степу розкинулось велике царство з городами та селами.</w:t>
      </w:r>
    </w:p>
    <w:p>
      <w:r>
        <w:br/>
        <w:t>По городах величезні університети, громадські театри, дивні музеї, просторі бібліотеки.</w:t>
      </w:r>
    </w:p>
    <w:p>
      <w:r>
        <w:br/>
        <w:t>З високих веж сиві вчені оглядають небо в телескопи, по університетах дивляться в мікроскопи, а коло вчених тисячі лагідних юнаків, жадібно ловлять кожне їх слово, щоб і собі здобути науки.</w:t>
      </w:r>
    </w:p>
    <w:p>
      <w:r>
        <w:br/>
        <w:t>По музеях красуються дива з усіх країн, у роскішних галереях на великих малюнках відбивалось життя цілого світу, а в бібліотеках зібрано весь розум од початку життя людського.</w:t>
      </w:r>
    </w:p>
    <w:p>
      <w:r>
        <w:br/>
        <w:t>І скрізь, там і тут, скрізь повно молоді і старих, чоловіків і жінок, що жваво метушаться, весело розмовляють.</w:t>
      </w:r>
    </w:p>
    <w:p>
      <w:r>
        <w:br/>
        <w:t>сяють щастям.</w:t>
      </w:r>
    </w:p>
    <w:p>
      <w:r>
        <w:br/>
        <w:t>По селах теж маленькі школи, повні моторної дітвори,</w:t>
      </w:r>
    </w:p>
    <w:p>
      <w:r>
        <w:br/>
        <w:t>що й собі вчиться, весело бавиться.</w:t>
      </w:r>
    </w:p>
    <w:p>
      <w:r>
        <w:br/>
        <w:t>З другого боку, по морю синьому, мов чайки, кораблі гуляють. Крізь неосяжні праліси блискавицею поїзди пролітають, над бистрими ріками перебігають, під високі гори поринають, а з вікон цяцькованих вагонів, веселі люде, привіт посилають.</w:t>
      </w:r>
    </w:p>
    <w:p>
      <w:r>
        <w:br/>
        <w:t>Аж ось упала на землю ніч. Над великими городами висять несчисленні сонця, освітлюють їх білим холодним світлом. Скрізь як у день. По вулицях, по театрах, по цирках повно щасливих людей, що бавляться, регочуться, радіють...</w:t>
      </w:r>
    </w:p>
    <w:p>
      <w:r>
        <w:br/>
        <w:t>Тільки по селах, у маленьких хатках, куди не досягає біла електрика, щось у пітьмі ворушиться.</w:t>
      </w:r>
    </w:p>
    <w:p>
      <w:r>
        <w:br/>
        <w:t>І враз іздалека почувся важкий стогін...</w:t>
      </w:r>
    </w:p>
    <w:p>
      <w:r>
        <w:br/>
        <w:t>Та раптом вибухнув над городом фаєрверк: полетіли в небо тисячі грімучих зміїв, міліони різноцвітніх зорь, вогняних фонтан — і тут усе зникло...</w:t>
      </w:r>
    </w:p>
    <w:p>
      <w:r>
        <w:br/>
        <w:t>Ахнули з того дива і раби, і пани.</w:t>
      </w:r>
    </w:p>
    <w:p>
      <w:r>
        <w:br/>
        <w:t>Усі загомоніли, загули, і закричали з радощів.</w:t>
      </w:r>
    </w:p>
    <w:p>
      <w:r>
        <w:br/>
        <w:t>Любо всім стало, що так гарно живуть там, де панує наука, і собі забажалося такого ладу.</w:t>
      </w:r>
    </w:p>
    <w:p>
      <w:r>
        <w:br/>
        <w:t>— Добре, — сказав другий брат: — насамперед треба всі князівські землі сполучити до купи й обібрати одного царя, що буде самодержцем у великому непереможному царстві.</w:t>
      </w:r>
    </w:p>
    <w:p>
      <w:r>
        <w:br/>
        <w:t>Тоді накинулись на своїх князів, усіх повбивали, трупи їхні до хвостів диких коней привязали, а ті геть по степах князівські кости розметали.</w:t>
      </w:r>
    </w:p>
    <w:p>
      <w:r>
        <w:br/>
        <w:t>І став другий брат царем, а в державі почала ширитися наука.</w:t>
      </w:r>
    </w:p>
    <w:p>
      <w:r>
        <w:br/>
        <w:t>Учені мудрою наукою повернули саму природу собі до послуг, собі на вжиток.</w:t>
      </w:r>
    </w:p>
    <w:p>
      <w:r>
        <w:br/>
        <w:t>Скоротили непереможний час, вигадали такі машини, що ними одна людина за день може зробити більше як колись за рік.</w:t>
      </w:r>
    </w:p>
    <w:p>
      <w:r>
        <w:br/>
        <w:t>Скорили просторінь, і за годину переїздять широкі степи, перелітають по воздуху через великі моря, за хвилину мають листи з найдальших країв, говорять з одного города в другий, як з хати в хату.</w:t>
      </w:r>
    </w:p>
    <w:p>
      <w:r>
        <w:br/>
        <w:t>Учені дізналися, що робиться на дні океану, що під землею? Перелічили зорі на небі і кожній дали імення.</w:t>
      </w:r>
    </w:p>
    <w:p>
      <w:r>
        <w:br/>
        <w:t>Довідалися про тисячі пород бактерій, що почали приносити їм хвороби, вивчили життя й характер кождої породи, щоб з ними боротися.</w:t>
      </w:r>
    </w:p>
    <w:p>
      <w:r>
        <w:br/>
        <w:t>Через науку вчені стали свідомі своєї сили, поробилися першими між людьми: професорами, прокураторами, міністрами, начальниками.</w:t>
      </w:r>
    </w:p>
    <w:p>
      <w:r>
        <w:br/>
        <w:t>Наука поділила людей на два табори: на вчених і темних.</w:t>
      </w:r>
    </w:p>
    <w:p>
      <w:r>
        <w:br/>
        <w:t>Учені писали для темних закони і примушували їх виконувати.</w:t>
      </w:r>
    </w:p>
    <w:p>
      <w:r>
        <w:br/>
        <w:t>Наука, що давала силу і власть, панувала по городах, а по селах була наука про науку.</w:t>
      </w:r>
    </w:p>
    <w:p>
      <w:r>
        <w:br/>
        <w:t>Там учили школярів, як треба поважати науку, як жити по закону, любити Бога й царя, шанувати начальників, та од такого вчення ніхто не ставав мудріщим, лиш ще більше темним.</w:t>
      </w:r>
    </w:p>
    <w:p>
      <w:r>
        <w:br/>
        <w:t>І через те, що тут панувала темрява, а навкруги був світ науки, темні ставали рабами видющих.</w:t>
      </w:r>
    </w:p>
    <w:p>
      <w:r>
        <w:br/>
        <w:t>Будували для них пишні городи з величезними палацами, високими баштами, садами, фонтанами, а для себе тюрми, косарні.</w:t>
      </w:r>
    </w:p>
    <w:p>
      <w:r>
        <w:br/>
        <w:t>Проводили через степи і по-під океанами залізні колії, через ріки — довгі мости, крізь гори — широкі тунелі. Загачували моря, спускали на них кораблі.</w:t>
      </w:r>
    </w:p>
    <w:p>
      <w:r>
        <w:br/>
        <w:t>Постачали на вчених хліб із своїх убогих нив, сіль із їдких озер, вугілля з темних шахт.</w:t>
      </w:r>
    </w:p>
    <w:p>
      <w:r>
        <w:br/>
        <w:t>Робили як воли, саму важку роботу, бо не знали иншої. Жили в убогих халупах, разом із своєю худобою і їй заздріли, бо мала більше відпочинку і меньше турбот.</w:t>
      </w:r>
    </w:p>
    <w:p>
      <w:r>
        <w:br/>
        <w:t>Так панувала в царстві наука, а темним ще тяжче жилося, як до того.</w:t>
      </w:r>
    </w:p>
    <w:p>
      <w:r>
        <w:br/>
        <w:t>Заздрощі. лютість опанували їх душі.</w:t>
      </w:r>
    </w:p>
    <w:p>
      <w:r>
        <w:br/>
        <w:t>Ненависть до науки, до вчених зростала без міри Горіли жадобою помсти. Враз повставали проти всіх гнобителів: руйнували високі вежі вчених, розбивали музеї, палили бібліотеки.</w:t>
      </w:r>
    </w:p>
    <w:p>
      <w:r>
        <w:br/>
        <w:t>Та в одну мить дзвонили телєфони, летіли телєґрами, бігли поїзди з військом.</w:t>
      </w:r>
    </w:p>
    <w:p>
      <w:r>
        <w:br/>
        <w:t>І ця караюча сила зброї, при допомозі науки, виростала, наче з землі, так швидко, так несподівано для темного народу, що він губився, тратив останнє розуміння подій, падав ниць перед своїми тиранами, не маючи сил боролися.</w:t>
      </w:r>
    </w:p>
    <w:p>
      <w:r>
        <w:br/>
        <w:t>Знов покірливо мусів будувати високі вежі, чудові сади, пишні палаци, а для себе — тюрми, косарні.</w:t>
      </w:r>
    </w:p>
    <w:p>
      <w:r>
        <w:br/>
        <w:t>Скрута, роспука й смерть нависла, мов чорна хмара, над царством, де запанувала наука.</w:t>
      </w:r>
    </w:p>
    <w:p>
      <w:r>
        <w:br/>
        <w:t>Чи довго так велося, чи ні: скоро казка кажеться, не так діло робиться. Одного дня, коли темні повстали, і вже побігли поїзди з військом у-мент зробилася найтемніша ніч. І з надр землі піднявся вульканічний стовп аж до неба, освітив темну землю, і тут усі побачили, що з страшної прірви вилітає двадцятиголовий змій, на якому сидить чоловік. Скоро доткнувся змій землі, розсипався порохом. Коли-ж порох розвіяло по країні, то на тому місці стояв третій брат.</w:t>
      </w:r>
    </w:p>
    <w:p>
      <w:r>
        <w:br/>
        <w:t>І сказав третій брат так:</w:t>
      </w:r>
    </w:p>
    <w:p>
      <w:r>
        <w:br/>
        <w:t>— Ходив я, панове товариші, по вашій волі, по своїй охоті в далекі краї.</w:t>
      </w:r>
    </w:p>
    <w:p>
      <w:r>
        <w:br/>
        <w:t>Переїздив степи широкі, переходив гори високі, перепливав моря бурхливі, аж прибув в державу, що зветься Республіка.</w:t>
      </w:r>
    </w:p>
    <w:p>
      <w:r>
        <w:br/>
        <w:t>Нема там ні напів, ні рабів, ні царів, ні підданців, ні вчених, ні темних, а всі рівні громадяне, усі мають повні права. Вільними голосами оббірають з проміж себе одного за найбільшого, і він зветься президентом.</w:t>
      </w:r>
    </w:p>
    <w:p>
      <w:r>
        <w:br/>
        <w:t>Єсть там така сила, що нею кожен може зробити життя собі щасливим, стати вченим і сильним.</w:t>
      </w:r>
    </w:p>
    <w:p>
      <w:r>
        <w:br/>
        <w:t>Сила ця — золото.</w:t>
      </w:r>
    </w:p>
    <w:p>
      <w:r>
        <w:br/>
        <w:t>Тут розбив жовту, як золото, крашанку, і по степу роскинулась країна з городами та селами.</w:t>
      </w:r>
    </w:p>
    <w:p>
      <w:r>
        <w:br/>
        <w:t>По городах цілий ліс високих до хмар фабричних димарів, по заводах гудуть блискучі машини, біля яких мурашаться тисячі робітників.</w:t>
      </w:r>
    </w:p>
    <w:p>
      <w:r>
        <w:br/>
        <w:t>По майданах розташувались великі базари, веселі ярмарки, скрізь дзвенить золото, з рук до рук переходить.</w:t>
      </w:r>
    </w:p>
    <w:p>
      <w:r>
        <w:br/>
        <w:t>Веселі люде метушаться, купують, продають жартують, сміються.</w:t>
      </w:r>
    </w:p>
    <w:p>
      <w:r>
        <w:br/>
        <w:t>Великі палаци сріблом-золотом сяють.</w:t>
      </w:r>
    </w:p>
    <w:p>
      <w:r>
        <w:br/>
        <w:t>По світлих покоях пишні багатії похожають в одежах оксамітових, шовкових, рубінами та діямантами поцяцькованих.</w:t>
      </w:r>
    </w:p>
    <w:p>
      <w:r>
        <w:br/>
        <w:t>По селах винниці, броварні, сахарні, цегельні, миловарні...</w:t>
      </w:r>
    </w:p>
    <w:p>
      <w:r>
        <w:br/>
        <w:t>По нивах величезні парові плуги ходять, по багатих економіях зерно горами насипають.</w:t>
      </w:r>
    </w:p>
    <w:p>
      <w:r>
        <w:br/>
        <w:t>Вельможі в блискучих каретах обїздять свої необмежні землі, де пасеться сила товару, ходять несчисленні отари, табунами коні бродять.</w:t>
      </w:r>
    </w:p>
    <w:p>
      <w:r>
        <w:br/>
        <w:t>По ріках глибоких, по морях широких, великі кораблі пливуть, везуть заморський крам...</w:t>
      </w:r>
    </w:p>
    <w:p>
      <w:r>
        <w:br/>
        <w:t>І скрізь блищить золото, багато золота...</w:t>
      </w:r>
    </w:p>
    <w:p>
      <w:r>
        <w:br/>
        <w:t>Переходить з рук до рук, горить, як сонце, бренить-дзвенить, як чарівна музика.</w:t>
      </w:r>
    </w:p>
    <w:p>
      <w:r>
        <w:br/>
        <w:t>Тільки попід городськими будинками у темних льохах щось стогне.</w:t>
      </w:r>
    </w:p>
    <w:p>
      <w:r>
        <w:br/>
        <w:t>Десь під землею у темних шахтах, у високих тюрмах щось ворушиться. Там тихо ходять бліді тіни...</w:t>
      </w:r>
    </w:p>
    <w:p>
      <w:r>
        <w:br/>
        <w:t>І враз іздалека почувся важкий-важкий стогін...</w:t>
      </w:r>
    </w:p>
    <w:p>
      <w:r>
        <w:br/>
        <w:t>Тут заспівала тисячна весела юрба веселий народній марш, і все зникло...</w:t>
      </w:r>
    </w:p>
    <w:p>
      <w:r>
        <w:br/>
        <w:t>Ахнула громада з того дива, — і вчені, і темні.</w:t>
      </w:r>
    </w:p>
    <w:p>
      <w:r>
        <w:br/>
        <w:t>Загомоніли, загули, закричали з радощів.</w:t>
      </w:r>
    </w:p>
    <w:p>
      <w:r>
        <w:br/>
        <w:t>Любо всім стало, що так добре живуть там, де панує золото.</w:t>
      </w:r>
    </w:p>
    <w:p>
      <w:r>
        <w:br/>
        <w:t>Метнулися по царських покоях, убили царя, тіло спалили, а вітер і попіл по степу розвіяв.</w:t>
      </w:r>
    </w:p>
    <w:p>
      <w:r>
        <w:br/>
        <w:t>Тоді вільними голосами обібрали за президента третього брата.</w:t>
      </w:r>
    </w:p>
    <w:p>
      <w:r>
        <w:br/>
        <w:t>І от велика республика спокійна з краю до краю. Нема війни, не чути плачу, не видко трупів, не тече кров. Земля і все, що на ній, належить людям, а що з землі — державі.</w:t>
      </w:r>
    </w:p>
    <w:p>
      <w:r>
        <w:br/>
        <w:t>І от державні слуги розкопують високі гори, здобувають золото, каміння самоцвітне, усякі скарби природи. Складають у залізні вагони, і біжать довгі поїзди під охороною державного війська у столицю.</w:t>
      </w:r>
    </w:p>
    <w:p>
      <w:r>
        <w:br/>
        <w:t>Тут вибивають золоту монету, пересипають її у державну скарбницю, а звідси вже золото розходиться по всій країні.</w:t>
      </w:r>
    </w:p>
    <w:p>
      <w:r>
        <w:br/>
        <w:t>І всі навперейми жадібно кидаються за золотою монетою, бо за неї можна купити все: хліб і сіль, пошану і власть, зброю й науку, панство на землі і рай на небі.</w:t>
      </w:r>
    </w:p>
    <w:p>
      <w:r>
        <w:br/>
        <w:t>А хто має багато золота, той купує собі воїнів і вчених, будує фабрики, скуповує землі, посилає, за море кораблі з ріжним крамом.</w:t>
      </w:r>
    </w:p>
    <w:p>
      <w:r>
        <w:br/>
        <w:t>Ще більше багатіє, бо золото, здобуває золото.</w:t>
      </w:r>
    </w:p>
    <w:p>
      <w:r>
        <w:br/>
        <w:t>І вже на того багатія роблять сотні і тисячі люда, роблять на його землях літо й зиму, роблять на фабриках день і ніч.</w:t>
      </w:r>
    </w:p>
    <w:p>
      <w:r>
        <w:br/>
        <w:t>Так золото родило золото.</w:t>
      </w:r>
    </w:p>
    <w:p>
      <w:r>
        <w:br/>
        <w:t>У одних його стало без міри багато, другі-ж з усіх сил гнались за ним, бо без золота людина темна, і голодна, і підневільна.</w:t>
      </w:r>
    </w:p>
    <w:p>
      <w:r>
        <w:br/>
        <w:t>Народ вимінював свої землі, свої хати на золото, та на жаль золото любило золото: воно текло туди, де його багато, як от маленькі річки течуть у велику.</w:t>
      </w:r>
    </w:p>
    <w:p>
      <w:r>
        <w:br/>
        <w:t>І стало так, що на одного багатія були міліони бідних та бездомних, і бідні не могли здобути собі стільки золота, щоб жити безжурно а лише на щоденний черствих хліб.</w:t>
      </w:r>
    </w:p>
    <w:p>
      <w:r>
        <w:br/>
        <w:t>Багатії стали сильними, вони заправляли державою і всім народом, писали закони, якими накладали ще більше тягарів на бідних, а себе більше збагачували.</w:t>
      </w:r>
    </w:p>
    <w:p>
      <w:r>
        <w:br/>
        <w:t>І став народ голодний та кволий, як червак копошився десь на низу життя, по фабриках та по шахтах.</w:t>
      </w:r>
    </w:p>
    <w:p>
      <w:r>
        <w:br/>
        <w:t>А коли вчені вигадували нову машину, до якої треба меньше людей, тоді голодних тисячами виганяли з фабрик на економій.</w:t>
      </w:r>
    </w:p>
    <w:p>
      <w:r>
        <w:br/>
        <w:t>Шукаючи крихоток золота собі на хліб, вони переходили з фабрики до фабрики, з города в город, з краю в край.</w:t>
      </w:r>
    </w:p>
    <w:p>
      <w:r>
        <w:br/>
        <w:t>І щоб жити робили не тільки чоловіки, а вже й жінки, навіть малі діти, та все-ж мерли з голоду, гинули од пошестей, переповнювали ночліжні захисти, лікарні.</w:t>
      </w:r>
    </w:p>
    <w:p>
      <w:r>
        <w:br/>
        <w:t>Коли-ж не сила було терпіти тяжку долю, кидали роботу...</w:t>
      </w:r>
    </w:p>
    <w:p>
      <w:r>
        <w:br/>
        <w:t>Так сиділи на вулицях під фабриками та палацами голодні. Розлючені од мук голода кидалися руйнувати фабрики, грабувати багаті будинки, але до послуг багатіїв умент зявлялися воїни.</w:t>
      </w:r>
    </w:p>
    <w:p>
      <w:r>
        <w:br/>
        <w:t>Вони без жалю стріляли в голодну юрбу, що переступила державний закон, і тоді тисячі їх лягало трупом.</w:t>
      </w:r>
    </w:p>
    <w:p>
      <w:r>
        <w:br/>
        <w:t>І вже нічим не можна було скорити сили золота.</w:t>
      </w:r>
    </w:p>
    <w:p>
      <w:r>
        <w:br/>
        <w:t>Почались грабіжки, потаємні вбивства, душогубства, усякі злочинства.</w:t>
      </w:r>
    </w:p>
    <w:p>
      <w:r>
        <w:br/>
        <w:t>За золото син убивав батька, мати продавала дочку, жінки зраджували чоловіків.</w:t>
      </w:r>
    </w:p>
    <w:p>
      <w:r>
        <w:br/>
        <w:t>Страшно стало жити і бідним, і багатим.</w:t>
      </w:r>
    </w:p>
    <w:p>
      <w:r>
        <w:br/>
        <w:t>У багатих серця поробилися жорстокі та мстиві, а тіло купалося у роскошах, жиріло.</w:t>
      </w:r>
    </w:p>
    <w:p>
      <w:r>
        <w:br/>
        <w:t>У бідних серця стали жадібні та полохливі, а тіло знесилювалося, хиріло.</w:t>
      </w:r>
    </w:p>
    <w:p>
      <w:r>
        <w:br/>
        <w:t>Усі поробилися рабами золота. Непереможне воно панувало над усім, убивало людське тіло й душу, як страшний паразіт, висмоктувало з дерева життя державного всі живі, здорові соки.</w:t>
      </w:r>
    </w:p>
    <w:p>
      <w:r>
        <w:br/>
        <w:t>Переходило золото з рук до рук, розливалося широкими ріками по всій країні, і на хвилях своїх гойдало силу і власть, злочинство і смерть.</w:t>
      </w:r>
    </w:p>
    <w:p>
      <w:r>
        <w:br/>
        <w:t>Чи довго так велося, чи ні: скоро казка кажеться, не так діло робиться.</w:t>
      </w:r>
    </w:p>
    <w:p>
      <w:r>
        <w:br/>
        <w:t>Була весна. По балках та верховинах далеких гір ще блищали білі шматки снігу на зеленому тлі, а в повітрі вже розлилося перше тепло, що так радує і бадьорить душу.</w:t>
      </w:r>
    </w:p>
    <w:p>
      <w:r>
        <w:br/>
        <w:t>Рясно зацвіли садочки, весело щебетали пташки, грало приваблювало сонечко в прозорому небі.</w:t>
      </w:r>
    </w:p>
    <w:p>
      <w:r>
        <w:br/>
        <w:t>Одна тільки природа мало відмінила своє життя в тім краю: пишно, як і досі святкувала зустріч весни чарівної.</w:t>
      </w:r>
    </w:p>
    <w:p>
      <w:r>
        <w:br/>
        <w:t>З крутої гори в долину, в тихій задумі сходить подорожній: став, обпершись на довгий посох...</w:t>
      </w:r>
    </w:p>
    <w:p>
      <w:r>
        <w:br/>
        <w:t>Високий на зріст, увесь сивий, з довгою сніжно-білою бородою, старий журливо дивився в затишок невеличкого села, що притулилося до гори, ховаючи в рясних садках убогі, похилені хатки.</w:t>
      </w:r>
    </w:p>
    <w:p>
      <w:r>
        <w:br/>
        <w:t>Далі перед його очима на широкій рівнині роскинулися села, проміж них великі блискучі палаци, потім зелені степи, а за ними шумливі міста.</w:t>
      </w:r>
    </w:p>
    <w:p>
      <w:r>
        <w:br/>
        <w:t>Стояв і оглядав країну.</w:t>
      </w:r>
    </w:p>
    <w:p>
      <w:r>
        <w:br/>
        <w:t>І стялося диво: по степах широких, по містах великих заворушилися люде. Усі оджили духом, усі покинули щоденні клопоти і натовпом посунули до крутої гори.</w:t>
      </w:r>
    </w:p>
    <w:p>
      <w:r>
        <w:br/>
        <w:t>Ішли струджені та знеможені з радістю великою, сильні та багаті з острахом та непевностю.</w:t>
      </w:r>
    </w:p>
    <w:p>
      <w:r>
        <w:br/>
        <w:t>Ішли тихо, без гомону, без галасу, немов якась невидима внутрішня сила вела їх до сивого діда.</w:t>
      </w:r>
    </w:p>
    <w:p>
      <w:r>
        <w:br/>
        <w:t>І тут у долині стали.</w:t>
      </w:r>
    </w:p>
    <w:p>
      <w:r>
        <w:br/>
        <w:t>Праворуч багаті, а зліва бідні, як два ворожі табори.</w:t>
      </w:r>
    </w:p>
    <w:p>
      <w:r>
        <w:br/>
        <w:t>Старий, обпираючись на свій довгий посох, глянув прозорливими очима на людей, а, як усі затаїли дихання, сказав:</w:t>
      </w:r>
    </w:p>
    <w:p>
      <w:r>
        <w:br/>
        <w:t>— Горе людям, що занедбали Мудрість, бо вона єсть те сильне багацтво, з якого кожен може черпати до насищення.</w:t>
      </w:r>
    </w:p>
    <w:p>
      <w:r>
        <w:br/>
        <w:t>У вас сказано: — Сила моя і власть моя в моєму мечі. Знову сказано: Сила і власть в науці. І ще: в золоті...</w:t>
      </w:r>
    </w:p>
    <w:p>
      <w:r>
        <w:br/>
        <w:t>Я ж говорю: — Меч одбірає життя у ворога і друга і у того, хто його носить.</w:t>
      </w:r>
    </w:p>
    <w:p>
      <w:r>
        <w:br/>
        <w:t>Одні з вас замінили велику мудрість малими науками, аби довести, що в життьовій боротьбі одно одним живе.</w:t>
      </w:r>
    </w:p>
    <w:p>
      <w:r>
        <w:br/>
        <w:t>Так живуть лиш дикі звірі.</w:t>
      </w:r>
    </w:p>
    <w:p>
      <w:r>
        <w:br/>
        <w:t>Другі, щоб справдити між людьми рівний поділ багацтва й праці.</w:t>
      </w:r>
    </w:p>
    <w:p>
      <w:r>
        <w:br/>
        <w:t>Так споконвіків ведеться у метушливих комашок, та од того вони не стають кращими.</w:t>
      </w:r>
    </w:p>
    <w:p>
      <w:r>
        <w:br/>
        <w:t>Одні ціною людського життя збірають собі гори золота. Другі тією-ж ціною силкуються його вирвати.</w:t>
      </w:r>
    </w:p>
    <w:p>
      <w:r>
        <w:br/>
        <w:t>І всі кажуть: Чим багатша країна, тим вона могутніша і щасливіша.</w:t>
      </w:r>
    </w:p>
    <w:p>
      <w:r>
        <w:br/>
        <w:t>Недоумки бідолашні! Жадобою до золота ви вбиваєте найдорожче, що дається вам — життя людське.</w:t>
      </w:r>
    </w:p>
    <w:p>
      <w:r>
        <w:br/>
        <w:t>Кажу: Єдине багацтво на землі, то багацтво душі.</w:t>
      </w:r>
    </w:p>
    <w:p>
      <w:r>
        <w:br/>
        <w:t>Горе тим, хто має власть, ученість і золото, а не має чистої душі.</w:t>
      </w:r>
    </w:p>
    <w:p>
      <w:r>
        <w:br/>
        <w:t>Усе зло, усі сльозі народні й кров густими тінями лягають на їхні чорні душі...</w:t>
      </w:r>
    </w:p>
    <w:p>
      <w:r>
        <w:br/>
        <w:t>Як сліпорожденні вони не бачуть, що життя людини, то єсть найбільше в світі благо.</w:t>
      </w:r>
    </w:p>
    <w:p>
      <w:r>
        <w:br/>
        <w:t>Як нерозумні сотворіння, не знають, що цей скарб дається тільки один раз у всі міліони віків.</w:t>
      </w:r>
    </w:p>
    <w:p>
      <w:r>
        <w:br/>
        <w:t>І що тіло єсть порох, а дух з його ділами живе вічно.</w:t>
      </w:r>
    </w:p>
    <w:p>
      <w:r>
        <w:br/>
        <w:t>Я той, що несу до вас царство духа.</w:t>
      </w:r>
    </w:p>
    <w:p>
      <w:r>
        <w:br/>
        <w:t>Хто піде за мною, той стане первим, хто проти мене, — той останній.</w:t>
      </w:r>
    </w:p>
    <w:p>
      <w:r>
        <w:br/>
        <w:t>І от я посилаю перших із вас, найбагатших душею проповідувати царство духа.</w:t>
      </w:r>
    </w:p>
    <w:p>
      <w:r>
        <w:br/>
        <w:t>Тоді люде не братимуть до рук зброї, не будуватимуть</w:t>
      </w:r>
    </w:p>
    <w:p>
      <w:r>
        <w:br/>
        <w:t>тюрем та косарень.</w:t>
      </w:r>
    </w:p>
    <w:p>
      <w:r>
        <w:br/>
        <w:t>Не збіратимуть ні золото, ні срібла, ніяких скарбів, і вони стратять свою цінність.</w:t>
      </w:r>
    </w:p>
    <w:p>
      <w:r>
        <w:br/>
        <w:t>І не буде ні бідних, ні багатих, ні царів, ні рабів, ні воїнів, ні убієнних, а всі стануть братами.</w:t>
      </w:r>
    </w:p>
    <w:p>
      <w:r>
        <w:br/>
        <w:t>Хто-ж багатий душею, буде слугою громаді.</w:t>
      </w:r>
    </w:p>
    <w:p>
      <w:r>
        <w:br/>
        <w:t>Посилаю мудрих і тихих до свавільних і нерозумних.</w:t>
      </w:r>
    </w:p>
    <w:p>
      <w:r>
        <w:br/>
        <w:t>Їx зненавидять, оддаватимуть на муки і вбиватимуть за те, що од слів їхніх повертатиметься в порох усе те, що повстало з пороху землі, а натомість будуватиметься царство духа, що житиме вічно.</w:t>
      </w:r>
    </w:p>
    <w:p>
      <w:r>
        <w:br/>
        <w:t>І не буде ні бідних, ні багатих, ні царів, ні рабів, ні воїнів, ні убієнних...</w:t>
      </w:r>
    </w:p>
    <w:p>
      <w:r>
        <w:br/>
        <w:t>Тут юрба заколивалася, заревіла, загула, а наперед вискочили воїни з блискучими мечами, щоб убити пророка.</w:t>
      </w:r>
    </w:p>
    <w:p>
      <w:r>
        <w:br/>
        <w:t>— Тіло моє убиваєте, духа-ж вічно-живого не вбєте, бо вже настає царство його.</w:t>
      </w:r>
    </w:p>
    <w:p>
      <w:r>
        <w:br/>
        <w:t>Сказав і впав розсічений мечем.</w:t>
      </w:r>
    </w:p>
    <w:p>
      <w:r>
        <w:br/>
        <w:t>Увесь натовп іздрігнувсь і з грудей народу вилетів важкий стогін.</w:t>
      </w:r>
    </w:p>
    <w:p>
      <w:r>
        <w:br/>
        <w:t>Тоді на міце вбитого пророка враз виступило з юрби десять, — пять з лівого боку і пять з правого.</w:t>
      </w:r>
    </w:p>
    <w:p>
      <w:r>
        <w:br/>
        <w:t>І повернулись з народом у села та городи проповідувати там царство духа.</w:t>
      </w:r>
    </w:p>
    <w:p>
      <w:r>
        <w:br/>
        <w:t>Коли-ж чорні душі довідалися про них, світлих, — зненавиділи їх, кинули в тюрму і присудили до страти.</w:t>
      </w:r>
    </w:p>
    <w:p>
      <w:r>
        <w:br/>
        <w:t>А як убили цих десять, стало сто пророків.</w:t>
      </w:r>
    </w:p>
    <w:p>
      <w:r>
        <w:br/>
        <w:t>Коли-ж убили цих сто — зявилася тисяча.</w:t>
      </w:r>
    </w:p>
    <w:p>
      <w:r>
        <w:br/>
        <w:t>Так стає чистих духом чимраз більше й більше.</w:t>
      </w:r>
    </w:p>
    <w:p>
      <w:r>
        <w:br/>
        <w:t>Ходять вони між нами й по днесь, і доти ходитимуть, аж настане на всій землі царство духа.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Колесо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