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Кохання</w:t>
      </w:r>
    </w:p>
    <w:p>
      <w:r>
        <w:br/>
        <w:t xml:space="preserve"> Світить місяць, да не гріє,&lt;br /&gt;</w:t>
        <w:br/>
        <w:t>Мороз пече, вітер віє,&lt;br /&gt;</w:t>
        <w:br/>
        <w:t>Дме хтось трійкою такий&lt;br /&gt;</w:t>
        <w:br/>
        <w:t>До дівчини, що кохає, —&lt;br /&gt;</w:t>
        <w:br/>
        <w:t>Хтось такий того не знає,&lt;br /&gt;</w:t>
        <w:br/>
        <w:t>Що милая не його.&lt;br /&gt;</w:t>
        <w:br/>
        <w:t>Коні добрі орчикові&lt;br /&gt;</w:t>
        <w:br/>
        <w:t>Крешуть огонь об підкови,&lt;br /&gt;</w:t>
        <w:br/>
        <w:t>Морди тягнуть по землі;&lt;br /&gt;</w:t>
        <w:br/>
        <w:t>На аршин повитягали,&lt;br /&gt;</w:t>
        <w:br/>
        <w:t>У каблучку позгинались,&lt;br /&gt;</w:t>
        <w:br/>
        <w:t>Біжать, летять, як стріла.&lt;br /&gt;</w:t>
        <w:br/>
        <w:t>Корінний дзвіночком дзвонить,&lt;br /&gt;</w:t>
        <w:br/>
        <w:t>Машталір його погонить,&lt;br /&gt;</w:t>
        <w:br/>
        <w:t>Сани тільки аж гудуть;&lt;br /&gt;</w:t>
        <w:br/>
        <w:t>Коні хочуть вже оддихать,&lt;br /&gt;</w:t>
        <w:br/>
        <w:t>Комусь ще далеко їхать:&lt;br /&gt;</w:t>
        <w:br/>
        <w:t>"Поганяй скоріше, ну!&lt;br /&gt;</w:t>
        <w:br/>
        <w:t>Не надержуй орчикових, —&lt;br /&gt;</w:t>
        <w:br/>
        <w:t>Пропадуть, дак купим нових —&lt;br /&gt;</w:t>
        <w:br/>
        <w:t>Скучив дуже без її".&lt;br /&gt;</w:t>
        <w:br/>
        <w:t>Серце б'ється, завмирає,&lt;br /&gt;</w:t>
        <w:br/>
        <w:t>А того воно не знає,&lt;br /&gt;</w:t>
        <w:br/>
        <w:t>Що милая не його.&lt;br /&gt;</w:t>
        <w:br/>
        <w:t>Серце в грудях задрижало,&lt;br /&gt;</w:t>
        <w:br/>
        <w:t>Як вже хутір видно стало,&lt;br /&gt;</w:t>
        <w:br/>
        <w:t>Де мила його жила...&lt;br /&gt;</w:t>
        <w:br/>
        <w:t>Живо під рундуком стали,&lt;br /&gt;</w:t>
        <w:br/>
        <w:t>Коні добрії домчали,&lt;br /&gt;</w:t>
        <w:br/>
        <w:t>Мокрі були, мов з води.&lt;br /&gt;</w:t>
        <w:br/>
        <w:t>Скочив з саней, обтрусився,&lt;br /&gt;</w:t>
        <w:br/>
        <w:t>Кругом себе оглядівся&lt;br /&gt;</w:t>
        <w:br/>
        <w:t>Да й подумав про себе:&lt;br /&gt;</w:t>
        <w:br/>
        <w:t>Як ввійти, як поклониться,&lt;br /&gt;</w:t>
        <w:br/>
        <w:t>Як на милу подивиться,&lt;br /&gt;</w:t>
        <w:br/>
        <w:t>Що до милої сказать?&lt;br /&gt;</w:t>
        <w:br/>
        <w:t>Спитаться: "Чи правду кажуть,&lt;br /&gt;</w:t>
        <w:br/>
        <w:t>Що з другим їй руки зв'яжуть,&lt;br /&gt;</w:t>
        <w:br/>
        <w:t>А мені, бач, дак прощай?"&lt;br /&gt;</w:t>
        <w:br/>
        <w:t>Ввійшов в хату, батько й мати&lt;br /&gt;</w:t>
        <w:br/>
        <w:t>Стріли його, шанувати&lt;br /&gt;</w:t>
        <w:br/>
        <w:t>Почали, як було сперш.&lt;br /&gt;</w:t>
        <w:br/>
        <w:t>Про те, про се розмовляли,&lt;br /&gt;</w:t>
        <w:br/>
        <w:t>Усім добрим частували,&lt;br /&gt;</w:t>
        <w:br/>
        <w:t>А милої не було.&lt;br /&gt;</w:t>
        <w:br/>
        <w:t>Зразу двері одчинились,&lt;br /&gt;</w:t>
        <w:br/>
        <w:t>Ноги так і затрусились&lt;br /&gt;</w:t>
        <w:br/>
        <w:t>У того, хто її ждав.&lt;br /&gt;</w:t>
        <w:br/>
        <w:t>Павою по хаті ходить,&lt;br /&gt;</w:t>
        <w:br/>
        <w:t>Голоском так і виводить,&lt;br /&gt;</w:t>
        <w:br/>
        <w:t>Кропив'янка мов в кущі.&lt;br /&gt;</w:t>
        <w:br/>
        <w:t>Батько-мати вийшли з хати,&lt;br /&gt;</w:t>
        <w:br/>
        <w:t>Він став з нею розмовляти&lt;br /&gt;</w:t>
        <w:br/>
        <w:t>Да й питається: "Чи так,&lt;br /&gt;</w:t>
        <w:br/>
        <w:t>Що всі люди йому кажуть,&lt;br /&gt;</w:t>
        <w:br/>
        <w:t>Що з другим їй руки зв'яжуть,&lt;br /&gt;</w:t>
        <w:br/>
        <w:t>А йому дак, бач, гарбуз?"&lt;br /&gt;</w:t>
        <w:br/>
        <w:t>Червона, як квітка, стала,&lt;br /&gt;</w:t>
        <w:br/>
        <w:t>Спершу трошки промовчала,&lt;br /&gt;</w:t>
        <w:br/>
        <w:t>А після сказала так:&lt;br /&gt;</w:t>
        <w:br/>
        <w:t>"Хто тобі отеє каже,&lt;br /&gt;</w:t>
        <w:br/>
        <w:t>І хто мені руки зв'яже&lt;br /&gt;</w:t>
        <w:br/>
        <w:t>З другим, з ким, як не з тобою?"&lt;br /&gt;</w:t>
        <w:br/>
        <w:t>Прийшла тітка, батько й мати,&lt;br /&gt;</w:t>
        <w:br/>
        <w:t>Годі милій розмовляти,&lt;br /&gt;</w:t>
        <w:br/>
        <w:t>Милая сказала так:&lt;br /&gt;</w:t>
        <w:br/>
        <w:t>"Пісня гарна, да не тая",&lt;br /&gt;</w:t>
        <w:br/>
        <w:t>Він сказав: "Се вже другая,&lt;br /&gt;</w:t>
        <w:br/>
        <w:t>Що колись співала ти!"&lt;br /&gt;</w:t>
        <w:br/>
        <w:t>І знов стали балагурить,&lt;br /&gt;</w:t>
        <w:br/>
        <w:t>Хто у винниці де курить,&lt;br /&gt;</w:t>
        <w:br/>
        <w:t>Скілько хто доходу взяв...&lt;br /&gt;</w:t>
        <w:br/>
        <w:t>"А в вас виннички немає?" —&lt;br /&gt;</w:t>
        <w:br/>
        <w:t>Батько знов його питає.&lt;br /&gt;</w:t>
        <w:br/>
        <w:t>"Нема, треба ще зробить!"&lt;br /&gt;</w:t>
        <w:br/>
        <w:t>А тітка дак все сокоче:&lt;br /&gt;</w:t>
        <w:br/>
        <w:t>"Хто за його пійти схоче?&lt;br /&gt;</w:t>
        <w:br/>
        <w:t>В його худоби нема!&lt;br /&gt;</w:t>
        <w:br/>
        <w:t>А в того багацько грошей,&lt;br /&gt;</w:t>
        <w:br/>
        <w:t>Подивиться, дак хороший,&lt;br /&gt;</w:t>
        <w:br/>
        <w:t>Іди лучче за того!"&lt;br /&gt;</w:t>
        <w:br/>
        <w:t>От він, трошки посидівши,&lt;br /&gt;</w:t>
        <w:br/>
        <w:t>Подумавши, розсудивши:&lt;br /&gt;</w:t>
        <w:br/>
        <w:t>"Пора, — каже, — до двора!&lt;br /&gt;</w:t>
        <w:br/>
        <w:t>Прощавайте!" — "Прощавайте!&lt;br /&gt;</w:t>
        <w:br/>
        <w:t>На здоров'я поживайте!"&lt;br /&gt;</w:t>
        <w:br/>
        <w:t>Коней даром потомив!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