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 (збірка)</w:t>
      </w:r>
    </w:p>
    <w:p>
      <w:r>
        <w:br/>
        <w:t xml:space="preserve"> ЗАСПІВ</w:t>
      </w:r>
    </w:p>
    <w:p>
      <w:r>
        <w:br/>
        <w:t>Мало жив я, та чимало&lt;br /&gt;</w:t>
        <w:br/>
        <w:t>Поблукав по світу;&lt;br /&gt;</w:t>
        <w:br/>
        <w:t>Моє серденько шукало&lt;br /&gt;</w:t>
        <w:br/>
        <w:t>Ласки і привіту.</w:t>
      </w:r>
    </w:p>
    <w:p>
      <w:r>
        <w:br/>
        <w:t>Степи, гори чи діброви —&lt;br /&gt;</w:t>
        <w:br/>
        <w:t>Все я переходив,&lt;br /&gt;</w:t>
        <w:br/>
        <w:t>Та приязні і любові&lt;br /&gt;</w:t>
        <w:br/>
        <w:t>Ніде не находив.</w:t>
      </w:r>
    </w:p>
    <w:p>
      <w:r>
        <w:br/>
        <w:t>Повертав не раз я з поля&lt;br /&gt;</w:t>
        <w:br/>
        <w:t>В городи і села,&lt;br /&gt;</w:t>
        <w:br/>
        <w:t>Та не бачив, де та доля&lt;br /&gt;</w:t>
        <w:br/>
        <w:t>Щедра і весела.</w:t>
      </w:r>
    </w:p>
    <w:p>
      <w:r>
        <w:br/>
        <w:t>До людського горювання&lt;br /&gt;</w:t>
        <w:br/>
        <w:t>Скрізь я прислухався,&lt;br /&gt;</w:t>
        <w:br/>
        <w:t>Сумний голос безталання&lt;br /&gt;</w:t>
        <w:br/>
        <w:t>На папір прохався.</w:t>
      </w:r>
    </w:p>
    <w:p>
      <w:r>
        <w:br/>
        <w:t>Закипали в душі сльози,&lt;br /&gt;</w:t>
        <w:br/>
        <w:t>Дивлячись на муки,&lt;br /&gt;</w:t>
        <w:br/>
        <w:t>І зривались тихо з кобзи&lt;br /&gt;</w:t>
        <w:br/>
        <w:t>Нерозважні гуки.</w:t>
      </w:r>
    </w:p>
    <w:p>
      <w:r>
        <w:br/>
        <w:t>СОЛОВЕЙКО</w:t>
      </w:r>
    </w:p>
    <w:p>
      <w:r>
        <w:br/>
        <w:t>Мов кайданник, в тісній клітці&lt;br /&gt;</w:t>
        <w:br/>
        <w:t>Соловейко нудьгував,&lt;br /&gt;</w:t>
        <w:br/>
        <w:t>Спогадавши, як на вітці&lt;br /&gt;</w:t>
        <w:br/>
        <w:t>Веселесенько співав:</w:t>
      </w:r>
    </w:p>
    <w:p>
      <w:r>
        <w:br/>
        <w:t>І про долю, і про волю,&lt;br /&gt;</w:t>
        <w:br/>
        <w:t>І про любощі — про все...&lt;br /&gt;</w:t>
        <w:br/>
        <w:t>А тепер замовк він з болю,&lt;br /&gt;</w:t>
        <w:br/>
        <w:t>Муки довго не знесе.</w:t>
      </w:r>
    </w:p>
    <w:p>
      <w:r>
        <w:br/>
        <w:t>Вже й весна йому не сниться,&lt;br /&gt;</w:t>
        <w:br/>
        <w:t>А журбі нема кінця.&lt;br /&gt;</w:t>
        <w:br/>
        <w:t>Заспівав би, так темниця&lt;br /&gt;</w:t>
        <w:br/>
        <w:t>Гірше смерті для співця.</w:t>
      </w:r>
    </w:p>
    <w:p>
      <w:r>
        <w:br/>
        <w:t>РОЗЛУКА</w:t>
      </w:r>
    </w:p>
    <w:p>
      <w:r>
        <w:br/>
        <w:t>Не вертайся — оставайся&lt;br /&gt;</w:t>
        <w:br/>
        <w:t>За горами, за морями:&lt;br /&gt;</w:t>
        <w:br/>
        <w:t>Я порвала, потоптала&lt;br /&gt;</w:t>
        <w:br/>
        <w:t>Усі зв’язки поміж нами.</w:t>
      </w:r>
    </w:p>
    <w:p>
      <w:r>
        <w:br/>
        <w:t>Я любила — більш несила,&lt;br /&gt;</w:t>
        <w:br/>
        <w:t>Стихли муки в час розлуки,&lt;br /&gt;</w:t>
        <w:br/>
        <w:t>Кров, здається, легше б’ється,&lt;br /&gt;</w:t>
        <w:br/>
        <w:t>В серці хворім вмерли згуки.</w:t>
      </w:r>
    </w:p>
    <w:p>
      <w:r>
        <w:br/>
        <w:t>На хвилинку відпочинку&lt;br /&gt;</w:t>
        <w:br/>
        <w:t>Душа багне, волі прагне;&lt;br /&gt;</w:t>
        <w:br/>
        <w:t>Тхне труною наді мною,&lt;br /&gt;</w:t>
        <w:br/>
        <w:t>До могили швидше тягне.</w:t>
      </w:r>
    </w:p>
    <w:p>
      <w:r>
        <w:br/>
        <w:t>Не вертайся — оставайся&lt;br /&gt;</w:t>
        <w:br/>
        <w:t>За горами, за морями;&lt;br /&gt;</w:t>
        <w:br/>
        <w:t>Все забудьмо, німі будьмо,&lt;br /&gt;</w:t>
        <w:br/>
        <w:t>Обливаючись сльозами!</w:t>
      </w:r>
    </w:p>
    <w:p>
      <w:r>
        <w:br/>
        <w:t>БЕЗ ШЛЯХУ</w:t>
      </w:r>
    </w:p>
    <w:p>
      <w:r>
        <w:br/>
        <w:t>Дощ та буря; вечір гасне.&lt;br /&gt;</w:t>
        <w:br/>
        <w:t>Треба йти, але куди?&lt;br /&gt;</w:t>
        <w:br/>
        <w:t>Сумно верби кучеряві&lt;br /&gt;</w:t>
        <w:br/>
        <w:t>Похилились край води.</w:t>
      </w:r>
    </w:p>
    <w:p>
      <w:r>
        <w:br/>
        <w:t>Я покинув рід коханий...&lt;br /&gt;</w:t>
        <w:br/>
        <w:t>Лийтесь, сльози! Де знайти&lt;br /&gt;</w:t>
        <w:br/>
        <w:t>Такий інший? Плачуть верби;&lt;br /&gt;</w:t>
        <w:br/>
        <w:t>Вітер гне очерети.</w:t>
      </w:r>
    </w:p>
    <w:p>
      <w:r>
        <w:br/>
        <w:t>Ти, голубко сизокрила,&lt;br /&gt;</w:t>
        <w:br/>
        <w:t>Сяєш променем одна:&lt;br /&gt;</w:t>
        <w:br/>
        <w:t>Так зорить крізь верби часом&lt;br /&gt;</w:t>
        <w:br/>
        <w:t>З неба зіронька ясна.</w:t>
      </w:r>
    </w:p>
    <w:p>
      <w:r>
        <w:br/>
        <w:t>ДНІПР</w:t>
      </w:r>
    </w:p>
    <w:p>
      <w:r>
        <w:br/>
        <w:t>Лютує Дніпр. Ревучі&lt;br /&gt;</w:t>
        <w:br/>
        <w:t>Вали щораз встають,&lt;br /&gt;</w:t>
        <w:br/>
        <w:t>Розіб’ються об кручі&lt;br /&gt;</w:t>
        <w:br/>
        <w:t>І знову заревуть.</w:t>
      </w:r>
    </w:p>
    <w:p>
      <w:r>
        <w:br/>
        <w:t>Лютує Дніпр сердитий,&lt;br /&gt;</w:t>
        <w:br/>
        <w:t>Шлях ширше пробива,&lt;br /&gt;</w:t>
        <w:br/>
        <w:t>Реве несамовитий,&lt;br /&gt;</w:t>
        <w:br/>
        <w:t>Пороги підрива.</w:t>
      </w:r>
    </w:p>
    <w:p>
      <w:r>
        <w:br/>
        <w:t>Лютує Дніпр. До моря&lt;br /&gt;</w:t>
        <w:br/>
        <w:t>Добігти б поскоріш,&lt;br /&gt;</w:t>
        <w:br/>
        <w:t>Бо там йому і воля,&lt;br /&gt;</w:t>
        <w:br/>
        <w:t>І оддихнуть миліш.</w:t>
      </w:r>
    </w:p>
    <w:p>
      <w:r>
        <w:br/>
        <w:t>Стоять, як перш, пороги,&lt;br /&gt;</w:t>
        <w:br/>
        <w:t>Що глибоко вросли;&lt;br /&gt;</w:t>
        <w:br/>
        <w:t>Нема йому дороги;&lt;br /&gt;</w:t>
        <w:br/>
        <w:t>Горою йдуть вали.</w:t>
      </w:r>
    </w:p>
    <w:p>
      <w:r>
        <w:br/>
        <w:t>* * *&lt;br /&gt;</w:t>
        <w:br/>
        <w:t>Між горами промінь гасне...&lt;br /&gt;</w:t>
        <w:br/>
        <w:t>Вдаль летять думки мої —&lt;br /&gt;</w:t>
        <w:br/>
        <w:t>Все до тебе, сонце ясне,&lt;br /&gt;</w:t>
        <w:br/>
        <w:t>Все до тебе однії!</w:t>
      </w:r>
    </w:p>
    <w:p>
      <w:r>
        <w:br/>
        <w:t>Лиха доля розлучила,&lt;br /&gt;</w:t>
        <w:br/>
        <w:t>Не дала укупі йти...&lt;br /&gt;</w:t>
        <w:br/>
        <w:t>Довго, довго, пташка мила,&lt;br /&gt;</w:t>
        <w:br/>
        <w:t>Поодинцю нам брести.</w:t>
      </w:r>
    </w:p>
    <w:p>
      <w:r>
        <w:br/>
        <w:t>Сизі хмари злізли тихо,&lt;br /&gt;</w:t>
        <w:br/>
        <w:t>Вдаль летять думки мої —&lt;br /&gt;</w:t>
        <w:br/>
        <w:t>Все до тебе, люба втіхо,&lt;br /&gt;</w:t>
        <w:br/>
        <w:t>Все до тебе однії!</w:t>
      </w:r>
    </w:p>
    <w:p>
      <w:r>
        <w:br/>
        <w:t>НА СЕЛІ</w:t>
      </w:r>
    </w:p>
    <w:p>
      <w:r>
        <w:br/>
        <w:t>Солом’яна стріха, убогі віконця,&lt;br /&gt;</w:t>
        <w:br/>
        <w:t>Оплетені з вулиці хмелем;&lt;br /&gt;</w:t>
        <w:br/>
        <w:t>Квіточки, обсипані променем сонця,&lt;br /&gt;</w:t>
        <w:br/>
        <w:t>Пташки з щебетанням веселим.</w:t>
      </w:r>
    </w:p>
    <w:p>
      <w:r>
        <w:br/>
        <w:t>До гаю йде полем вузесенька стежка,&lt;br /&gt;</w:t>
        <w:br/>
        <w:t>Там любо журбу розважати,&lt;br /&gt;</w:t>
        <w:br/>
        <w:t>А небо блакитне висить, як мережка,&lt;br /&gt;</w:t>
        <w:br/>
        <w:t>Хрести недалечко від хати.</w:t>
      </w:r>
    </w:p>
    <w:p>
      <w:r>
        <w:br/>
        <w:t>Під них поскладали нещасну сірому.&lt;br /&gt;</w:t>
        <w:br/>
        <w:t>Отож вам і всього, здається...&lt;br /&gt;</w:t>
        <w:br/>
        <w:t>Іду я з роботи голодна додому,&lt;br /&gt;</w:t>
        <w:br/>
        <w:t>Задзвонять, дим з бовдура в’ється.</w:t>
      </w:r>
    </w:p>
    <w:p>
      <w:r>
        <w:br/>
        <w:t>День гасне потроху, кругом вечоріє,&lt;br /&gt;</w:t>
        <w:br/>
        <w:t>На захід зоря погоріла...&lt;br /&gt;</w:t>
        <w:br/>
        <w:t>Забачивши матір, біжить і радіє&lt;br /&gt;</w:t>
        <w:br/>
        <w:t>Назустріч дитинонька мила.</w:t>
      </w:r>
    </w:p>
    <w:p>
      <w:r>
        <w:br/>
        <w:t>В шибках грає світло — всі вікна залиті;&lt;br /&gt;</w:t>
        <w:br/>
        <w:t>Затоплено піч для вечері;&lt;br /&gt;</w:t>
        <w:br/>
        <w:t>Тихесенько-тихо на білому світі.&lt;br /&gt;</w:t>
        <w:br/>
        <w:t>Замкнула я нищечком двері.</w:t>
      </w:r>
    </w:p>
    <w:p>
      <w:r>
        <w:br/>
        <w:t>За зіркою зірка у хмарі спливає...&lt;br /&gt;</w:t>
        <w:br/>
        <w:t>Таке все дрібне та звичайне...&lt;br /&gt;</w:t>
        <w:br/>
        <w:t>Душа, проте, велич якусь відчуває:&lt;br /&gt;</w:t>
        <w:br/>
        <w:t>Все рідне їй тут, все їй гарне.</w:t>
      </w:r>
    </w:p>
    <w:p>
      <w:r>
        <w:br/>
        <w:t>ПРОКИД</w:t>
      </w:r>
    </w:p>
    <w:p>
      <w:r>
        <w:br/>
        <w:t>Мені снилась рідна хата,&lt;br /&gt;</w:t>
        <w:br/>
        <w:t>Я в садку відпочивав,&lt;br /&gt;</w:t>
        <w:br/>
        <w:t>Мов діждався собі свята,&lt;br /&gt;</w:t>
        <w:br/>
        <w:t>В красних мріях раював.</w:t>
      </w:r>
    </w:p>
    <w:p>
      <w:r>
        <w:br/>
        <w:t>Подмухав вітрець легенький,&lt;br /&gt;</w:t>
        <w:br/>
        <w:t>За слівцем шептав слівце;&lt;br /&gt;</w:t>
        <w:br/>
        <w:t>З рідних яблунь цвіт біленький&lt;br /&gt;</w:t>
        <w:br/>
        <w:t>Обсипав мені лице.</w:t>
      </w:r>
    </w:p>
    <w:p>
      <w:r>
        <w:br/>
        <w:t>Я прокинувсь — із-за гаю&lt;br /&gt;</w:t>
        <w:br/>
        <w:t>Сумно місяць випливав,&lt;br /&gt;</w:t>
        <w:br/>
        <w:t>Замість батьківського краю&lt;br /&gt;</w:t>
        <w:br/>
        <w:t>Я в чужому пробував.</w:t>
      </w:r>
    </w:p>
    <w:p>
      <w:r>
        <w:br/>
        <w:t>Дерева, снігами вкриті,&lt;br /&gt;</w:t>
        <w:br/>
        <w:t>А не цвіт побачив я,&lt;br /&gt;</w:t>
        <w:br/>
        <w:t>І кутка не мала в світі&lt;br /&gt;</w:t>
        <w:br/>
        <w:t>Голова стара моя.</w:t>
      </w:r>
    </w:p>
    <w:p>
      <w:r>
        <w:br/>
        <w:t>* * *&lt;br /&gt;</w:t>
        <w:br/>
        <w:t>Годі, друже, розмовляти;&lt;br /&gt;</w:t>
        <w:br/>
        <w:t>Годі, друже, нам зітхати,-&lt;br /&gt;</w:t>
        <w:br/>
        <w:t>Будемо мовчать,</w:t>
      </w:r>
    </w:p>
    <w:p>
      <w:r>
        <w:br/>
        <w:t>Як ті вербоньки похилі,&lt;br /&gt;</w:t>
        <w:br/>
        <w:t>Загадавшись, на могилі&lt;br /&gt;</w:t>
        <w:br/>
        <w:t>Купкою стоять.</w:t>
      </w:r>
    </w:p>
    <w:p>
      <w:r>
        <w:br/>
        <w:t>Вони бачать, вони знають,&lt;br /&gt;</w:t>
        <w:br/>
        <w:t>Що дні щастя поминають,&lt;br /&gt;</w:t>
        <w:br/>
        <w:t>Як читаю я</w:t>
      </w:r>
    </w:p>
    <w:p>
      <w:r>
        <w:br/>
        <w:t>У твоєму темнім зорі,&lt;br /&gt;</w:t>
        <w:br/>
        <w:t>Що ти плачеш, що ти в горі,&lt;br /&gt;</w:t>
        <w:br/>
        <w:t>Квітонько моя!</w:t>
      </w:r>
    </w:p>
    <w:p>
      <w:r>
        <w:br/>
        <w:t>* * *&lt;br /&gt;</w:t>
        <w:br/>
        <w:t>Я так страшно змучивсь, так увесь погнувся&lt;br /&gt;</w:t>
        <w:br/>
        <w:t>Під ярмом-вагою пережитих літ,&lt;br /&gt;</w:t>
        <w:br/>
        <w:t>Шо надій відрадних я навіки збувся —&lt;br /&gt;</w:t>
        <w:br/>
        <w:t>Всіх надій на вільний, на широкий світ.</w:t>
      </w:r>
    </w:p>
    <w:p>
      <w:r>
        <w:br/>
        <w:t>День не день, а тяжкий прокид серед ночі,&lt;br /&gt;</w:t>
        <w:br/>
        <w:t>Життя — домовина темна та німа;&lt;br /&gt;</w:t>
        <w:br/>
        <w:t>І здається часом, ніби круком в очі&lt;br /&gt;</w:t>
        <w:br/>
        <w:t>Смерть мені сміється, зазира сама.</w:t>
      </w:r>
    </w:p>
    <w:p>
      <w:r>
        <w:br/>
        <w:t>ЛЮДСЬКЕ ЖИТЯ</w:t>
      </w:r>
    </w:p>
    <w:p>
      <w:r>
        <w:br/>
        <w:t>Нащо його мати на світ породила?&lt;br /&gt;</w:t>
        <w:br/>
        <w:t>Хіба щоб наплакавсь та взяла могила?&lt;br /&gt;</w:t>
        <w:br/>
        <w:t>Як найшлось сердешне без сорочки, кволим,&lt;br /&gt;</w:t>
        <w:br/>
        <w:t>Так і поховали сиротою голим.</w:t>
      </w:r>
    </w:p>
    <w:p>
      <w:r>
        <w:br/>
        <w:t>Вдосталь скуштував він і біди, і лиха:&lt;br /&gt;</w:t>
        <w:br/>
        <w:t>То гуляв веселий, то журився стиха,&lt;br /&gt;</w:t>
        <w:br/>
        <w:t>То поглядав зором усмішки живої,&lt;br /&gt;</w:t>
        <w:br/>
        <w:t>То блукав чорніше хмари дощової.</w:t>
      </w:r>
    </w:p>
    <w:p>
      <w:r>
        <w:br/>
        <w:t>Попоїсть, нап’ється та й заляже спати,&lt;br /&gt;</w:t>
        <w:br/>
        <w:t>Виспиться — і знову давай починати!&lt;br /&gt;</w:t>
        <w:br/>
        <w:t>Тільки ж то й роботи — спати, пити, їсти,&lt;br /&gt;</w:t>
        <w:br/>
        <w:t>Надвечір заснувши, за стіл зранку сісти.</w:t>
      </w:r>
    </w:p>
    <w:p>
      <w:r>
        <w:br/>
        <w:t>Вчинків його славних люди не зазнали,&lt;br /&gt;</w:t>
        <w:br/>
        <w:t>І думки, і совість з ним якось ладнали;&lt;br /&gt;</w:t>
        <w:br/>
        <w:t>Другів мав, що раді б за п’ятак продати,&lt;br /&gt;</w:t>
        <w:br/>
        <w:t>Ворогів же лютих — не перещитати.</w:t>
      </w:r>
    </w:p>
    <w:p>
      <w:r>
        <w:br/>
        <w:t>Він кохав звичайно на якусь хвилинку,&lt;br /&gt;</w:t>
        <w:br/>
        <w:t>Мав собі з кохання смачну лигоминку,&lt;br /&gt;</w:t>
        <w:br/>
        <w:t>Що обридла згодом, як усе на світі,&lt;br /&gt;</w:t>
        <w:br/>
        <w:t>І пішов, нетяга, в сиру землю гнити.</w:t>
      </w:r>
    </w:p>
    <w:p>
      <w:r>
        <w:br/>
        <w:t>* * *&lt;br /&gt;</w:t>
        <w:br/>
        <w:t>Смієшся ти, але спитатись треба:&lt;br /&gt;</w:t>
        <w:br/>
        <w:t>Ти з кого так смієшся і за що?&lt;br /&gt;</w:t>
        <w:br/>
        <w:t>З такого смійсь, що розганявсь до неба,&lt;br /&gt;</w:t>
        <w:br/>
        <w:t>А низько сів, пошився сам в ніщо.</w:t>
      </w:r>
    </w:p>
    <w:p>
      <w:r>
        <w:br/>
        <w:t>З такого смійсь, що світ пройти хвалився,&lt;br /&gt;</w:t>
        <w:br/>
        <w:t>Але спіткнувсь на першому ступні&lt;br /&gt;</w:t>
        <w:br/>
        <w:t>І сльози ллє, що, бачте, помилився,&lt;br /&gt;</w:t>
        <w:br/>
        <w:t>Бо сльози ті — дурні!</w:t>
      </w:r>
    </w:p>
    <w:p>
      <w:r>
        <w:br/>
        <w:t>Я не літав в надзоряні країни,&lt;br /&gt;</w:t>
        <w:br/>
        <w:t>А все державсь бездольної землі;&lt;br /&gt;</w:t>
        <w:br/>
        <w:t>Боровся я за щастя для людини,&lt;br /&gt;</w:t>
        <w:br/>
        <w:t>За світло в чорній млі.</w:t>
      </w:r>
    </w:p>
    <w:p>
      <w:r>
        <w:br/>
        <w:t>Та що робить з тупим, як камінь, мізком,&lt;br /&gt;</w:t>
        <w:br/>
        <w:t>Чим розігнать нерушливість глуху?&lt;br /&gt;</w:t>
        <w:br/>
        <w:t>Хоч вороги сиділи тишком-нишком —&lt;br /&gt;</w:t>
        <w:br/>
        <w:t>Не стало сил: я впав серед шляху.</w:t>
      </w:r>
    </w:p>
    <w:p>
      <w:r>
        <w:br/>
        <w:t>Лежав там камінь нелегкий,&lt;br /&gt;</w:t>
        <w:br/>
        <w:t>Віками в землю вріс,&lt;br /&gt;</w:t>
        <w:br/>
        <w:t>Але набіг струмець швидкий,-&lt;br /&gt;</w:t>
        <w:br/>
        <w:t>В далекий яр поніс.</w:t>
      </w:r>
    </w:p>
    <w:p>
      <w:r>
        <w:br/>
        <w:t>Так прагну я свого кінця,&lt;br /&gt;</w:t>
        <w:br/>
        <w:t>Жду не діждусь давно,&lt;br /&gt;</w:t>
        <w:br/>
        <w:t>Щоб хвилі бистрого струмця&lt;br /&gt;</w:t>
        <w:br/>
        <w:t>Десь кинули на дно.</w:t>
      </w:r>
    </w:p>
    <w:p>
      <w:r>
        <w:br/>
        <w:t>* * *&lt;br /&gt;</w:t>
        <w:br/>
        <w:t>Вийшла з хати стара мати,&lt;br /&gt;</w:t>
        <w:br/>
        <w:t>З матір’ю дитина:&lt;br /&gt;</w:t>
        <w:br/>
        <w:t>Драний брилик на голівці.&lt;br /&gt;</w:t>
        <w:br/>
        <w:t>На плечах — куцина.</w:t>
      </w:r>
    </w:p>
    <w:p>
      <w:r>
        <w:br/>
        <w:t>Поминули село рідне,&lt;br /&gt;</w:t>
        <w:br/>
        <w:t>Плаче бідна мати:&lt;br /&gt;</w:t>
        <w:br/>
        <w:t>Син-коханець подавсь в найми —&lt;br /&gt;</w:t>
        <w:br/>
        <w:t>На хліб заробляти.</w:t>
      </w:r>
    </w:p>
    <w:p>
      <w:r>
        <w:br/>
        <w:t>Обняла його, цілує&lt;br /&gt;</w:t>
        <w:br/>
        <w:t>Та пита з журбою:&lt;br /&gt;</w:t>
        <w:br/>
        <w:t>"Чи побачусь, милий синку,&lt;br /&gt;</w:t>
        <w:br/>
        <w:t>Ще хоч раз з тобою?"</w:t>
      </w:r>
    </w:p>
    <w:p>
      <w:r>
        <w:br/>
        <w:t>"Годі, мамо, побиватись,-&lt;br /&gt;</w:t>
        <w:br/>
        <w:t>Каже син.— Об чому?&lt;br /&gt;</w:t>
        <w:br/>
        <w:t>Пороблюся — бог поможе,&lt;br /&gt;</w:t>
        <w:br/>
        <w:t>Та й вернусь додому".</w:t>
      </w:r>
    </w:p>
    <w:p>
      <w:r>
        <w:br/>
        <w:t>Попросив благословення,&lt;br /&gt;</w:t>
        <w:br/>
        <w:t>Поплівсь по дорозі...&lt;br /&gt;</w:t>
        <w:br/>
        <w:t>А матуся все дивилась&lt;br /&gt;</w:t>
        <w:br/>
        <w:t>Та ковтала сльози.</w:t>
      </w:r>
    </w:p>
    <w:p>
      <w:r>
        <w:br/>
        <w:t>Живі мої колишні поривання,&lt;br /&gt;</w:t>
        <w:br/>
        <w:t>До боротьби ж не здужаю давно...&lt;br /&gt;</w:t>
        <w:br/>
        <w:t>Смієшся ти з важкого горювання,-&lt;br /&gt;</w:t>
        <w:br/>
        <w:t>Тобі смішне воно?</w:t>
      </w:r>
    </w:p>
    <w:p>
      <w:r>
        <w:br/>
        <w:t>* * *&lt;br /&gt;</w:t>
        <w:br/>
        <w:t>Чимало день&lt;br /&gt;</w:t>
        <w:br/>
        <w:t>Думок накличе;&lt;br /&gt;</w:t>
        <w:br/>
        <w:t>В душі пісень&lt;br /&gt;</w:t>
        <w:br/>
        <w:t>Ніхто не зліче;</w:t>
      </w:r>
    </w:p>
    <w:p>
      <w:r>
        <w:br/>
        <w:t>Та все-таки&lt;br /&gt;</w:t>
        <w:br/>
        <w:t>Шкода й співати:&lt;br /&gt;</w:t>
        <w:br/>
        <w:t>Не йдуть лихі&lt;br /&gt;</w:t>
        <w:br/>
        <w:t>Ті злидні з хати!</w:t>
      </w:r>
    </w:p>
    <w:p>
      <w:r>
        <w:br/>
        <w:t>* * *&lt;br /&gt;</w:t>
        <w:br/>
        <w:t>Засяло сонце з ласкою&lt;br /&gt;</w:t>
        <w:br/>
        <w:t>І вже — відпочива;&lt;br /&gt;</w:t>
        <w:br/>
        <w:t>Ніч темною запаскою&lt;br /&gt;</w:t>
        <w:br/>
        <w:t>Все на світі вкрива.</w:t>
      </w:r>
    </w:p>
    <w:p>
      <w:r>
        <w:br/>
        <w:t>Не бачить лютих мук вона,&lt;br /&gt;</w:t>
        <w:br/>
        <w:t>Ні радощів у сні...&lt;br /&gt;</w:t>
        <w:br/>
        <w:t>Знов зіронька заблукана&lt;br /&gt;</w:t>
        <w:br/>
        <w:t>Всміхається мені.</w:t>
      </w:r>
    </w:p>
    <w:p>
      <w:r>
        <w:br/>
        <w:t>Повіяв легіт чарами,&lt;br /&gt;</w:t>
        <w:br/>
        <w:t>І чуть у тьмі німій:&lt;br /&gt;</w:t>
        <w:br/>
        <w:t>"Не згинеш ти під хмарами,&lt;br /&gt;</w:t>
        <w:br/>
        <w:t>Коханий краю мій!"</w:t>
      </w:r>
    </w:p>
    <w:p>
      <w:r>
        <w:br/>
        <w:t>* * *&lt;br /&gt;</w:t>
        <w:br/>
        <w:t>Я сам під липою сиджу.&lt;br /&gt;</w:t>
        <w:br/>
        <w:t>Журбі нема кінця:&lt;br /&gt;</w:t>
        <w:br/>
        <w:t>З нудьги на хвилі я гляджу,&lt;br /&gt;</w:t>
        <w:br/>
        <w:t>Дивлюсь на дно струмця.</w:t>
      </w:r>
    </w:p>
    <w:p>
      <w:r>
        <w:br/>
        <w:t>* * *&lt;br /&gt;</w:t>
        <w:br/>
        <w:t>Не жартуйте так зі мною,&lt;br /&gt;</w:t>
        <w:br/>
        <w:t>Очі мої, віченьки,&lt;br /&gt;</w:t>
        <w:br/>
        <w:t>Що не знаю я покою&lt;br /&gt;</w:t>
        <w:br/>
        <w:t>Ані дня, ні ніченьки.</w:t>
      </w:r>
    </w:p>
    <w:p>
      <w:r>
        <w:br/>
        <w:t>Погулять піду між люди,&lt;br /&gt;</w:t>
        <w:br/>
        <w:t>В степ лечу за волею,-&lt;br /&gt;</w:t>
        <w:br/>
        <w:t>Зорите мені ви всюди,&lt;br /&gt;</w:t>
        <w:br/>
        <w:t>Женетесь недолею.</w:t>
      </w:r>
    </w:p>
    <w:p>
      <w:r>
        <w:br/>
        <w:t>На хвилинку, на годинку,&lt;br /&gt;</w:t>
        <w:br/>
        <w:t>Звечора чи з півночі&lt;br /&gt;</w:t>
        <w:br/>
        <w:t>Не знаходжу відпочинку,&lt;br /&gt;</w:t>
        <w:br/>
        <w:t>Все за вами гинучи.</w:t>
      </w:r>
    </w:p>
    <w:p>
      <w:r>
        <w:br/>
        <w:t>Не світіть же зіроньками,&lt;br /&gt;</w:t>
        <w:br/>
        <w:t>Мої чарівнесенькі,&lt;br /&gt;</w:t>
        <w:br/>
        <w:t>Не рвіть серця так думками,&lt;br /&gt;</w:t>
        <w:br/>
        <w:t>Милі та гарнесенькі!</w:t>
      </w:r>
    </w:p>
    <w:p>
      <w:r>
        <w:br/>
        <w:t>ДІДУСЕВІ ГАДКИ</w:t>
      </w:r>
    </w:p>
    <w:p>
      <w:r>
        <w:br/>
        <w:t>Надворі лютує стужа...&lt;br /&gt;</w:t>
        <w:br/>
        <w:t>Дайте дух перевести:&lt;br /&gt;</w:t>
        <w:br/>
        <w:t>Старе тіло щось нездужа,&lt;br /&gt;</w:t>
        <w:br/>
        <w:t>До воріт не добрести.</w:t>
      </w:r>
    </w:p>
    <w:p>
      <w:r>
        <w:br/>
        <w:t>Поневолі в самотині,&lt;br /&gt;</w:t>
        <w:br/>
        <w:t>Не виходячи, сиджу&lt;br /&gt;</w:t>
        <w:br/>
        <w:t>Та в нетопленій хатині&lt;br /&gt;</w:t>
        <w:br/>
        <w:t>Мерзну, гибію, дрижу.</w:t>
      </w:r>
    </w:p>
    <w:p>
      <w:r>
        <w:br/>
        <w:t>Гірш і гірш моя недуга,&lt;br /&gt;</w:t>
        <w:br/>
        <w:t>Менш і менш стає тепла...&lt;br /&gt;</w:t>
        <w:br/>
        <w:t>За віконцем мерзлим хуга&lt;br /&gt;</w:t>
        <w:br/>
        <w:t>Скаженіти почала.</w:t>
      </w:r>
    </w:p>
    <w:p>
      <w:r>
        <w:br/>
        <w:t>Де ж весна, де літо красне,&lt;br /&gt;</w:t>
        <w:br/>
        <w:t>Ранки соняшні, блакить?&lt;br /&gt;</w:t>
        <w:br/>
        <w:t>Пусто, темно; сила гасне;&lt;br /&gt;</w:t>
        <w:br/>
        <w:t>Дров немає затопить.</w:t>
      </w:r>
    </w:p>
    <w:p>
      <w:r>
        <w:br/>
        <w:t>От забудусь ненароком&lt;br /&gt;</w:t>
        <w:br/>
        <w:t>(Все я сам — як день, так ніч)&lt;br /&gt;</w:t>
        <w:br/>
        <w:t>І дивлюсь надійним оком&lt;br /&gt;</w:t>
        <w:br/>
        <w:t>На розвалену вже піч.</w:t>
      </w:r>
    </w:p>
    <w:p>
      <w:r>
        <w:br/>
        <w:t>Б’ється серце нетерпляче,&lt;br /&gt;</w:t>
        <w:br/>
        <w:t>Туманіє голова;&lt;br /&gt;</w:t>
        <w:br/>
        <w:t>В очах — полум’я гаряче,&lt;br /&gt;</w:t>
        <w:br/>
        <w:t>В думці — свічка та дрова.</w:t>
      </w:r>
    </w:p>
    <w:p>
      <w:r>
        <w:br/>
        <w:t>* * *&lt;br /&gt;</w:t>
        <w:br/>
        <w:t>Угамуйсь, моє серце безщасне!&lt;br /&gt;</w:t>
        <w:br/>
        <w:t>Не поможуть нам сльози дрібні.&lt;br /&gt;</w:t>
        <w:br/>
        <w:t>Про минуле тяжке, бідолашне&lt;br /&gt;</w:t>
        <w:br/>
        <w:t>Не нагадуй щоденно мені.</w:t>
      </w:r>
    </w:p>
    <w:p>
      <w:r>
        <w:br/>
        <w:t>Не хлоп’яче життя ми з тобою&lt;br /&gt;</w:t>
        <w:br/>
        <w:t>Починаєм — далеко воно...&lt;br /&gt;</w:t>
        <w:br/>
        <w:t>Побратавшись навіки з журбою,&lt;br /&gt;</w:t>
        <w:br/>
        <w:t>Я про щастя не дбаю давно.</w:t>
      </w:r>
    </w:p>
    <w:p>
      <w:r>
        <w:br/>
        <w:t>Цить же, серце,— нелегко без тебе&lt;br /&gt;</w:t>
        <w:br/>
        <w:t>Мовчки вчись своє горе нести,&lt;br /&gt;</w:t>
        <w:br/>
        <w:t>Схаменись та поглянь кругом себе&lt;br /&gt;</w:t>
        <w:br/>
        <w:t>І безглуздих байок не плети!</w:t>
      </w:r>
    </w:p>
    <w:p>
      <w:r>
        <w:br/>
        <w:t>* * *&lt;br /&gt;</w:t>
        <w:br/>
        <w:t>Не зумію горя&lt;br /&gt;</w:t>
        <w:br/>
        <w:t>Вимовить словами,&lt;br /&gt;</w:t>
        <w:br/>
        <w:t>Так зіллю дрібними,&lt;br /&gt;</w:t>
        <w:br/>
        <w:t>Тихими сльозами.</w:t>
      </w:r>
    </w:p>
    <w:p>
      <w:r>
        <w:br/>
        <w:t>Коли ж його, злого,&lt;br /&gt;</w:t>
        <w:br/>
        <w:t>Збутись не здолаю,&lt;br /&gt;</w:t>
        <w:br/>
        <w:t>Так журливо пісню&lt;br /&gt;</w:t>
        <w:br/>
        <w:t>Рідну заспіваю.</w:t>
      </w:r>
    </w:p>
    <w:p>
      <w:r>
        <w:br/>
        <w:t>* * *&lt;br /&gt;</w:t>
        <w:br/>
        <w:t>Вгорі небо, внизу море;&lt;br /&gt;</w:t>
        <w:br/>
        <w:t>Туга давить через край:&lt;br /&gt;</w:t>
        <w:br/>
        <w:t>Де подіти люте горе?&lt;br /&gt;</w:t>
        <w:br/>
        <w:t>Думка думку щораз боре&lt;br /&gt;</w:t>
        <w:br/>
        <w:t>Про коханий рідний край.</w:t>
      </w:r>
    </w:p>
    <w:p>
      <w:r>
        <w:br/>
        <w:t>Ти в чужину несеш, човне,&lt;br /&gt;</w:t>
        <w:br/>
        <w:t>Одинокого пловця:&lt;br /&gt;</w:t>
        <w:br/>
        <w:t>Моє серце слізьми повне,&lt;br /&gt;</w:t>
        <w:br/>
        <w:t>Щось важке, щось невимовне&lt;br /&gt;</w:t>
        <w:br/>
        <w:t>Гнітить душу без кінця.</w:t>
      </w:r>
    </w:p>
    <w:p>
      <w:r>
        <w:br/>
        <w:t>Хто з нас батьківську країну&lt;br /&gt;</w:t>
        <w:br/>
        <w:t>Проміняє на чужу?&lt;br /&gt;</w:t>
        <w:br/>
        <w:t>Вічний сором тобі, сину,&lt;br /&gt;</w:t>
        <w:br/>
        <w:t>За се був би! Вперед лину;&lt;br /&gt;</w:t>
        <w:br/>
        <w:t>Сонце світить, я ж тужу.</w:t>
      </w:r>
    </w:p>
    <w:p>
      <w:r>
        <w:br/>
        <w:t>Ревуть вітри бистрокрилі,&lt;br /&gt;</w:t>
        <w:br/>
        <w:t>Човен крутиться, рипить...&lt;br /&gt;</w:t>
        <w:br/>
        <w:t>Однесіть додому, хвилі,&lt;br /&gt;</w:t>
        <w:br/>
        <w:t>Поцілунки мої щирі,&lt;br /&gt;</w:t>
        <w:br/>
        <w:t>Коли хочете втопить!</w:t>
      </w:r>
    </w:p>
    <w:p>
      <w:r>
        <w:br/>
        <w:t>* * *&lt;br /&gt;</w:t>
        <w:br/>
        <w:t>Позростала всюди рута,&lt;br /&gt;</w:t>
        <w:br/>
        <w:t>Позростала скрізь отрута&lt;br /&gt;</w:t>
        <w:br/>
        <w:t>На тій стежці, тій дорозі,&lt;br /&gt;</w:t>
        <w:br/>
        <w:t>Що ходжу я та ллю сльози,&lt;br /&gt;</w:t>
        <w:br/>
        <w:t>Що, як пісні заспіваю,&lt;br /&gt;</w:t>
        <w:br/>
        <w:t>Все гіркими обливаю.</w:t>
      </w:r>
    </w:p>
    <w:p>
      <w:r>
        <w:br/>
        <w:t>Позростали скрізь могили,&lt;br /&gt;</w:t>
        <w:br/>
        <w:t>Що світ білий заступили,&lt;br /&gt;</w:t>
        <w:br/>
        <w:t>Заступили шлях до волі;&lt;br /&gt;</w:t>
        <w:br/>
        <w:t>Ані сонця, ані долі,&lt;br /&gt;</w:t>
        <w:br/>
        <w:t>Що десь ділась, що десь бродить,-&lt;br /&gt;</w:t>
        <w:br/>
        <w:t>День із хмари не виходить.</w:t>
      </w:r>
    </w:p>
    <w:p>
      <w:r>
        <w:br/>
        <w:t>СЕРЕД НОЧІ</w:t>
      </w:r>
    </w:p>
    <w:p>
      <w:r>
        <w:br/>
        <w:t>Звечора дощ ллє, потоками хлинучи;&lt;br /&gt;</w:t>
        <w:br/>
        <w:t>Вітер завив, так і б’є;&lt;br /&gt;</w:t>
        <w:br/>
        <w:t>Стужа осінньої глупої півночі&lt;br /&gt;</w:t>
        <w:br/>
        <w:t>Просто ступить не дає.&lt;br /&gt;</w:t>
        <w:br/>
        <w:t>Лихо пекельне. В калюжах вся улиця.&lt;br /&gt;</w:t>
        <w:br/>
        <w:t>Сумно старчиха бреде,&lt;br /&gt;</w:t>
        <w:br/>
        <w:t>Спиною світить, під вікнами тулиться,&lt;br /&gt;</w:t>
        <w:br/>
        <w:t>Схову нема їй ніде.&lt;br /&gt;</w:t>
        <w:br/>
        <w:t>Хто пак над нею, нещасною, зглянеться?&lt;br /&gt;</w:t>
        <w:br/>
        <w:t>Хто? Ні чужі, ні свої.&lt;br /&gt;</w:t>
        <w:br/>
        <w:t>Голод єдиний за нею скрізь тягнеться,&lt;br /&gt;</w:t>
        <w:br/>
        <w:t>Не покидає її.&lt;br /&gt;</w:t>
        <w:br/>
        <w:t>Він її душить щодня, щогодиночки,&lt;br /&gt;</w:t>
        <w:br/>
        <w:t>Він не дає їй спокою хвилиночки,&lt;br /&gt;</w:t>
        <w:br/>
        <w:t>Шепче одно: "Пропадай!&lt;br /&gt;</w:t>
        <w:br/>
        <w:t>Тіло, слабіше билиночки,&lt;br /&gt;</w:t>
        <w:br/>
        <w:t>В яму складай!"</w:t>
      </w:r>
    </w:p>
    <w:p>
      <w:r>
        <w:br/>
        <w:t>Буря реве, ніч стає холоднішою.&lt;br /&gt;</w:t>
        <w:br/>
        <w:t>Дука щасливий не спить:&lt;br /&gt;</w:t>
        <w:br/>
        <w:t>Добре йому у палатах під кришею&lt;br /&gt;</w:t>
        <w:br/>
        <w:t>Вина-горілочку пить.&lt;br /&gt;</w:t>
        <w:br/>
        <w:t>Любо йому у теплі вигріватися,&lt;br /&gt;</w:t>
        <w:br/>
        <w:t>Смішки справляти з гістьми,&lt;br /&gt;</w:t>
        <w:br/>
        <w:t>Любо йому у розпусті купатися,&lt;br /&gt;</w:t>
        <w:br/>
        <w:t>Вік потирати всіми.&lt;br /&gt;</w:t>
        <w:br/>
        <w:t>Рота як слід він не вспіє роззявити —&lt;br /&gt;</w:t>
        <w:br/>
        <w:t>Зараз готове усе;&lt;br /&gt;</w:t>
        <w:br/>
        <w:t>А мисколизи не знають, як славити,&lt;br /&gt;</w:t>
        <w:br/>
        <w:t>Те вихваляють і се.&lt;br /&gt;</w:t>
        <w:br/>
        <w:t>Саме тим часом старчиха знеможена,&lt;br /&gt;</w:t>
        <w:br/>
        <w:t>Що вже не здужа й тужить,&lt;br /&gt;</w:t>
        <w:br/>
        <w:t>Посеред улиці, вся заморожена,&lt;br /&gt;</w:t>
        <w:br/>
        <w:t>Тілом невкритим дрижить.&lt;br /&gt;</w:t>
        <w:br/>
        <w:t>Блудить, сердешна, кругом поторочею,&lt;br /&gt;</w:t>
        <w:br/>
        <w:t>Ходить — себе продає:&lt;br /&gt;</w:t>
        <w:br/>
        <w:t>Дука натішивсь красою дівочою,&lt;br /&gt;</w:t>
        <w:br/>
        <w:t>Іншим її віддає.&lt;br /&gt;</w:t>
        <w:br/>
        <w:t>Боже!.. Колись вона... Все те загинуло!..&lt;br /&gt;</w:t>
        <w:br/>
        <w:t>Нині того не вернуть...&lt;br /&gt;</w:t>
        <w:br/>
        <w:t>Щастя небогу навіки покинуло:&lt;br /&gt;</w:t>
        <w:br/>
        <w:t>В прірву, чи що, їй пурнуть?&lt;br /&gt;</w:t>
        <w:br/>
        <w:t>Вона не знає ні будня, ні празника,&lt;br /&gt;</w:t>
        <w:br/>
        <w:t>Цілими днями не їсть,&lt;br /&gt;</w:t>
        <w:br/>
        <w:t>Бійку приймає не раз від напасника,&lt;br /&gt;</w:t>
        <w:br/>
        <w:t>Зносить наругу і злість.&lt;br /&gt;</w:t>
        <w:br/>
        <w:t>Ні, не вернути тобі невернучого,&lt;br /&gt;</w:t>
        <w:br/>
        <w:t>Кращим шляхом не піти;&lt;br /&gt;</w:t>
        <w:br/>
        <w:t>Посеред гамору міста блискучого&lt;br /&gt;</w:t>
        <w:br/>
        <w:t>Ласки ніде не знайти.&lt;br /&gt;</w:t>
        <w:br/>
        <w:t>Всі тебе радо обсиплють прокляттями,&lt;br /&gt;</w:t>
        <w:br/>
        <w:t>А положивши в труну,&lt;br /&gt;</w:t>
        <w:br/>
        <w:t>Труп твій укриють поганими шматтями,&lt;br /&gt;</w:t>
        <w:br/>
        <w:t>Вдягнуть в ряднину брудну.&lt;br /&gt;</w:t>
        <w:br/>
        <w:t>Ні, рани серця тобі не загоїти...&lt;br /&gt;</w:t>
        <w:br/>
        <w:t>Люди? До них не ходи.&lt;br /&gt;</w:t>
        <w:br/>
        <w:t>Як прожила, так і згинеш чужою ти;&lt;br /&gt;</w:t>
        <w:br/>
        <w:t>Щоб хто заплакав — не жди.&lt;br /&gt;</w:t>
        <w:br/>
        <w:t>Так відпочинь хоч, в могилу лягаючи;&lt;br /&gt;</w:t>
        <w:br/>
        <w:t>Прийме сірому земля...&lt;br /&gt;</w:t>
        <w:br/>
        <w:t>А багатир, перешкоди не знаючи,&lt;br /&gt;</w:t>
        <w:br/>
        <w:t>Хай собі знову гуля!&lt;br /&gt;</w:t>
        <w:br/>
        <w:t>Хто ж, як не він, отой дука прославлений.&lt;br /&gt;</w:t>
        <w:br/>
        <w:t>Сю сироту загубив?&lt;br /&gt;</w:t>
        <w:br/>
        <w:t>Хто, як не він, стиду, честі позбавлений,&lt;br /&gt;</w:t>
        <w:br/>
        <w:t>Дівчину з розуму збив?&lt;br /&gt;</w:t>
        <w:br/>
        <w:t>Хто, як не він, заманив її пасткою,&lt;br /&gt;</w:t>
        <w:br/>
        <w:t>Потім швирнув на сміття?&lt;br /&gt;</w:t>
        <w:br/>
        <w:t>Що ж? Вся громада віта його з ласкою,&lt;br /&gt;</w:t>
        <w:br/>
        <w:t>Гнеться пред ним без пуття.&lt;br /&gt;</w:t>
        <w:br/>
        <w:t>Знають усі, що він з’їдений пранцями,&lt;br /&gt;</w:t>
        <w:br/>
        <w:t>Що він — паскуда кругом;&lt;br /&gt;</w:t>
        <w:br/>
        <w:t>Але дівчата з такими коханцями&lt;br /&gt;</w:t>
        <w:br/>
        <w:t>Пруться до шлюбу бігом.&lt;br /&gt;</w:t>
        <w:br/>
        <w:t>"Що то за доля весела, гарнесенька!" —&lt;br /&gt;</w:t>
        <w:br/>
        <w:t>Всяке гада, хоч мовчить;&lt;br /&gt;</w:t>
        <w:br/>
        <w:t>А матері... кожна б рада-радесенька&lt;br /&gt;</w:t>
        <w:br/>
        <w:t>Швидше дочку засторчить.</w:t>
      </w:r>
    </w:p>
    <w:p>
      <w:r>
        <w:br/>
        <w:t>ЗОЛОТО</w:t>
      </w:r>
    </w:p>
    <w:p>
      <w:r>
        <w:br/>
        <w:t>Золото, золото, вславлене по світу!&lt;br /&gt;</w:t>
        <w:br/>
        <w:t>Все продаси ти, все купиш без розпиту.&lt;br /&gt;</w:t>
        <w:br/>
        <w:t>Добре тому, хто гребе тебе жменею;&lt;br /&gt;</w:t>
        <w:br/>
        <w:t>Важко без тебе — з пустою кишенею.&lt;br /&gt;</w:t>
        <w:br/>
        <w:t>Хлопцям ти втіху даєш, а на старості&lt;br /&gt;</w:t>
        <w:br/>
        <w:t>Скільки загнибід розплодиш та скнарості!&lt;br /&gt;</w:t>
        <w:br/>
        <w:t>Заради тебе, заради багатства ми&lt;br /&gt;</w:t>
        <w:br/>
        <w:t>Світ переповнили вкрай розбишацтвами;&lt;br /&gt;</w:t>
        <w:br/>
        <w:t>Заради тебе в болоті валяємось,&lt;br /&gt;</w:t>
        <w:br/>
        <w:t>Крадемо, шарпаєм, правдою граємось,&lt;br /&gt;</w:t>
        <w:br/>
        <w:t>Один другого щохвилі морочимо,&lt;br /&gt;</w:t>
        <w:br/>
        <w:t>Кров, наче воду, з братів своїх точимо.&lt;br /&gt;</w:t>
        <w:br/>
        <w:t>Чи не з тії лишень крові братерньої&lt;br /&gt;</w:t>
        <w:br/>
        <w:t>Блескіт твоєї принади химерної?&lt;br /&gt;</w:t>
        <w:br/>
        <w:t>Чи не від того так стало червоне ти?&lt;br /&gt;</w:t>
        <w:br/>
        <w:t>Мусим без тебе щоденно холонути,&lt;br /&gt;</w:t>
        <w:br/>
        <w:t>Ждучи від тебе, проклятого золота,&lt;br /&gt;</w:t>
        <w:br/>
        <w:t>Злидням кінця, що нас б’ють гірше молота.&lt;br /&gt;</w:t>
        <w:br/>
        <w:t>Слова людського не вчуєш за стонами,&lt;br /&gt;</w:t>
        <w:br/>
        <w:t>Наші благання зробились прокльонами.&lt;br /&gt;</w:t>
        <w:br/>
        <w:t>Багатирі, наче образу божому,&lt;br /&gt;</w:t>
        <w:br/>
        <w:t>Гріють поклони тобі не по розуму.&lt;br /&gt;</w:t>
        <w:br/>
        <w:t>Згинь же, брехливе, злочинств усіх джерело!&lt;br /&gt;</w:t>
        <w:br/>
        <w:t>Згинь, щоб зрадливо нас більш не химерило!</w:t>
      </w:r>
    </w:p>
    <w:p>
      <w:r>
        <w:br/>
        <w:t>* * *&lt;br /&gt;</w:t>
        <w:br/>
        <w:t>Небагацько живу в світі,&lt;br /&gt;</w:t>
        <w:br/>
        <w:t>А вже знаю горе;&lt;br /&gt;</w:t>
        <w:br/>
        <w:t>Сліз пекучих, мабуть, вилив&lt;br /&gt;</w:t>
        <w:br/>
        <w:t>Цілісіньке море.</w:t>
      </w:r>
    </w:p>
    <w:p>
      <w:r>
        <w:br/>
        <w:t>Задзвеніла пчілка божа,&lt;br /&gt;</w:t>
        <w:br/>
        <w:t>По саду літає...&lt;br /&gt;</w:t>
        <w:br/>
        <w:t>Пошукав би і я квітки,-&lt;br /&gt;</w:t>
        <w:br/>
        <w:t>Так де процвітає?</w:t>
      </w:r>
    </w:p>
    <w:p>
      <w:r>
        <w:br/>
        <w:t>ДІВЧИНА В ТУЗІ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Скільки молилась&lt;br /&gt;</w:t>
        <w:br/>
        <w:t>Богові я;&lt;br /&gt;</w:t>
        <w:br/>
        <w:t>Краю не бачить&lt;br /&gt;</w:t>
        <w:br/>
        <w:t>Туга моя.</w:t>
      </w:r>
    </w:p>
    <w:p>
      <w:r>
        <w:br/>
        <w:t>Тату, матусю,&lt;br /&gt;</w:t>
        <w:br/>
        <w:t>Благословіть:&lt;br /&gt;</w:t>
        <w:br/>
        <w:t>З милим до шлюбу&lt;br /&gt;</w:t>
        <w:br/>
        <w:t>В церкву ведіть!</w:t>
      </w:r>
    </w:p>
    <w:p>
      <w:r>
        <w:br/>
        <w:t>Пишно убралась&lt;br /&gt;</w:t>
        <w:br/>
        <w:t>В шати, квітки,&lt;br /&gt;</w:t>
        <w:br/>
        <w:t>В добре намисто,&lt;br /&gt;</w:t>
        <w:br/>
        <w:t>В ясні стрічки.</w:t>
      </w:r>
    </w:p>
    <w:p>
      <w:r>
        <w:br/>
        <w:t>Співи весільні&lt;br /&gt;</w:t>
        <w:br/>
        <w:t>Враз полились...&lt;br /&gt;</w:t>
        <w:br/>
        <w:t>Де ж ти, коханий,&lt;br /&gt;</w:t>
        <w:br/>
        <w:t>Так забаривсь?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Може, забув ти,&lt;br /&gt;</w:t>
        <w:br/>
        <w:t>Що говорив;&lt;br /&gt;</w:t>
        <w:br/>
        <w:t>Може, сміявся,&lt;br /&gt;</w:t>
        <w:br/>
        <w:t>Може, дурив?</w:t>
      </w:r>
    </w:p>
    <w:p>
      <w:r>
        <w:br/>
        <w:t>Всюди полину,&lt;br /&gt;</w:t>
        <w:br/>
        <w:t>Всюди піду,-&lt;br /&gt;</w:t>
        <w:br/>
        <w:t>Чи не зустріну,&lt;br /&gt;</w:t>
        <w:br/>
        <w:t>Чи не знайду?</w:t>
      </w:r>
    </w:p>
    <w:p>
      <w:r>
        <w:br/>
        <w:t>В’янути буду&lt;br /&gt;</w:t>
        <w:br/>
        <w:t>З горя сама;&lt;br /&gt;</w:t>
        <w:br/>
        <w:t>Друга немає —&lt;br /&gt;</w:t>
        <w:br/>
        <w:t>Щастя нема.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СВІТАЄ</w:t>
      </w:r>
    </w:p>
    <w:p>
      <w:r>
        <w:br/>
        <w:t>Давно північ вже минула...&lt;br /&gt;</w:t>
        <w:br/>
        <w:t>Я прокинувся у сні,&lt;br /&gt;</w:t>
        <w:br/>
        <w:t>Чую — наче забриніли&lt;br /&gt;</w:t>
        <w:br/>
        <w:t>Старі гусла на стіні.&lt;br /&gt;</w:t>
        <w:br/>
        <w:t>Тихо, тихо гук злітає:&lt;br /&gt;</w:t>
        <w:br/>
        <w:t>"Скоро день — кругом світає!"</w:t>
      </w:r>
    </w:p>
    <w:p>
      <w:r>
        <w:br/>
        <w:t>Давно північ вже минула,&lt;br /&gt;</w:t>
        <w:br/>
        <w:t>Сплять і гори, і яри,&lt;br /&gt;</w:t>
        <w:br/>
        <w:t>Тільки вітер понад морем&lt;br /&gt;</w:t>
        <w:br/>
        <w:t>Повіває з-за гори,&lt;br /&gt;</w:t>
        <w:br/>
        <w:t>Шепче нишком — гук злітає:&lt;br /&gt;</w:t>
        <w:br/>
        <w:t>"Скоро день — кругом світає!"</w:t>
      </w:r>
    </w:p>
    <w:p>
      <w:r>
        <w:br/>
        <w:t>Давно північ вже минула,&lt;br /&gt;</w:t>
        <w:br/>
        <w:t>Не шиширхне по землі:&lt;br /&gt;</w:t>
        <w:br/>
        <w:t>Божа пташка стрепенулась&lt;br /&gt;</w:t>
        <w:br/>
        <w:t>На калині у гіллі;&lt;br /&gt;</w:t>
        <w:br/>
        <w:t>Тьохка — ранок, бач, вітає:&lt;br /&gt;</w:t>
        <w:br/>
        <w:t>"Скоро день — кругом світає!"</w:t>
      </w:r>
    </w:p>
    <w:p>
      <w:r>
        <w:br/>
        <w:t>Скоро день — кругом світає,-&lt;br /&gt;</w:t>
        <w:br/>
        <w:t>Годі ж спати, краю мій!&lt;br /&gt;</w:t>
        <w:br/>
        <w:t>Розганяє чорні хмари&lt;br /&gt;</w:t>
        <w:br/>
        <w:t>Промінь сонечка ясний,-&lt;br /&gt;</w:t>
        <w:br/>
        <w:t>Він загляне в надра темні,&lt;br /&gt;</w:t>
        <w:br/>
        <w:t>Скарби вкаже потаємні.</w:t>
      </w:r>
    </w:p>
    <w:p>
      <w:r>
        <w:br/>
        <w:t>* * *&lt;br /&gt;</w:t>
        <w:br/>
        <w:t>Тяжко на сім світі&lt;br /&gt;</w:t>
        <w:br/>
        <w:t>Жити сиротині&lt;br /&gt;</w:t>
        <w:br/>
        <w:t>Без милого роду,&lt;br /&gt;</w:t>
        <w:br/>
        <w:t>В журбі-самотині;</w:t>
      </w:r>
    </w:p>
    <w:p>
      <w:r>
        <w:br/>
        <w:t>Цілий вік тинятись&lt;br /&gt;</w:t>
        <w:br/>
        <w:t>Без дружини-пари,&lt;br /&gt;</w:t>
        <w:br/>
        <w:t>Знизу — люте горе,&lt;br /&gt;</w:t>
        <w:br/>
        <w:t>Зверху — чорні хмари.</w:t>
      </w:r>
    </w:p>
    <w:p>
      <w:r>
        <w:br/>
        <w:t>НЕТЯГА</w:t>
      </w:r>
    </w:p>
    <w:p>
      <w:r>
        <w:br/>
        <w:t>Впав нетяга край могили,&lt;br /&gt;</w:t>
        <w:br/>
        <w:t>На коліна став;&lt;br /&gt;</w:t>
        <w:br/>
        <w:t>Що за сили в їй спочили,&lt;br /&gt;</w:t>
        <w:br/>
        <w:t>У людей питав.</w:t>
      </w:r>
    </w:p>
    <w:p>
      <w:r>
        <w:br/>
        <w:t>Та й заплакав сіромаха,&lt;br /&gt;</w:t>
        <w:br/>
        <w:t>На хрест похиливсь,&lt;br /&gt;</w:t>
        <w:br/>
        <w:t>Всю ніч мучивсь бідолаха,&lt;br /&gt;</w:t>
        <w:br/>
        <w:t>Слізьми ввесь обливсь.</w:t>
      </w:r>
    </w:p>
    <w:p>
      <w:r>
        <w:br/>
        <w:t>Землі грудку взяв у жменю,&lt;br /&gt;</w:t>
        <w:br/>
        <w:t>В хустку зав’язав,&lt;br /&gt;</w:t>
        <w:br/>
        <w:t>Заховав собі в кишеню,&lt;br /&gt;</w:t>
        <w:br/>
        <w:t>А йдучи казав:</w:t>
      </w:r>
    </w:p>
    <w:p>
      <w:r>
        <w:br/>
        <w:t>"Прощавай довіку-суду,&lt;br /&gt;</w:t>
        <w:br/>
        <w:t>Матусенько, спи,&lt;br /&gt;</w:t>
        <w:br/>
        <w:t>Поки зовсім не прибуду..."&lt;br /&gt;</w:t>
        <w:br/>
        <w:t>І потяг в степи.</w:t>
      </w:r>
    </w:p>
    <w:p>
      <w:r>
        <w:br/>
        <w:t>* * *&lt;br /&gt;</w:t>
        <w:br/>
        <w:t>Дівчинонько кароока!&lt;br /&gt;</w:t>
        <w:br/>
        <w:t>Гей, промов-скажи мені:&lt;br /&gt;</w:t>
        <w:br/>
        <w:t>Де взяла ти миле личко,&lt;br /&gt;</w:t>
        <w:br/>
        <w:t>Оченятка чарівні?</w:t>
      </w:r>
    </w:p>
    <w:p>
      <w:r>
        <w:br/>
        <w:t>Де взяла на божім світі&lt;br /&gt;</w:t>
        <w:br/>
        <w:t>Повні вустонька такі —&lt;br /&gt;</w:t>
        <w:br/>
        <w:t>Наче квітонька, рожеві,&lt;br /&gt;</w:t>
        <w:br/>
        <w:t>Наче полум’я, палкі?</w:t>
      </w:r>
    </w:p>
    <w:p>
      <w:r>
        <w:br/>
        <w:t>З поцілунку твого й досі&lt;br /&gt;</w:t>
        <w:br/>
        <w:t>Як дурний собі ходжу,&lt;br /&gt;</w:t>
        <w:br/>
        <w:t>Зовсім втратив дні веселі,&lt;br /&gt;</w:t>
        <w:br/>
        <w:t>За тобою все тужу.</w:t>
      </w:r>
    </w:p>
    <w:p>
      <w:r>
        <w:br/>
        <w:t>БАТЬКОВА РАДА</w:t>
      </w:r>
    </w:p>
    <w:p>
      <w:r>
        <w:br/>
        <w:t>Цитьте, дітки, цитьте, любі:&lt;br /&gt;</w:t>
        <w:br/>
        <w:t>Не дай боже — хто підслуха,&lt;br /&gt;</w:t>
        <w:br/>
        <w:t>Бо вже, певно, лихий ворог&lt;br /&gt;</w:t>
        <w:br/>
        <w:t>Нашорошив уха.</w:t>
      </w:r>
    </w:p>
    <w:p>
      <w:r>
        <w:br/>
        <w:t>Гарна річ — так гарно й чути;&lt;br /&gt;</w:t>
        <w:br/>
        <w:t>Тільки от що... Якось сміло...&lt;br /&gt;</w:t>
        <w:br/>
        <w:t>Треба добре розважати:&lt;br /&gt;</w:t>
        <w:br/>
        <w:t>Розум — перше діло.</w:t>
      </w:r>
    </w:p>
    <w:p>
      <w:r>
        <w:br/>
        <w:t>Хочеш справу розпочати,-&lt;br /&gt;</w:t>
        <w:br/>
        <w:t>Оглядайся на всі боки,&lt;br /&gt;</w:t>
        <w:br/>
        <w:t>Щоб яка личина часом&lt;br /&gt;</w:t>
        <w:br/>
        <w:t>Не втяла мороки.</w:t>
      </w:r>
    </w:p>
    <w:p>
      <w:r>
        <w:br/>
        <w:t>До пуття все обміркуймо,&lt;br /&gt;</w:t>
        <w:br/>
        <w:t>Бо що вдієш без поради?&lt;br /&gt;</w:t>
        <w:br/>
        <w:t>Тільки... майте осторогу...&lt;br /&gt;</w:t>
        <w:br/>
        <w:t>Тихше, бога ради!</w:t>
      </w:r>
    </w:p>
    <w:p>
      <w:r>
        <w:br/>
        <w:t>* * *&lt;br /&gt;</w:t>
        <w:br/>
        <w:t>Мені снилось, що яму копаю,&lt;br /&gt;</w:t>
        <w:br/>
        <w:t>Звечоріло надворі давно;&lt;br /&gt;</w:t>
        <w:br/>
        <w:t>Я спішу доробитись до краю,&lt;br /&gt;</w:t>
        <w:br/>
        <w:t>Хоч не відаю, нащо воно.</w:t>
      </w:r>
    </w:p>
    <w:p>
      <w:r>
        <w:br/>
        <w:t>Я робив, мов робить було треба,&lt;br /&gt;</w:t>
        <w:br/>
        <w:t>Хоч і знав, що не скоро вмирать,&lt;br /&gt;</w:t>
        <w:br/>
        <w:t>Що усе, чого ждав я від неба,&lt;br /&gt;</w:t>
        <w:br/>
        <w:t>Все — моє, бо недовго пождать.</w:t>
      </w:r>
    </w:p>
    <w:p>
      <w:r>
        <w:br/>
        <w:t>Я скінчив, але витратив силу&lt;br /&gt;</w:t>
        <w:br/>
        <w:t>І нічого вже більш не бажав.&lt;br /&gt;</w:t>
        <w:br/>
        <w:t>Сам, упавши в порожню могилу,&lt;br /&gt;</w:t>
        <w:br/>
        <w:t>Наче труп захололий лежав.</w:t>
      </w:r>
    </w:p>
    <w:p>
      <w:r>
        <w:br/>
        <w:t>* * *&lt;br /&gt;</w:t>
        <w:br/>
        <w:t>Змордований горем, я довго хворав,&lt;br /&gt;</w:t>
        <w:br/>
        <w:t>Без волі, без долі,— з одчаю вмирав,&lt;br /&gt;</w:t>
        <w:br/>
        <w:t>Потративши віру в любов і в добро,&lt;br /&gt;</w:t>
        <w:br/>
        <w:t>І кидав од себе безсиле перо,&lt;br /&gt;</w:t>
        <w:br/>
        <w:t>Світ божий здавався темніш, як тюрма,&lt;br /&gt;</w:t>
        <w:br/>
        <w:t>Надії всі згасли — і сліду нема,&lt;br /&gt;</w:t>
        <w:br/>
        <w:t>Душа заніміла з важкої журби,&lt;br /&gt;</w:t>
        <w:br/>
        <w:t>Усюди ввижались мерці та гроби...&lt;br /&gt;</w:t>
        <w:br/>
        <w:t>Але наді мною тут грім прокотивсь,&lt;br /&gt;</w:t>
        <w:br/>
        <w:t>Немов спересердя, що я засмутивсь,&lt;br /&gt;</w:t>
        <w:br/>
        <w:t>І голос почувся могучий: "Вставай!"&lt;br /&gt;</w:t>
        <w:br/>
        <w:t>Як поклик до бою за рідний свій край.&lt;br /&gt;</w:t>
        <w:br/>
        <w:t>Я разом прокинувсь, опала з очей&lt;br /&gt;</w:t>
        <w:br/>
        <w:t>Полуда, чорніша од чорних ночей,&lt;br /&gt;</w:t>
        <w:br/>
        <w:t>Душа оновилась, душа ожила,&lt;br /&gt;</w:t>
        <w:br/>
        <w:t>Святі ідеали всі знов прийняла,&lt;br /&gt;</w:t>
        <w:br/>
        <w:t>Огнем освітилась моя голова,&lt;br /&gt;</w:t>
        <w:br/>
        <w:t>І знов зрозумів я забуті слова,&lt;br /&gt;</w:t>
        <w:br/>
        <w:t>А серце, як здавна, туди все тягло,&lt;br /&gt;</w:t>
        <w:br/>
        <w:t>Де простір і воля, блакить і тепло!</w:t>
      </w:r>
    </w:p>
    <w:p>
      <w:r>
        <w:br/>
        <w:t>* * *&lt;br /&gt;</w:t>
        <w:br/>
        <w:t>Дивовижа та й чуднісінька —&lt;br /&gt;</w:t>
        <w:br/>
        <w:t>Невеличка часом пісенька,&lt;br /&gt;</w:t>
        <w:br/>
        <w:t>А громаду поруша:</w:t>
      </w:r>
    </w:p>
    <w:p>
      <w:r>
        <w:br/>
        <w:t>В її відгуках милесеньких,&lt;br /&gt;</w:t>
        <w:br/>
        <w:t>Що ніжніш від струн тонесеньких,&lt;br /&gt;</w:t>
        <w:br/>
        <w:t>Виявляється душа.</w:t>
      </w:r>
    </w:p>
    <w:p>
      <w:r>
        <w:br/>
        <w:t>НАД МОРЕМ</w:t>
      </w:r>
    </w:p>
    <w:p>
      <w:r>
        <w:br/>
        <w:t>Три рибалки на ніч в море попливли,&lt;br /&gt;</w:t>
        <w:br/>
        <w:t>Чи не розживуться — спробувати щастя;&lt;br /&gt;</w:t>
        <w:br/>
        <w:t>Кожному нелегко з дітками прощаться,&lt;br /&gt;</w:t>
        <w:br/>
        <w:t>Всяк гадав про жінку, всі сумні були.</w:t>
      </w:r>
    </w:p>
    <w:p>
      <w:r>
        <w:br/>
        <w:t>Чоловік працює, жінка плаче з горя;&lt;br /&gt;</w:t>
        <w:br/>
        <w:t>Як слід не поїли, як слід не спили...&lt;br /&gt;</w:t>
        <w:br/>
        <w:t>Море застогнало — страшно серед моря.</w:t>
      </w:r>
    </w:p>
    <w:p>
      <w:r>
        <w:br/>
        <w:t>Моторошно стало — сонечко зайшло;&lt;br /&gt;</w:t>
        <w:br/>
        <w:t>Три дружини в хаті тихо собі пряли;&lt;br /&gt;</w:t>
        <w:br/>
        <w:t>Засвітили світло, в вікна позирали.&lt;br /&gt;</w:t>
        <w:br/>
        <w:t>Але там скрізь темно, глухо скрізь було.</w:t>
      </w:r>
    </w:p>
    <w:p>
      <w:r>
        <w:br/>
        <w:t>Чоловік працює, жінка плаче з горя...&lt;br /&gt;</w:t>
        <w:br/>
        <w:t>З усієї сили море заревло.&lt;br /&gt;</w:t>
        <w:br/>
        <w:t>Вдарило грозою — страшно серед моря.</w:t>
      </w:r>
    </w:p>
    <w:p>
      <w:r>
        <w:br/>
        <w:t>Розвиднілось ранком; трьох сіром несуть&lt;br /&gt;</w:t>
        <w:br/>
        <w:t>На піщаний берег з прірви хвилі перші;&lt;br /&gt;</w:t>
        <w:br/>
        <w:t>Падають удови на тіла померші...&lt;br /&gt;</w:t>
        <w:br/>
        <w:t>Годі побиватись — сльози не спасуть!</w:t>
      </w:r>
    </w:p>
    <w:p>
      <w:r>
        <w:br/>
        <w:t>Чоловік працює, жінка плаче з горя;&lt;br /&gt;</w:t>
        <w:br/>
        <w:t>Всіх на кладовище згодом понесуть...&lt;br /&gt;</w:t>
        <w:br/>
        <w:t>А море бушує — не спинити моря.</w:t>
      </w:r>
    </w:p>
    <w:p>
      <w:r>
        <w:br/>
        <w:t>РІДНИЙ КРАЙ</w:t>
      </w:r>
    </w:p>
    <w:p>
      <w:r>
        <w:br/>
        <w:t>Дома все тебе дратує,&lt;br /&gt;</w:t>
        <w:br/>
        <w:t>Порошинка дошкуля;&lt;br /&gt;</w:t>
        <w:br/>
        <w:t>Хто що скаже, пожартує,-&lt;br /&gt;</w:t>
        <w:br/>
        <w:t>Втік би зараз відціля.</w:t>
      </w:r>
    </w:p>
    <w:p>
      <w:r>
        <w:br/>
        <w:t>В самотині сидіть нудно,&lt;br /&gt;</w:t>
        <w:br/>
        <w:t>Сум росте щодалі більш;&lt;br /&gt;</w:t>
        <w:br/>
        <w:t>Вийдеш з хати, глянеш — людно,&lt;br /&gt;</w:t>
        <w:br/>
        <w:t>Та журба гнітить ще гірш.</w:t>
      </w:r>
    </w:p>
    <w:p>
      <w:r>
        <w:br/>
        <w:t>А не вспієш край свій кинуть,&lt;br /&gt;</w:t>
        <w:br/>
        <w:t>Туга зараз забере;&lt;br /&gt;</w:t>
        <w:br/>
        <w:t>Спогадання роєм линуть,&lt;br /&gt;</w:t>
        <w:br/>
        <w:t>Забувається все зле.</w:t>
      </w:r>
    </w:p>
    <w:p>
      <w:r>
        <w:br/>
        <w:t>Тепле літо, ясні зорі —&lt;br /&gt;</w:t>
        <w:br/>
        <w:t>Все тихесенько сплива;&lt;br /&gt;</w:t>
        <w:br/>
        <w:t>Блимне слізка в твоїм зорі,&lt;br /&gt;</w:t>
        <w:br/>
        <w:t>Жаль потроху ожива.</w:t>
      </w:r>
    </w:p>
    <w:p>
      <w:r>
        <w:br/>
        <w:t>Все, що гудив, все те нині&lt;br /&gt;</w:t>
        <w:br/>
        <w:t>Якимсь чаром віддає,&lt;br /&gt;</w:t>
        <w:br/>
        <w:t>Рідна мова на чужині&lt;br /&gt;</w:t>
        <w:br/>
        <w:t>Ще милішою стає.</w:t>
      </w:r>
    </w:p>
    <w:p>
      <w:r>
        <w:br/>
        <w:t>Рідна хата — мов та квітка,&lt;br /&gt;</w:t>
        <w:br/>
        <w:t>Що скрашає весь квітник.&lt;br /&gt;</w:t>
        <w:br/>
        <w:t>З рідним краєм якась нитка&lt;br /&gt;</w:t>
        <w:br/>
        <w:t>Тебе зв’язує навік.</w:t>
      </w:r>
    </w:p>
    <w:p>
      <w:r>
        <w:br/>
        <w:t>Її хочеш розірвати,&lt;br /&gt;</w:t>
        <w:br/>
        <w:t>А вона усе міцніш;&lt;br /&gt;</w:t>
        <w:br/>
        <w:t>Подаєшся мандрувати,&lt;br /&gt;</w:t>
        <w:br/>
        <w:t>Але там іще смутніш.</w:t>
      </w:r>
    </w:p>
    <w:p>
      <w:r>
        <w:br/>
        <w:t>Ти шукаєш собі волі,&lt;br /&gt;</w:t>
        <w:br/>
        <w:t>Переходиш всі світи,&lt;br /&gt;</w:t>
        <w:br/>
        <w:t>Але там немає долі,&lt;br /&gt;</w:t>
        <w:br/>
        <w:t>Там нема тобі мети.</w:t>
      </w:r>
    </w:p>
    <w:p>
      <w:r>
        <w:br/>
        <w:t>Під яким би небом ясним&lt;br /&gt;</w:t>
        <w:br/>
        <w:t>Врешті ти не опинивсь,-&lt;br /&gt;</w:t>
        <w:br/>
        <w:t>Ні, не буде воно красним,&lt;br /&gt;</w:t>
        <w:br/>
        <w:t>Як було своє колись.</w:t>
      </w:r>
    </w:p>
    <w:p>
      <w:r>
        <w:br/>
        <w:t>Час підійде — ми вмираєм,&lt;br /&gt;</w:t>
        <w:br/>
        <w:t>Бо на все своя пора;&lt;br /&gt;</w:t>
        <w:br/>
        <w:t>Тільки жаль за рідним краєм&lt;br /&gt;</w:t>
        <w:br/>
        <w:t>Серед люду не вмира.</w:t>
      </w:r>
    </w:p>
    <w:p>
      <w:r>
        <w:br/>
        <w:t>* * *&lt;br /&gt;</w:t>
        <w:br/>
        <w:t>Не розцвівши, квіти зжовкли,&lt;br /&gt;</w:t>
        <w:br/>
        <w:t>Ясний промінь сонця згас,&lt;br /&gt;</w:t>
        <w:br/>
        <w:t>В серці хворім струни змовкли,&lt;br /&gt;</w:t>
        <w:br/>
        <w:t>Що бриніли якийсь час.</w:t>
      </w:r>
    </w:p>
    <w:p>
      <w:r>
        <w:br/>
        <w:t>Підломились буйні крила,&lt;br /&gt;</w:t>
        <w:br/>
        <w:t>Думка з місця не руша,&lt;br /&gt;</w:t>
        <w:br/>
        <w:t>Зникла зірка, що день мріла,&lt;br /&gt;</w:t>
        <w:br/>
        <w:t>Занудилася душа.</w:t>
      </w:r>
    </w:p>
    <w:p>
      <w:r>
        <w:br/>
        <w:t>Не сміюся, та й не плачу;&lt;br /&gt;</w:t>
        <w:br/>
        <w:t>Тихий сум — мій давній друг...&lt;br /&gt;</w:t>
        <w:br/>
        <w:t>Молоду завзяту вдачу&lt;br /&gt;</w:t>
        <w:br/>
        <w:t>Підтинає злий недуг.</w:t>
      </w:r>
    </w:p>
    <w:p>
      <w:r>
        <w:br/>
        <w:t>Смертю дишуть хмурі стіни;&lt;br /&gt;</w:t>
        <w:br/>
        <w:t>Де не глянеш — скрізь межа...&lt;br /&gt;</w:t>
        <w:br/>
        <w:t>Тільки голос з України&lt;br /&gt;</w:t>
        <w:br/>
        <w:t>Мою тугу розважа.</w:t>
      </w:r>
    </w:p>
    <w:p>
      <w:r>
        <w:br/>
        <w:t>ЗАКОХАНІ</w:t>
      </w:r>
    </w:p>
    <w:p>
      <w:r>
        <w:br/>
        <w:t>Рік вони любились — навік розлучились;&lt;br /&gt;</w:t>
        <w:br/>
        <w:t>Згинуло все разом, чим серденька бились.&lt;br /&gt;</w:t>
        <w:br/>
        <w:t>Узяли дівчину до нової хати;&lt;br /&gt;</w:t>
        <w:br/>
        <w:t>Поліг козаченько серед гаю спати.&lt;br /&gt;</w:t>
        <w:br/>
        <w:t>В головах у любки подушки пухові,&lt;br /&gt;</w:t>
        <w:br/>
        <w:t>В козаченька — свита і калюжа крові.&lt;br /&gt;</w:t>
        <w:br/>
        <w:t>І медів, і пива — всього чарівниці;&lt;br /&gt;</w:t>
        <w:br/>
        <w:t>Козаку ж нетязі — так нема й водиці.&lt;br /&gt;</w:t>
        <w:br/>
        <w:t>Коло дівчиноньки вся родина плаче,&lt;br /&gt;</w:t>
        <w:br/>
        <w:t>А над козаченьком чорний ворон кряче.&lt;br /&gt;</w:t>
        <w:br/>
        <w:t>Не встають обоє — заснули навіки,&lt;br /&gt;</w:t>
        <w:br/>
        <w:t>Змученому серцю не поможуть ліки.&lt;br /&gt;</w:t>
        <w:br/>
        <w:t>Дзвонять по дівчині, вже й попи співають,&lt;br /&gt;</w:t>
        <w:br/>
        <w:t>А над козаченьком вовки завивають.&lt;br /&gt;</w:t>
        <w:br/>
        <w:t>Дівчині могилку квітами убрали,&lt;br /&gt;</w:t>
        <w:br/>
        <w:t>А козацькі кості вітри розмахали.</w:t>
      </w:r>
    </w:p>
    <w:p>
      <w:r>
        <w:br/>
        <w:t>* * *&lt;br /&gt;</w:t>
        <w:br/>
        <w:t>Хто про все те віда,&lt;br /&gt;</w:t>
        <w:br/>
        <w:t>Хто про те згадає,&lt;br /&gt;</w:t>
        <w:br/>
        <w:t>Чого щемить серце,&lt;br /&gt;</w:t>
        <w:br/>
        <w:t>Що його з’їдає?</w:t>
      </w:r>
    </w:p>
    <w:p>
      <w:r>
        <w:br/>
        <w:t>Бачить всяк, як другий&lt;br /&gt;</w:t>
        <w:br/>
        <w:t>Співає та скаче,&lt;br /&gt;</w:t>
        <w:br/>
        <w:t>Та ніхто не знає,&lt;br /&gt;</w:t>
        <w:br/>
        <w:t>Як нетяга плаче.</w:t>
      </w:r>
    </w:p>
    <w:p>
      <w:r>
        <w:br/>
        <w:t>* * *&lt;br /&gt;</w:t>
        <w:br/>
        <w:t>Я на небо позираю —&lt;br /&gt;</w:t>
        <w:br/>
        <w:t>Сумно блимають зірки:&lt;br /&gt;</w:t>
        <w:br/>
        <w:t>Чорним хмарам я звіряю&lt;br /&gt;</w:t>
        <w:br/>
        <w:t>Нерозважені думки.</w:t>
      </w:r>
    </w:p>
    <w:p>
      <w:r>
        <w:br/>
        <w:t>"Чи на світі перестане&lt;br /&gt;</w:t>
        <w:br/>
        <w:t>Каїн Авеля вбивать?" —&lt;br /&gt;</w:t>
        <w:br/>
        <w:t>Запитався — серце в’яне...&lt;br /&gt;</w:t>
        <w:br/>
        <w:t>Якийсь голос став казать:</w:t>
      </w:r>
    </w:p>
    <w:p>
      <w:r>
        <w:br/>
        <w:t>"Досить злоба люд карала,&lt;br /&gt;</w:t>
        <w:br/>
        <w:t>Час любові настає,&lt;br /&gt;</w:t>
        <w:br/>
        <w:t>Що лихі мечі на рала,&lt;br /&gt;</w:t>
        <w:br/>
        <w:t>На серпи перекує!"</w:t>
      </w:r>
    </w:p>
    <w:p>
      <w:r>
        <w:br/>
        <w:t>* * *&lt;br /&gt;</w:t>
        <w:br/>
        <w:t>Рідний краю! Чи забуду&lt;br /&gt;</w:t>
        <w:br/>
        <w:t>Я святі слова оці.&lt;br /&gt;</w:t>
        <w:br/>
        <w:t>Ні, тебе кохати буду&lt;br /&gt;</w:t>
        <w:br/>
        <w:t>І в терновому вінці.</w:t>
      </w:r>
    </w:p>
    <w:p>
      <w:r>
        <w:br/>
        <w:t>В твоїм світлі, як у раю,&lt;br /&gt;</w:t>
        <w:br/>
        <w:t>З твоїх джерел щастя п’ю;&lt;br /&gt;</w:t>
        <w:br/>
        <w:t>Тільки гірко, як згадаю&lt;br /&gt;</w:t>
        <w:br/>
        <w:t>Сумну доленьку твою.</w:t>
      </w:r>
    </w:p>
    <w:p>
      <w:r>
        <w:br/>
        <w:t>А то — миле все здається,&lt;br /&gt;</w:t>
        <w:br/>
        <w:t>Все хотів би обійнять,&lt;br /&gt;</w:t>
        <w:br/>
        <w:t>Слізка втіхи нишком ллється,&lt;br /&gt;</w:t>
        <w:br/>
        <w:t>Струни весело дзвенять.</w:t>
      </w:r>
    </w:p>
    <w:p>
      <w:r>
        <w:br/>
        <w:t>Що ж так скупо блима сонце,&lt;br /&gt;</w:t>
        <w:br/>
        <w:t>Мов сліпе, над краєм сим?&lt;br /&gt;</w:t>
        <w:br/>
        <w:t>Усміхнись нам крізь віконце,&lt;br /&gt;</w:t>
        <w:br/>
        <w:t>Дай тепла побільше всім!</w:t>
      </w:r>
    </w:p>
    <w:p>
      <w:r>
        <w:br/>
        <w:t>* * *&lt;br /&gt;</w:t>
        <w:br/>
        <w:t>Як умру, то не згрібайте&lt;br /&gt;</w:t>
        <w:br/>
        <w:t>Землі наді мною,&lt;br /&gt;</w:t>
        <w:br/>
        <w:t>А засипте в чистім полі&lt;br /&gt;</w:t>
        <w:br/>
        <w:t>Свіжою травою.</w:t>
      </w:r>
    </w:p>
    <w:p>
      <w:r>
        <w:br/>
        <w:t>В головах щоб зеленіли&lt;br /&gt;</w:t>
        <w:br/>
        <w:t>Явір та тичина,&lt;br /&gt;</w:t>
        <w:br/>
        <w:t>А в ногах — на спомин людям&lt;br /&gt;</w:t>
        <w:br/>
        <w:t>Червона калина.</w:t>
      </w:r>
    </w:p>
    <w:p>
      <w:r>
        <w:br/>
        <w:t>Прийде дівчина-голубка&lt;br /&gt;</w:t>
        <w:br/>
        <w:t>На мою могилу,&lt;br /&gt;</w:t>
        <w:br/>
        <w:t>Тихо сяде під калину,&lt;br /&gt;</w:t>
        <w:br/>
        <w:t>Здйхне через силу.</w:t>
      </w:r>
    </w:p>
    <w:p>
      <w:r>
        <w:br/>
        <w:t>І згада про мене з сумом&lt;br /&gt;</w:t>
        <w:br/>
        <w:t>Серденько гаряче,&lt;br /&gt;</w:t>
        <w:br/>
        <w:t>Наді мною, сиротою,&lt;br /&gt;</w:t>
        <w:br/>
        <w:t>Нищечком поплаче.</w:t>
      </w:r>
    </w:p>
    <w:p>
      <w:r>
        <w:br/>
        <w:t>* * *&lt;br /&gt;</w:t>
        <w:br/>
        <w:t>Гей же, любий наш співаче!&lt;br /&gt;</w:t>
        <w:br/>
        <w:t>Ти скажи нам, заспівай,&lt;br /&gt;</w:t>
        <w:br/>
        <w:t>Як убогий люд скрізь плаче;&lt;br /&gt;</w:t>
        <w:br/>
        <w:t>Кривді верху не давай.</w:t>
      </w:r>
    </w:p>
    <w:p>
      <w:r>
        <w:br/>
        <w:t>Заспівай про бідність люту&lt;br /&gt;</w:t>
        <w:br/>
        <w:t>Та злочинства світові,&lt;br /&gt;</w:t>
        <w:br/>
        <w:t>Про сірому, в пекло пхнуту,&lt;br /&gt;</w:t>
        <w:br/>
        <w:t>Розбуди думки живі.</w:t>
      </w:r>
    </w:p>
    <w:p>
      <w:r>
        <w:br/>
        <w:t>Вік борись за край свій рідний,&lt;br /&gt;</w:t>
        <w:br/>
        <w:t>Що тебе співать послав.&lt;br /&gt;</w:t>
        <w:br/>
        <w:t>Глянь, як б’ється наймит бідний,&lt;br /&gt;</w:t>
        <w:br/>
        <w:t>Злидаря в піснях прослав.</w:t>
      </w:r>
    </w:p>
    <w:p>
      <w:r>
        <w:br/>
        <w:t>Про великі заповіти&lt;br /&gt;</w:t>
        <w:br/>
        <w:t>Нагадай нам хоч слівцем,&lt;br /&gt;</w:t>
        <w:br/>
        <w:t>Щоб тебе нам зрозуміти,&lt;br /&gt;</w:t>
        <w:br/>
        <w:t>Щоб назвать тебе співцем.</w:t>
      </w:r>
    </w:p>
    <w:p>
      <w:r>
        <w:br/>
        <w:t>ХМАРИ</w:t>
      </w:r>
    </w:p>
    <w:p>
      <w:r>
        <w:br/>
        <w:t>Летіть, хмари, в край південний,&lt;br /&gt;</w:t>
        <w:br/>
        <w:t>Там у мене рідна хата;&lt;br /&gt;</w:t>
        <w:br/>
        <w:t>Як згадаю сад зелений,-&lt;br /&gt;</w:t>
        <w:br/>
        <w:t>Болить серце... Візьміть брата!</w:t>
      </w:r>
    </w:p>
    <w:p>
      <w:r>
        <w:br/>
        <w:t>Понад лісом без запину&lt;br /&gt;</w:t>
        <w:br/>
        <w:t>Попливли ви, полинули...&lt;br /&gt;</w:t>
        <w:br/>
        <w:t>Сам туди я в думці лину,&lt;br /&gt;</w:t>
        <w:br/>
        <w:t>Хоч мене там і забули.</w:t>
      </w:r>
    </w:p>
    <w:p>
      <w:r>
        <w:br/>
        <w:t>Поллєтеся ви дощами.&lt;br /&gt;</w:t>
        <w:br/>
        <w:t>Зросте жито серед поля;&lt;br /&gt;</w:t>
        <w:br/>
        <w:t>Я ж заплачу слізоньками —&lt;br /&gt;</w:t>
        <w:br/>
        <w:t>Все недоля та недоля.</w:t>
      </w:r>
    </w:p>
    <w:p>
      <w:r>
        <w:br/>
        <w:t>Поллєтеся — цвітуть квіти,&lt;br /&gt;</w:t>
        <w:br/>
        <w:t>Я ж заплачу — та й нічого;&lt;br /&gt;</w:t>
        <w:br/>
        <w:t>Вільно громом вам гриміти,&lt;br /&gt;</w:t>
        <w:br/>
        <w:t>А я змовчу — от і всього.</w:t>
      </w:r>
    </w:p>
    <w:p>
      <w:r>
        <w:br/>
        <w:t>Так летіть же в край південний,&lt;br /&gt;</w:t>
        <w:br/>
        <w:t>Сухі ниви напувайте.&lt;br /&gt;</w:t>
        <w:br/>
        <w:t>Щоб не гинув люд нужденний,&lt;br /&gt;</w:t>
        <w:br/>
        <w:t>Тихим вітром повівайте.</w:t>
      </w:r>
    </w:p>
    <w:p>
      <w:r>
        <w:br/>
        <w:t>Скажіть щире привітання&lt;br /&gt;</w:t>
        <w:br/>
        <w:t>Всім коханим, всьому краю,&lt;br /&gt;</w:t>
        <w:br/>
        <w:t>Як сумую з безталання,&lt;br /&gt;</w:t>
        <w:br/>
        <w:t>Як за ними умираю!</w:t>
      </w:r>
    </w:p>
    <w:p>
      <w:r>
        <w:br/>
        <w:t>* * *&lt;br /&gt;</w:t>
        <w:br/>
        <w:t>Як ластівки ждуть вітру над водою,&lt;br /&gt;</w:t>
        <w:br/>
        <w:t>Піднявши крила, щоб летіти в ірій.&lt;br /&gt;</w:t>
        <w:br/>
        <w:t>Так я ждав часу з думкою сумною —&lt;br /&gt;</w:t>
        <w:br/>
        <w:t>Пливти в край інший; жаль мене брав щирий&lt;br /&gt;</w:t>
        <w:br/>
        <w:t>За тих, що тут, на березі, остались&lt;br /&gt;</w:t>
        <w:br/>
        <w:t>В гірких сльозах, у вічних злиднях жити,&lt;br /&gt;</w:t>
        <w:br/>
        <w:t>Де хвилі з лютим ревом розсипались,&lt;br /&gt;</w:t>
        <w:br/>
        <w:t>Неначе все хотіли затопити.</w:t>
      </w:r>
    </w:p>
    <w:p>
      <w:r>
        <w:br/>
        <w:t>НА ДОБРАНІЧ!</w:t>
      </w:r>
    </w:p>
    <w:p>
      <w:r>
        <w:br/>
        <w:t>На добраніч всім вам на ніч!&lt;br /&gt;</w:t>
        <w:br/>
        <w:t>Божий день погас.&lt;br /&gt;</w:t>
        <w:br/>
        <w:t>Все на світі спочиває;&lt;br /&gt;</w:t>
        <w:br/>
        <w:t>Скоро ранок знов засяє;&lt;br /&gt;</w:t>
        <w:br/>
        <w:t>Спіть же в добрий час!</w:t>
      </w:r>
    </w:p>
    <w:p>
      <w:r>
        <w:br/>
        <w:t>Тихо, тихо, змовкло лихо,&lt;br /&gt;</w:t>
        <w:br/>
        <w:t>Ніч кругом лягла;&lt;br /&gt;</w:t>
        <w:br/>
        <w:t>Не чуть співу, ні сопілки,&lt;br /&gt;</w:t>
        <w:br/>
        <w:t>Дідусь-сторож бродить тільки&lt;br /&gt;</w:t>
        <w:br/>
        <w:t>Посеред села.</w:t>
      </w:r>
    </w:p>
    <w:p>
      <w:r>
        <w:br/>
        <w:t>Спи, трудящий! Хай в мир кращий&lt;br /&gt;</w:t>
        <w:br/>
        <w:t>Сон тебе знесе!&lt;br /&gt;</w:t>
        <w:br/>
        <w:t>На чужині хай кохана&lt;br /&gt;</w:t>
        <w:br/>
        <w:t>Тобі сниться, хай до рана&lt;br /&gt;</w:t>
        <w:br/>
        <w:t>Сниться рідне все!</w:t>
      </w:r>
    </w:p>
    <w:p>
      <w:r>
        <w:br/>
        <w:t>На добраніч! Сили за ніч&lt;br /&gt;</w:t>
        <w:br/>
        <w:t>Пошли, боже, нам!&lt;br /&gt;</w:t>
        <w:br/>
        <w:t>От-от стане розвидняться,&lt;br /&gt;</w:t>
        <w:br/>
        <w:t>Зжене з ліжка важка праця —&lt;br /&gt;</w:t>
        <w:br/>
        <w:t>Кінець любим снам!</w:t>
      </w:r>
    </w:p>
    <w:p>
      <w:r>
        <w:br/>
        <w:t>СПІВЦЕВЕ НАРІКАННЯ</w:t>
      </w:r>
    </w:p>
    <w:p>
      <w:r>
        <w:br/>
        <w:t>Не співається мені,&lt;br /&gt;</w:t>
        <w:br/>
        <w:t>Бо про що співати?&lt;br /&gt;</w:t>
        <w:br/>
        <w:t>Хто почує ті пісні,&lt;br /&gt;</w:t>
        <w:br/>
        <w:t>Як всі звикли спати?</w:t>
      </w:r>
    </w:p>
    <w:p>
      <w:r>
        <w:br/>
        <w:t>Сум, недоля — от і все,&lt;br /&gt;</w:t>
        <w:br/>
        <w:t>Мій коханий краю!&lt;br /&gt;</w:t>
        <w:br/>
        <w:t>Як співать мені про се,&lt;br /&gt;</w:t>
        <w:br/>
        <w:t>Так піду до гаю</w:t>
      </w:r>
    </w:p>
    <w:p>
      <w:r>
        <w:br/>
        <w:t>І повішу ліру там&lt;br /&gt;</w:t>
        <w:br/>
        <w:t>Або кину в полі —&lt;br /&gt;</w:t>
        <w:br/>
        <w:t>Буйним бавитись вітрам,&lt;br /&gt;</w:t>
        <w:br/>
        <w:t>Грати на роздоллі.</w:t>
      </w:r>
    </w:p>
    <w:p>
      <w:r>
        <w:br/>
        <w:t>Може, часом тим зросте&lt;br /&gt;</w:t>
        <w:br/>
        <w:t>Інше покоління,&lt;br /&gt;</w:t>
        <w:br/>
        <w:t>А з ним вкупі і святе&lt;br /&gt;</w:t>
        <w:br/>
        <w:t>Почуття боління.</w:t>
      </w:r>
    </w:p>
    <w:p>
      <w:r>
        <w:br/>
        <w:t>* * *&lt;br /&gt;</w:t>
        <w:br/>
        <w:t>Я не співець чудовної природи&lt;br /&gt;</w:t>
        <w:br/>
        <w:t>З холодною байдужістю її,&lt;br /&gt;</w:t>
        <w:br/>
        <w:t>З ума не йдуть знедолені народи,-&lt;br /&gt;</w:t>
        <w:br/>
        <w:t>Їм я віддав усі чуття мої.</w:t>
      </w:r>
    </w:p>
    <w:p>
      <w:r>
        <w:br/>
        <w:t>Серед ясних, золочених просторів&lt;br /&gt;</w:t>
        <w:br/>
        <w:t>Я бачу люд без житнього шматка...&lt;br /&gt;</w:t>
        <w:br/>
        <w:t>Блакить... пташки... з-під соловйових хорів&lt;br /&gt;</w:t>
        <w:br/>
        <w:t>Мов ніж, вража скрізь стогін мужика.</w:t>
      </w:r>
    </w:p>
    <w:p>
      <w:r>
        <w:br/>
        <w:t>Нехай кругом розумний лад та втіха,-&lt;br /&gt;</w:t>
        <w:br/>
        <w:t>Не здужа їх мій мозок осягти,&lt;br /&gt;</w:t>
        <w:br/>
        <w:t>Бо скільки кривд, бо скільки всюди лиха,&lt;br /&gt;</w:t>
        <w:br/>
        <w:t>Як хижий звір, братів гризуть брати.</w:t>
      </w:r>
    </w:p>
    <w:p>
      <w:r>
        <w:br/>
        <w:t>Нехай людці, що до вітхнення вдатні,&lt;br /&gt;</w:t>
        <w:br/>
        <w:t>Співають нам на всякі голоси&lt;br /&gt;</w:t>
        <w:br/>
        <w:t>Про райські сни й куточки благодатні,-&lt;br /&gt;</w:t>
        <w:br/>
        <w:t>Де плачуть, там немає вже краси!</w:t>
      </w:r>
    </w:p>
    <w:p>
      <w:r>
        <w:br/>
        <w:t>Нехай вони, кохаючись "на лоні",&lt;br /&gt;</w:t>
        <w:br/>
        <w:t>Мук забуття вишукують дарма,&lt;br /&gt;</w:t>
        <w:br/>
        <w:t>Їх не заспать: у серця відгомоні&lt;br /&gt;</w:t>
        <w:br/>
        <w:t>Озветься світ з турботами всіма!</w:t>
      </w:r>
    </w:p>
    <w:p>
      <w:r>
        <w:br/>
        <w:t>* * *&lt;br /&gt;</w:t>
        <w:br/>
        <w:t>Як побачу я квіти пахучі,&lt;br /&gt;</w:t>
        <w:br/>
        <w:t>Моє серденько враз защемить,&lt;br /&gt;</w:t>
        <w:br/>
        <w:t>З очей сльози поллються пекучі,&lt;br /&gt;</w:t>
        <w:br/>
        <w:t>Бо, побачивши квіти пахучі,&lt;br /&gt;</w:t>
        <w:br/>
        <w:t>Милий образ згадаю в ту ж мить.</w:t>
      </w:r>
    </w:p>
    <w:p>
      <w:r>
        <w:br/>
        <w:t>Як побачу я зіроньку ясну,&lt;br /&gt;</w:t>
        <w:br/>
        <w:t>То не видко других уже зір;&lt;br /&gt;</w:t>
        <w:br/>
        <w:t>Нарікаю на долю безщасну,&lt;br /&gt;</w:t>
        <w:br/>
        <w:t>Бо, побачивши зіроньку ясну,&lt;br /&gt;</w:t>
        <w:br/>
        <w:t>Я згадаю коханої зір.</w:t>
      </w:r>
    </w:p>
    <w:p>
      <w:r>
        <w:br/>
        <w:t>Як пташки стануть в ірій летіти&lt;br /&gt;</w:t>
        <w:br/>
        <w:t>Від морозів у нашім краю,&lt;br /&gt;</w:t>
        <w:br/>
        <w:t>Вся душа починає боліти,&lt;br /&gt;</w:t>
        <w:br/>
        <w:t>Бо я плачу, як стануть летіти,&lt;br /&gt;</w:t>
        <w:br/>
        <w:t>Спогадавши недолю свою.</w:t>
      </w:r>
    </w:p>
    <w:p>
      <w:r>
        <w:br/>
        <w:t>* * *&lt;br /&gt;</w:t>
        <w:br/>
        <w:t>Не зітхай, моя дівчино,&lt;br /&gt;</w:t>
        <w:br/>
        <w:t>Скорбних уст не замикай,&lt;br /&gt;</w:t>
        <w:br/>
        <w:t>Рук не складуй безнадійно,&lt;br /&gt;</w:t>
        <w:br/>
        <w:t>Від життя не утікай.</w:t>
      </w:r>
    </w:p>
    <w:p>
      <w:r>
        <w:br/>
        <w:t>Зеленіє скрізь травиця,&lt;br /&gt;</w:t>
        <w:br/>
        <w:t>Цвіт буяє по гіллях;&lt;br /&gt;</w:t>
        <w:br/>
        <w:t>Блисне день наш: чесні лиця&lt;br /&gt;</w:t>
        <w:br/>
        <w:t>Ще не всі обвіяв страх.</w:t>
      </w:r>
    </w:p>
    <w:p>
      <w:r>
        <w:br/>
        <w:t>В нашім гаї, в нашім полі&lt;br /&gt;</w:t>
        <w:br/>
        <w:t>Зацвітуть рясні квітки,&lt;br /&gt;</w:t>
        <w:br/>
        <w:t>І минеться сум недолі,&lt;br /&gt;</w:t>
        <w:br/>
        <w:t>Звеселішають думки.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