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Княжна Тараканова</w:t>
      </w:r>
    </w:p>
    <w:p>
      <w:r>
        <w:br/>
        <w:t xml:space="preserve"> КНЯЖНА ТАРАКАНОВА&lt;br /&gt;</w:t>
        <w:br/>
        <w:t>Мережки прогнили.&lt;br /&gt;</w:t>
        <w:br/>
        <w:t>Безумна, жоно, ти єси!&lt;br /&gt;</w:t>
        <w:br/>
        <w:t>Щурі на спідниці.&lt;br /&gt;</w:t>
        <w:br/>
        <w:t>І тінь голубої краси.&lt;br /&gt;</w:t>
        <w:br/>
        <w:t>В Росію!! В Росію!&lt;br /&gt;</w:t>
        <w:br/>
        <w:t>У часу кривавий розлом.&lt;br /&gt;</w:t>
        <w:br/>
        <w:t>Де гори високі.&lt;br /&gt;</w:t>
        <w:br/>
        <w:t>Та вищий цариці престол.&lt;br /&gt;</w:t>
        <w:br/>
        <w:t>Любові і слави&lt;br /&gt;</w:t>
        <w:br/>
        <w:t>безумне і дике дитя,&lt;br /&gt;</w:t>
        <w:br/>
        <w:t>Пощо тобі слава,&lt;br /&gt;</w:t>
        <w:br/>
        <w:t>коли забирають життя?&lt;br /&gt;</w:t>
        <w:br/>
        <w:t>Метелик на свічці&lt;br /&gt;</w:t>
        <w:br/>
        <w:t>веде золотий менует,&lt;br /&gt;</w:t>
        <w:br/>
        <w:t>Блищать аксельбанти&lt;br /&gt;</w:t>
        <w:br/>
        <w:t>у тіні розкішних карет ,&lt;br /&gt;</w:t>
        <w:br/>
        <w:t>Княжна-самозванка,&lt;br /&gt;</w:t>
        <w:br/>
        <w:t>удачі смішний волонтер,&lt;br /&gt;</w:t>
        <w:br/>
        <w:t>Пощо тобі вічність,&lt;br /&gt;</w:t>
        <w:br/>
        <w:t>коли забирають ТЕПЕР?&lt;br /&gt;</w:t>
        <w:br/>
        <w:t>Всі царства на світі,&lt;br /&gt;</w:t>
        <w:br/>
        <w:t>владичі корони – лиш тлін,&lt;br /&gt;</w:t>
        <w:br/>
        <w:t>І навіть, і навіть…&lt;br /&gt;</w:t>
        <w:br/>
        <w:t>Оцей кам"яний равелін.&lt;br /&gt;</w:t>
        <w:br/>
        <w:t>Де фалди і рюші?&lt;br /&gt;</w:t>
        <w:br/>
        <w:t>Кривава сльоза із повік.&lt;br /&gt;</w:t>
        <w:br/>
        <w:t>Кінчається мука,&lt;br /&gt;</w:t>
        <w:br/>
        <w:t>коли обривається вік.&lt;br /&gt;</w:t>
        <w:br/>
        <w:t>Душа авантюрна…&lt;br /&gt;</w:t>
        <w:br/>
        <w:t>Легкий повелительний перст.&lt;br /&gt;</w:t>
        <w:br/>
        <w:t>Що може кохання,&lt;br /&gt;</w:t>
        <w:br/>
        <w:t>коли піднімається хрест?&lt;br /&gt;</w:t>
        <w:br/>
        <w:t>Зникають всі звуки.&lt;br /&gt;</w:t>
        <w:br/>
        <w:t>Щурі і блощиці. Аго-о-в!&lt;br /&gt;</w:t>
        <w:br/>
        <w:t>Пощо тобі влада?&lt;br /&gt;</w:t>
        <w:br/>
        <w:t>Коли забирають любов.&lt;br /&gt;</w:t>
        <w:br/>
        <w:t>Роз"ярений кашель&lt;br /&gt;</w:t>
        <w:br/>
        <w:t>прорве казематний мішок.&lt;br /&gt;</w:t>
        <w:br/>
        <w:t>І падає тіла&lt;br /&gt;</w:t>
        <w:br/>
        <w:t>зітлілий, ротерзаний шовк.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Княжна Тараканова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