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 Лев Данилович</w:t>
      </w:r>
    </w:p>
    <w:p>
      <w:r>
        <w:br/>
        <w:t xml:space="preserve"> &lt;p&gt;По смерті короля Данила поділилися його сини батьковими землями. Князь Лев панував у Галичі, Дорогичині, Перемишлі й Мельнику; князь Шварно в Холмі, Белзі й Червені; князь Мстислав у Луцьку, Дубні та Стожку. Дядько їх — князь Василько, як і за життя короля Данила, так і тепер князював у Володимирі й Бересті. До князя Василька належали теж городи Любомль, Каменець на литовській границі, Кобринь, Рай, Кремянець і Всеволож.</w:t>
      </w:r>
    </w:p>
    <w:p>
      <w:r>
        <w:br/>
        <w:t>Князь Василько в роді Романовичів зайняв тепер місце короля Данила, став головою всіх Романовичів.</w:t>
      </w:r>
    </w:p>
    <w:p>
      <w:r>
        <w:br/>
        <w:t>Князь Лев по батьковій смерті перейшов був жити зі Львова до Галича. Та не сподобалося йому тут.</w:t>
      </w:r>
    </w:p>
    <w:p>
      <w:r>
        <w:br/>
        <w:t>Він говорив до дворецького:</w:t>
      </w:r>
    </w:p>
    <w:p>
      <w:r>
        <w:br/>
        <w:t>— Не любо мені жити в Галичі. Мій батько радніше жив у Холмі, як у Галичі, так і мені миліший Львів, як Галич.</w:t>
      </w:r>
    </w:p>
    <w:p>
      <w:r>
        <w:br/>
        <w:t>І князь Лев став приготовляти Львів, щоб був відповідний на столицю князя. Терем, що його побудував був на горі король Данило, поширив, прикрасив і сильніше укріпив. Під горою побудував собі другий, т. зв. літній терем. Довкола просторого майдану в середині города побудував будинки на крамниці. Для жінки побудував церкву латинського обряду, а при ній дім для пароха цієї церкви.</w:t>
      </w:r>
    </w:p>
    <w:p>
      <w:r>
        <w:br/>
        <w:t>На вістку, що князь Лев переносить столицю з Галича до Львова, стали туди зїздитися і тут поселюватися ремісники свої й чужі. З чужинців найбільше приїздили німці.</w:t>
      </w:r>
    </w:p>
    <w:p>
      <w:r>
        <w:br/>
        <w:t>Одного дня з'явилося в князя Льва дивне посольство.</w:t>
      </w:r>
    </w:p>
    <w:p>
      <w:r>
        <w:br/>
        <w:t>Були це люди з довгими чорними бородами, каблукуватими носами й темного кольору обличчям.</w:t>
      </w:r>
    </w:p>
    <w:p>
      <w:r>
        <w:br/>
        <w:t>Провідник цих людей говорив до князя Лева:</w:t>
      </w:r>
    </w:p>
    <w:p>
      <w:r>
        <w:br/>
        <w:t>— Славний і могутній княже! Ми, вірмени геть із-далека, з Азії. Нас там переслідують чужинці, за віру, хочуть нас вигубити. Отже приходимо до тебе, щоб ти дозволив нам у твоїх містах, головно тут у городі Львові, поселитися.</w:t>
      </w:r>
    </w:p>
    <w:p>
      <w:r>
        <w:br/>
        <w:t>Князь Лев спитав:</w:t>
      </w:r>
    </w:p>
    <w:p>
      <w:r>
        <w:br/>
        <w:t>— А ви якої віри і чим займаєтеся?</w:t>
      </w:r>
    </w:p>
    <w:p>
      <w:r>
        <w:br/>
        <w:t>— Ми християни, як і ви, тільки наш обряд трохи відмінний від вашого. З нами є й наші священики. Займаємося ж ми здебільша купецтвом.</w:t>
      </w:r>
    </w:p>
    <w:p>
      <w:r>
        <w:br/>
        <w:t>— Це добре, — сказав князь Лев, — що ви християни. Що ви іншого обряду, це ніщо! У мене тут у Львові й по інших городах є теж християни інших обрядів, найбільше ж латинників. Добре, я дозволяю вам тут поселитися.</w:t>
      </w:r>
    </w:p>
    <w:p>
      <w:r>
        <w:br/>
        <w:t>І велів печатникові Захарії Витановичеві списати грамоту про дозвіл поселятися вірменам по городах, правитися своїм правом, вільно будувати свої церкви і відбувати богослуження в своїм обряді.</w:t>
      </w:r>
    </w:p>
    <w:p>
      <w:r>
        <w:br/>
        <w:t>Князь Лев загосподарював свою державу і укріпляв городи. Будував церкви й манастирі, щоб духовенство й черці дбали про поглиблення християнської віри.</w:t>
      </w:r>
    </w:p>
    <w:p>
      <w:r>
        <w:br/>
        <w:t>І стала держава підійматися з руїни, завданої татарами. Татарські хани не йшли тепер за Дніпро, бо в них самих була колотнеча. А західні сусіди давали спокій князеві Львові, бо знали, що він у кожній хвилині може покликати татар собі на поміч.</w:t>
      </w:r>
    </w:p>
    <w:p>
      <w:r>
        <w:br/>
        <w:t>Було це з початком 1270 р. Князь Шварно важко занедужав і прислав до князя Льва посла з листом.</w:t>
      </w:r>
    </w:p>
    <w:p>
      <w:r>
        <w:br/>
        <w:t>— Приїдь, брате, — писав князь Шварно. — Я недужий, і то так важко, що ледве чи вже підведуся з постелі. Приїдь у Холм, я хочу тобі передати по моїй смерті Холм, Червень і Белз.</w:t>
      </w:r>
    </w:p>
    <w:p>
      <w:r>
        <w:br/>
        <w:t>І князь Лев поїхав. Застав ще князя Шварна живого.</w:t>
      </w:r>
    </w:p>
    <w:p>
      <w:r>
        <w:br/>
        <w:t>Князь Шварно передав йому свій заповіт, що вже був списаний, і по трьох днях переставився.</w:t>
      </w:r>
    </w:p>
    <w:p>
      <w:r>
        <w:br/>
        <w:t>У місяць по смерті князя Шварна переставився теж і князь Василько Романович. Князь Володимир Василькович розіслав гінців з сумною вісткою до всіх князів роду Романового й до задніпрянських князів.</w:t>
      </w:r>
    </w:p>
    <w:p>
      <w:r>
        <w:br/>
        <w:t>Похорон був величний, бо син Володимир не щадив коштів на батьків похорон. Тіло князя Василька положили в церкві Пресвятої Богородиці, в єпископії Володимирській.</w:t>
      </w:r>
    </w:p>
    <w:p>
      <w:r>
        <w:br/>
        <w:t>Тепер верховним князем над усіма Романовичами став князь Лев Данилович.</w:t>
      </w:r>
    </w:p>
    <w:p>
      <w:r>
        <w:br/>
        <w:t>Було це 17 грудня, на св. Даниїла пророка, в неділю. Князь Лев з княгинею Констанцією був у єпископській церкві, де правилося поминальне богослуження за його батька, короля Данила.</w:t>
      </w:r>
    </w:p>
    <w:p>
      <w:r>
        <w:br/>
        <w:t>Саме скінчилося богослуження. Князь Лев подався назад у свій терем на горі. Зима почалася скоро, і увесь Львів білів уже під снігом.</w:t>
      </w:r>
    </w:p>
    <w:p>
      <w:r>
        <w:br/>
        <w:t>Гарно різьблені залубні мчали швидко вулицями Львова.</w:t>
      </w:r>
    </w:p>
    <w:p>
      <w:r>
        <w:br/>
        <w:t>— Як гарно тепер, як у казковій країні! — сказала княгиня Констанція.</w:t>
      </w:r>
    </w:p>
    <w:p>
      <w:r>
        <w:br/>
        <w:t>— У вас на Угорщині немає таких гострих зим, як у нас. — сказав князь Лев.</w:t>
      </w:r>
    </w:p>
    <w:p>
      <w:r>
        <w:br/>
        <w:t>— Це правда, у нас тепліше, і гарна наша країна, але й тут гарно. Я вже звикла до галицького підсоння.</w:t>
      </w:r>
    </w:p>
    <w:p>
      <w:r>
        <w:br/>
        <w:t>Серед такої розмови заїхали на замкову гору перед терем.</w:t>
      </w:r>
    </w:p>
    <w:p>
      <w:r>
        <w:br/>
        <w:t>Тут зараз приступив до князя Льва дворецький Василько Семкович і сказав князеві:</w:t>
      </w:r>
    </w:p>
    <w:p>
      <w:r>
        <w:br/>
        <w:t>— Пригнав гінець із Кракова, каже — з важною вісткою.</w:t>
      </w:r>
    </w:p>
    <w:p>
      <w:r>
        <w:br/>
        <w:t>Князь Лев спитав:</w:t>
      </w:r>
    </w:p>
    <w:p>
      <w:r>
        <w:br/>
        <w:t>— А де ж він?</w:t>
      </w:r>
    </w:p>
    <w:p>
      <w:r>
        <w:br/>
        <w:t>— Жде в гридницї.</w:t>
      </w:r>
    </w:p>
    <w:p>
      <w:r>
        <w:br/>
        <w:t>— Хай зараз явиться в мене.</w:t>
      </w:r>
    </w:p>
    <w:p>
      <w:r>
        <w:br/>
        <w:t>— Ти від кого? — спитав князь Лев, тільки побачив його.</w:t>
      </w:r>
    </w:p>
    <w:p>
      <w:r>
        <w:br/>
        <w:t>— Від Мартина Бохенського, княжого стольника, — відповів отрок, кланяючись князеві, і зараз подав йому листа і сказав ще: — Князь Болеслав помер.</w:t>
      </w:r>
    </w:p>
    <w:p>
      <w:r>
        <w:br/>
        <w:t>— Іди спочинь, а я тимчасом прочитаю, що пише пан Мартин.</w:t>
      </w:r>
    </w:p>
    <w:p>
      <w:r>
        <w:br/>
        <w:t>А пан Мартин писав:</w:t>
      </w:r>
    </w:p>
    <w:p>
      <w:r>
        <w:br/>
        <w:t>— Ласкавий і мудрий княже! Доношу Тобі, що князь Болеслав помер, і як знаєш, безпотомно. Треба Тобі якнайскоріше здобути краківський престіл, що Тобі його покійний князь Болеслав обіцяв. Нас тут більше, Твоїх прихильників, і ми всі будемо старатися з'єднати Тобі краківських панів. Спішися, ласкавий княже, бо поспіх тут рішає. Це пишу я, Твій вірний і щирий прихильник, і кланяюся Тобі низько.</w:t>
      </w:r>
    </w:p>
    <w:p>
      <w:r>
        <w:br/>
        <w:t>Князь Лев прочитав листа і сховав його між важні грамоти, і негайно післав гінця до князя Юрія.</w:t>
      </w:r>
    </w:p>
    <w:p>
      <w:r>
        <w:br/>
        <w:t>— Приїжджай, сину, з дружиною великою, рушаю на Краків! Болеслав помер! — писав йому.</w:t>
      </w:r>
    </w:p>
    <w:p>
      <w:r>
        <w:br/>
        <w:t>Князь Юрій прибув незабаром у Львів до батька із своєю дружиною.</w:t>
      </w:r>
    </w:p>
    <w:p>
      <w:r>
        <w:br/>
        <w:t>Рушили в похід.</w:t>
      </w:r>
    </w:p>
    <w:p>
      <w:r>
        <w:br/>
        <w:t>Коли військо перейшло в межі Краківського князівства, князь Лев, отаборившись, післав гінця до Мартина Бохенського в Краків, щоб цей подав відомість, як стоїть справа.</w:t>
      </w:r>
    </w:p>
    <w:p>
      <w:r>
        <w:br/>
        <w:t>До тижня дістав князь Лев відповідь:</w:t>
      </w:r>
    </w:p>
    <w:p>
      <w:r>
        <w:br/>
        <w:t>— Не можна вже нічого зробити! — переказував пан Мартин. — Більшість панів заявилася проти Тебе, милостивий княже!</w:t>
      </w:r>
    </w:p>
    <w:p>
      <w:r>
        <w:br/>
        <w:t>Князь Лев став радитися з сином, що йому діяти. Князь Юрій радив вертатися.</w:t>
      </w:r>
    </w:p>
    <w:p>
      <w:r>
        <w:br/>
        <w:t>— І я так думаю! — сказав укінці князь Лев. — Одначе за страту зажадаю окраїнних городів і, силою їх добуду, як не дадуть.</w:t>
      </w:r>
    </w:p>
    <w:p>
      <w:r>
        <w:br/>
        <w:t>І князь Лев рушив на Краків. Але похід не вдався. Ні з чим мусів вернутись у свою землю.</w:t>
      </w:r>
    </w:p>
    <w:p>
      <w:r>
        <w:br/>
        <w:t>Тепер князь Лешко, вибраний краківським князем, пішов із помсти на Галицьке князівство, здобув город Переворськ, побив у ньому всіх людей, забрав багато добичі, а город підпалив, і вернувся назад.</w:t>
      </w:r>
    </w:p>
    <w:p>
      <w:r>
        <w:br/>
        <w:t>Польські князі Болеслав, князь Плоцький, і Конрад, князь Черський, посварилися тимчасом і виповіли один одному війну. Болеслав попрохав помочі у Лешка, князя краківського, і його брата Володислава Локетка, князя Сєрадського, а Конрад звернувся за підмогою до князя Володимира Васильковича, двоюрідного брата князя Льва.</w:t>
      </w:r>
    </w:p>
    <w:p>
      <w:r>
        <w:br/>
        <w:t>І зараз став князь Володимир готуватися до походу. Негайно післав теж до свого небожа, князя Юрія Львовича, щоб і він дав поміч. І вислав усе військо під проводом досвідчених воєводів.</w:t>
      </w:r>
    </w:p>
    <w:p>
      <w:r>
        <w:br/>
        <w:t>Ще перед походом вислав він був посла до князя Конрада, що заявив:</w:t>
      </w:r>
    </w:p>
    <w:p>
      <w:r>
        <w:br/>
        <w:t>— Так тобі каже брат Володимир: Я радо поміг би тобі помститись за зневагу, однак не можу, бо нас тривожать татари.</w:t>
      </w:r>
    </w:p>
    <w:p>
      <w:r>
        <w:br/>
        <w:t>Сказавши це, посол стиснув князеві руку. Він дав цим знак, що не хоче говорити до нього при всіх боярах. Князь Конрад зрозумів його і вийшов із ним.</w:t>
      </w:r>
    </w:p>
    <w:p>
      <w:r>
        <w:br/>
        <w:t>Тепер посол сказав:</w:t>
      </w:r>
    </w:p>
    <w:p>
      <w:r>
        <w:br/>
        <w:t>— Мій князь і я знаємо, що між твоїми боярами є невірні тобі, тому так сказав я при всіх. А тут тобі ось що переказує князь Володимир: "Готуйся сам і човни приготовляй до плавби на Вислі, а військо буде в тебе завтра".</w:t>
      </w:r>
    </w:p>
    <w:p>
      <w:r>
        <w:br/>
        <w:t>Конрад зрадів і велів готувати човни і сам став готуватися в похід. Як прийшли українські полки, перевезлися через Вислу і рушили у дальший похід. Князь Конрад минув Сохачів і повів усе військо до города Гостинного. Город узяли приступом. Узяли багато полонених і різних припасів.</w:t>
      </w:r>
    </w:p>
    <w:p>
      <w:r>
        <w:br/>
        <w:t>Князь Конрад задоволився цим. Казав:</w:t>
      </w:r>
    </w:p>
    <w:p>
      <w:r>
        <w:br/>
        <w:t>— Буде з мене. Болеслав дуже любить цей город, то це його дуже заболить.</w:t>
      </w:r>
    </w:p>
    <w:p>
      <w:r>
        <w:br/>
        <w:t>Українське військо вернулося ціле й здорове, бо згинули тільки два дружинники: один прусак родом, а другий боярський син, Рох Михалевич.</w:t>
      </w:r>
    </w:p>
    <w:p>
      <w:r>
        <w:br/>
        <w:t>Князь Володимир дуже радів, що і військо ціле, і Конрадові поміг змити зневагу.</w:t>
      </w:r>
    </w:p>
    <w:p>
      <w:r>
        <w:br/>
        <w:t>Зібравши по смерті князя Шварна під своєю рукою всі землі Галицького князівства, став князь Лев заходитися невсипуще коло того, щоб скріпити свою державу, відбудувати зруйновані городи й села.</w:t>
      </w:r>
    </w:p>
    <w:p>
      <w:r>
        <w:br/>
        <w:t>— Найважніше, — говорив він, — щоб хлібороб міг спокійно й безпечно орати поле, а в городах, щоб розвивалися промисел і торгівля.</w:t>
      </w:r>
    </w:p>
    <w:p>
      <w:r>
        <w:br/>
        <w:t>Так і робив. Хлібороб міг спокійно тепер орати поле і збирати жниво, а городи залюднювалися ремісниками й купцями.</w:t>
      </w:r>
    </w:p>
    <w:p>
      <w:r>
        <w:br/>
        <w:t>Найбільше ж дбав князь Лев про свій улюблений Львів.</w:t>
      </w:r>
    </w:p>
    <w:p>
      <w:r>
        <w:br/>
        <w:t>Побудував тут просторі, доми на крамниці і ремісницькі варстати, що їх за оплатою винаймав і своїм і чужим, купцям і ремісникам.</w:t>
      </w:r>
    </w:p>
    <w:p>
      <w:r>
        <w:br/>
        <w:t>І забудбвувався Львів щораз більше, щораз краще.</w:t>
      </w:r>
    </w:p>
    <w:p>
      <w:r>
        <w:br/>
        <w:t>Також дбав князь Лев дуже про своїх дружинників.</w:t>
      </w:r>
    </w:p>
    <w:p>
      <w:r>
        <w:br/>
        <w:t>А вже найбільше заходився князь Лев коло будови церков і манастирів. Для манастирів і церков не щадив він дарів — обдаровував щедро землями й грішми.</w:t>
      </w:r>
    </w:p>
    <w:p>
      <w:r>
        <w:br/>
        <w:t>Ішли роки за роками, прийшла старість. Князь Лев не почувався вже в силах правити державою. Одного дня покликав він до себе дворецького Юрка Дмитровича і сказав йому:</w:t>
      </w:r>
    </w:p>
    <w:p>
      <w:r>
        <w:br/>
        <w:t>— Пішли гінця до мого сина, князя Юрія, нехай приїздить якнайскоріше, маю йому важне сказати.</w:t>
      </w:r>
    </w:p>
    <w:p>
      <w:r>
        <w:br/>
        <w:t>І князь Юрій приїхав у Львів.</w:t>
      </w:r>
    </w:p>
    <w:p>
      <w:r>
        <w:br/>
        <w:t>Коли князь привітався з батьком, цей сказав йому:</w:t>
      </w:r>
    </w:p>
    <w:p>
      <w:r>
        <w:br/>
        <w:t>— Тепер спочинь з дороги і покріпися, а ввечорі поговоримо про дуже важні справи. І ввечорі говорив синові:</w:t>
      </w:r>
    </w:p>
    <w:p>
      <w:r>
        <w:br/>
        <w:t>— Сину, ти вже старший, уже за рік буде тобі сорок років. Ти в силі віку, а я старіюся, немощію. Почуваю вже, що не моя сила правити державою. Не легке було моє життя, не одно, що хотів я осягнути, не осягнув, не один промах зробив я, не один гріх маю на душі — тепер пора мені відпокутувати мої гріхи. Я, сину, вирішив іти в манастир, а владу в державі передаю тобі. Знаю, що ти добрий і розумний володар, бо бачу, як правиш у себе. Тому спокійно передаю владу в твої руки, певний того, що ти не вменшиш того, що я придбав, а ще прибільшиш. Князюй, хай тобі Бог допомагає!</w:t>
      </w:r>
    </w:p>
    <w:p>
      <w:r>
        <w:br/>
        <w:t>Зворушений син сказав:</w:t>
      </w:r>
    </w:p>
    <w:p>
      <w:r>
        <w:br/>
        <w:t>— Тату, коли така ваша воля, я буду правити всією Галицькою державою, але разом із вами. Навіщо вам іти в манастир? Я потребуватиму вашої поради.</w:t>
      </w:r>
    </w:p>
    <w:p>
      <w:r>
        <w:br/>
        <w:t>Ні, сину, — відповів твердо князь Лев, — я рішився, й не відкличу того, що сказав. Я їду в Спаський манастир у Лаврові. Там проведу в тиші, в спокою, далеко від гамору світу, свої останні роки. Сину! — сказав ще наприкінці — роблю це також і для того, щоб за життя мого ти закріпив за собою князювання, і щоб ніхто з сусідів не пробував відбирати тобі владу. Я не маю вже що тут робити. Жінка моя вже на тому світі, я самотній, для мене лишається тільки манастир.</w:t>
      </w:r>
    </w:p>
    <w:p>
      <w:r>
        <w:br/>
        <w:t>Князь Юрій припав до батькових рук, цілував їх і обливав їх слізьми вдячности.</w:t>
      </w:r>
    </w:p>
    <w:p>
      <w:r>
        <w:br/>
        <w:t>Через тиждень князь Лев переїхав у Спаський Манастир у Лаврові, щоб там на молитвах і каятті докінчити своє життя.</w:t>
      </w:r>
    </w:p>
    <w:p>
      <w:r>
        <w:br/>
        <w:t>— Буду молитися Всевишньому, — сказав при прощанні синові, — щоб мав в опіці тебе й державу твою.</w:t>
      </w:r>
    </w:p>
    <w:p>
      <w:r>
        <w:br/>
        <w:t>Три роки прожив ще князь Лев у манастирі на молитвах тихим чернечим життям, і в р. 1301 помер там. Вмираючи, просив, щоб його поховали таки в манастирі.</w:t>
      </w:r>
    </w:p>
    <w:p>
      <w:r>
        <w:br/>
        <w:t>Коли князь Юрій прибув на похорон і сказав, що хоче перенести батькове тіло до Львова, відповів йому ігумен:</w:t>
      </w:r>
    </w:p>
    <w:p>
      <w:r>
        <w:br/>
        <w:t>— Це було б проти волі батька твого, княже! Його останнє бажання було, щоб тіло його спочивало тут у манастирі, де він найшов душевний спокій і ласку Божу.</w:t>
      </w:r>
    </w:p>
    <w:p>
      <w:r>
        <w:br/>
        <w:t>— Коли так, — сказав князь Юрій, — хай буде до волі батька мого.</w:t>
      </w:r>
    </w:p>
    <w:p>
      <w:r>
        <w:br/>
        <w:t>І похоронили князя Льва в манастирській церкві в тисовій домовині, окутій сріблом, і написали на ній імя князя.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 Лев Данилович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