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Клумачний словник</w:t>
      </w:r>
    </w:p>
    <w:p>
      <w:r>
        <w:br/>
        <w:t xml:space="preserve"> Тарасик набігавсь,&lt;br /&gt;</w:t>
        <w:br/>
        <w:t>примчав із двора.&lt;br /&gt;</w:t>
        <w:br/>
        <w:t>Уже й за уроки&lt;br /&gt;</w:t>
        <w:br/>
        <w:t>сідати пора.</w:t>
      </w:r>
    </w:p>
    <w:p>
      <w:r>
        <w:br/>
        <w:t>Ось віршика вивчив,&lt;br /&gt;</w:t>
        <w:br/>
        <w:t>задачі зробив.&lt;br /&gt;</w:t>
        <w:br/>
        <w:t>В щоденник заглянув&lt;br /&gt;</w:t>
        <w:br/>
        <w:t>тривогу забив.</w:t>
      </w:r>
    </w:p>
    <w:p>
      <w:r>
        <w:br/>
        <w:t>Гласить неодмінний&lt;br /&gt;</w:t>
        <w:br/>
        <w:t>шкільний записник:&lt;br /&gt;</w:t>
        <w:br/>
        <w:t>"Принести до школи&lt;br /&gt;</w:t>
        <w:br/>
        <w:t>клумачний словник".</w:t>
      </w:r>
    </w:p>
    <w:p>
      <w:r>
        <w:br/>
        <w:t>Завдання у класі&lt;br /&gt;</w:t>
        <w:br/>
        <w:t>він сам записав.&lt;br /&gt;</w:t>
        <w:br/>
        <w:t>А що за словник то —&lt;br /&gt;</w:t>
        <w:br/>
        <w:t>і досі не взнав.</w:t>
      </w:r>
    </w:p>
    <w:p>
      <w:r>
        <w:br/>
        <w:t>Прибіг до бабусі,&lt;br /&gt;</w:t>
        <w:br/>
        <w:t>що прала рушник:&lt;br /&gt;</w:t>
        <w:br/>
        <w:t>— А що таке, — каже,&lt;br /&gt;</w:t>
        <w:br/>
        <w:t>клумачний словник?</w:t>
      </w:r>
    </w:p>
    <w:p>
      <w:r>
        <w:br/>
        <w:t>— Клумачний? — бабуся&lt;br /&gt;</w:t>
        <w:br/>
        <w:t>на те хлопчаку. —&lt;br /&gt;</w:t>
        <w:br/>
        <w:t>Та, мабуть, що носять&lt;br /&gt;</w:t>
        <w:br/>
        <w:t>його в клумаку!</w:t>
      </w:r>
    </w:p>
    <w:p>
      <w:r>
        <w:br/>
        <w:t>Сестричка сміється,&lt;br /&gt;</w:t>
        <w:br/>
        <w:t>швидка на язик:&lt;br /&gt;</w:t>
        <w:br/>
        <w:t>— Сам, — каже, — доклумай,&lt;br /&gt;</w:t>
        <w:br/>
        <w:t>який це словник!</w:t>
      </w:r>
    </w:p>
    <w:p>
      <w:r>
        <w:br/>
        <w:t>Та це вам не шахи,&lt;br /&gt;</w:t>
        <w:br/>
        <w:t>це вам не лото:&lt;br /&gt;</w:t>
        <w:br/>
        <w:t>кого не спитає —&lt;br /&gt;</w:t>
        <w:br/>
        <w:t>не знає ніхто.</w:t>
      </w:r>
    </w:p>
    <w:p>
      <w:r>
        <w:br/>
        <w:t>Спитав у сусіда —&lt;br /&gt;</w:t>
        <w:br/>
        <w:t>вже дещо нове:&lt;br /&gt;</w:t>
        <w:br/>
        <w:t>— В нас, — каже, — в будинку&lt;br /&gt;</w:t>
        <w:br/>
        <w:t>письменник живе.</w:t>
      </w:r>
    </w:p>
    <w:p>
      <w:r>
        <w:br/>
        <w:t>По радіо мову&lt;br /&gt;</w:t>
        <w:br/>
        <w:t>веде про слова.&lt;br /&gt;</w:t>
        <w:br/>
        <w:t>Слова — це перлини,&lt;br /&gt;</w:t>
        <w:br/>
        <w:t>це дивні дива!</w:t>
      </w:r>
    </w:p>
    <w:p>
      <w:r>
        <w:br/>
        <w:t>Піди ти до нього —&lt;br /&gt;</w:t>
        <w:br/>
        <w:t>у нього книжки.&lt;br /&gt;</w:t>
        <w:br/>
        <w:t>Він знає й розкаже&lt;br /&gt;</w:t>
        <w:br/>
        <w:t>про всі словники.</w:t>
      </w:r>
    </w:p>
    <w:p>
      <w:r>
        <w:br/>
        <w:t>Ну що ж, як розради&lt;br /&gt;</w:t>
        <w:br/>
        <w:t>немає ніде,&lt;br /&gt;</w:t>
        <w:br/>
        <w:t>в квартиру поета&lt;br /&gt;</w:t>
        <w:br/>
        <w:t>Тарасик іде.</w:t>
      </w:r>
    </w:p>
    <w:p>
      <w:r>
        <w:br/>
        <w:t>Ось дзвонить, заходить:&lt;br /&gt;</w:t>
        <w:br/>
        <w:t>— Будь ласка, — гука, —&lt;br /&gt;</w:t>
        <w:br/>
        <w:t>клумачного дайте&lt;br /&gt;</w:t>
        <w:br/>
        <w:t>мені словника!</w:t>
      </w:r>
    </w:p>
    <w:p>
      <w:r>
        <w:br/>
        <w:t>Поет усміхнувся:&lt;br /&gt;</w:t>
        <w:br/>
        <w:t>— Ти просиш дарма:&lt;br /&gt;</w:t>
        <w:br/>
        <w:t>клумачного, — каже,&lt;br /&gt;</w:t>
        <w:br/>
        <w:t>в природі нема.</w:t>
      </w:r>
    </w:p>
    <w:p>
      <w:r>
        <w:br/>
        <w:t>Клумачний... То, мабуть,&lt;br /&gt;</w:t>
        <w:br/>
        <w:t>почулось... Пробач,&lt;br /&gt;</w:t>
        <w:br/>
        <w:t>бо той, хто тлумачить,&lt;br /&gt;</w:t>
        <w:br/>
        <w:t>той зветься — тлумач.</w:t>
      </w:r>
    </w:p>
    <w:p>
      <w:r>
        <w:br/>
        <w:t>Буває, що слово&lt;br /&gt;</w:t>
        <w:br/>
        <w:t>відоме давно,&lt;br /&gt;</w:t>
        <w:br/>
        <w:t>а знає не кожен,&lt;br /&gt;</w:t>
        <w:br/>
        <w:t>що значить воно.</w:t>
      </w:r>
    </w:p>
    <w:p>
      <w:r>
        <w:br/>
        <w:t>І тут у пригоді&lt;br /&gt;</w:t>
        <w:br/>
        <w:t>стає визначник&lt;br /&gt;</w:t>
        <w:br/>
        <w:t>скарбів наших мовних —&lt;br /&gt;</w:t>
        <w:br/>
        <w:t>тлумачний словник.</w:t>
      </w:r>
    </w:p>
    <w:p>
      <w:r>
        <w:br/>
        <w:t>Тарасику, світла&lt;br /&gt;</w:t>
        <w:br/>
        <w:t>твоя голова,&lt;br /&gt;</w:t>
        <w:br/>
        <w:t>Ану, зустрічав ти,&lt;br /&gt;</w:t>
        <w:br/>
        <w:t>наприклад, слова:</w:t>
      </w:r>
    </w:p>
    <w:p>
      <w:r>
        <w:br/>
        <w:t>красуля, красоля?&lt;br /&gt;</w:t>
        <w:br/>
        <w:t>Словник розгорни —&lt;br /&gt;</w:t>
        <w:br/>
        <w:t>і зразу побачиш,&lt;br /&gt;</w:t>
        <w:br/>
        <w:t>що значать вони:</w:t>
      </w:r>
    </w:p>
    <w:p>
      <w:r>
        <w:br/>
        <w:t>красуля —красуня,&lt;br /&gt;</w:t>
        <w:br/>
        <w:t>красоля — цвіток.&lt;br /&gt;</w:t>
        <w:br/>
        <w:t>І тут же: краснуха —&lt;br /&gt;</w:t>
        <w:br/>
        <w:t>хвороба діток.</w:t>
      </w:r>
    </w:p>
    <w:p>
      <w:r>
        <w:br/>
        <w:t>Оце ж і тлумачний&lt;br /&gt;</w:t>
        <w:br/>
        <w:t>словник! Зрозумів?&lt;br /&gt;</w:t>
        <w:br/>
        <w:t>А є словники ще —&lt;br /&gt;</w:t>
        <w:br/>
        <w:t>походження слів.</w:t>
      </w:r>
    </w:p>
    <w:p>
      <w:r>
        <w:br/>
        <w:t>Любити життя —&lt;br /&gt;</w:t>
        <w:br/>
        <w:t>звідси йде життєлюб.&lt;br /&gt;</w:t>
        <w:br/>
        <w:t>А шлюб — від слюбитися&lt;br /&gt;</w:t>
        <w:br/>
        <w:t>слюб — отже й шлюб!</w:t>
      </w:r>
    </w:p>
    <w:p>
      <w:r>
        <w:br/>
        <w:t>Вивчатимеш мову:&lt;br /&gt;</w:t>
        <w:br/>
        <w:t>слова — в голові,&lt;br /&gt;</w:t>
        <w:br/>
        <w:t>любов до них — в серці,&lt;br /&gt;</w:t>
        <w:br/>
        <w:t>в самому єстві.</w:t>
      </w:r>
    </w:p>
    <w:p>
      <w:r>
        <w:br/>
        <w:t>— Слова в голові? —&lt;br /&gt;</w:t>
        <w:br/>
        <w:t>розсміявся хлопчак. —&lt;br /&gt;</w:t>
        <w:br/>
        <w:t>То, значить, для слів&lt;br /&gt;</w:t>
        <w:br/>
        <w:t>не потрібний клумак!</w:t>
      </w:r>
    </w:p>
    <w:p>
      <w:r>
        <w:br/>
        <w:t>Радіє письменник&lt;br /&gt;</w:t>
        <w:br/>
        <w:t>з тямкого дружка:&lt;br /&gt;</w:t>
        <w:br/>
        <w:t>— Як любиш, наука&lt;br /&gt;</w:t>
        <w:br/>
        <w:t>тобі не важка.</w:t>
      </w:r>
    </w:p>
    <w:p>
      <w:r>
        <w:br/>
        <w:t>Ціннюща в людини&lt;br /&gt;</w:t>
        <w:br/>
        <w:t>до знань ненасить.&lt;br /&gt;</w:t>
        <w:br/>
        <w:t>І їх за плечима,&lt;br /&gt;</w:t>
        <w:br/>
        <w:t>тих знань, не носить.</w:t>
      </w:r>
    </w:p>
    <w:p>
      <w:r>
        <w:br/>
        <w:t>— Спасибі! — Тарасик&lt;br /&gt;</w:t>
        <w:br/>
        <w:t>додому побіг.&lt;br /&gt;</w:t>
        <w:br/>
        <w:t>І ледве, зраділий,&lt;br /&gt;</w:t>
        <w:br/>
        <w:t>ступив за поріг:</w:t>
      </w:r>
    </w:p>
    <w:p>
      <w:r>
        <w:br/>
        <w:t>— Доклумав! — гукає&lt;br /&gt;</w:t>
        <w:br/>
        <w:t>сестричці своїй.&lt;br /&gt;</w:t>
        <w:br/>
        <w:t>А потім біжить&lt;br /&gt;</w:t>
        <w:br/>
        <w:t>до бабусі мерщій.</w:t>
      </w:r>
    </w:p>
    <w:p>
      <w:r>
        <w:br/>
        <w:t>Примчавши на кухню,&lt;br /&gt;</w:t>
        <w:br/>
        <w:t>червоний, як мак:&lt;br /&gt;</w:t>
        <w:br/>
        <w:t>— Бабусю, — кричить, —&lt;br /&gt;</w:t>
        <w:br/>
        <w:t>не підходить клумак!</w:t>
      </w:r>
    </w:p>
    <w:p>
      <w:r>
        <w:br/>
        <w:t>Ціннюща в людини&lt;br /&gt;</w:t>
        <w:br/>
        <w:t>до знань ненасить.&lt;br /&gt;</w:t>
        <w:br/>
        <w:t>І знань за плечима, —&lt;br /&gt;</w:t>
        <w:br/>
        <w:t>гука, — не носить!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Клумачний словник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