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Климко</w:t>
      </w:r>
    </w:p>
    <w:p>
      <w:r>
        <w:br/>
        <w:t xml:space="preserve"> &lt;p&gt;РОЗДІЛ І</w:t>
      </w:r>
    </w:p>
    <w:p>
      <w:r>
        <w:br/>
        <w:t>Климко прокинувся від холодної роси, що впала йому на босі ноги (видно, кидався уві сні), і побачив над собою скам'яніло-бузкове небо, яким воно буває лише восени на сході сонця, — без жайворіння, без легких з позолотою хмарок по обрію, без усміхненої радості пробудження. Климко підібгав ноги під поли діжурчини, щоб зогрілися, й онімілою тремтячою рукою дужче роз горнув солому напроти очей. Він спав під скиртою.</w:t>
      </w:r>
    </w:p>
    <w:p>
      <w:r>
        <w:br/>
        <w:t>Сонце, мабуть, тільки що зійшло, бо від скирти через тік і ще далі на стернях лежала довга тінь у сизій росі, солодко пахло втоптаним у землю набубнявілим житом, що вже вкинулося у ключечки, та сухими мишачи ми гніздами. Звечора миші лоскотали Климка, гасаючи йому по руках і ногах, пищали раденько, що є їм розвага, і Климко проганяв їх усяк: сукав ногами, кишкав на них сердито — аж доки й заснув.</w:t>
      </w:r>
    </w:p>
    <w:p>
      <w:r>
        <w:br/>
        <w:t>Уночі йому снилася велика зграя жовтих воронів із жовтими горобцями впереміш. А то була не зграя і не химера опівнічна — то був вихор з великого кленового та дрібного вишневого листя, що знявся над висілком, коли Климко вийшов у степ за станцію і востаннє оглянувся назад. Та листяна зграя стовпом стала у під небесся, вище й вище, а там здрібніла, розсипалася і зникла геть з очей.</w:t>
      </w:r>
    </w:p>
    <w:p>
      <w:r>
        <w:br/>
        <w:t>Де те листя потім сіло? Чи, може, воно ще й досі кружляє?..</w:t>
      </w:r>
    </w:p>
    <w:p>
      <w:r>
        <w:br/>
        <w:t>Климко звівся на лікоть, щоб краще була видно шлях, яким йому йти далі, і його затрусило так, що аж зуби за цокотіли від терпкого застояного холоду в усьому тілі.</w:t>
      </w:r>
    </w:p>
    <w:p>
      <w:r>
        <w:br/>
        <w:t>"Нічого, — подумав. — Пробіжуся з гори — зогріюся".</w:t>
      </w:r>
    </w:p>
    <w:p>
      <w:r>
        <w:br/>
        <w:t>У степу було тихо: Блищали од сонця стерні і ковила понад шляхом, сріблилася важка, обвішана разочками роси павутина. Вдалині, між телеграфними стовпами й некрутими пагорбами, мріли рожеві, мов спалахи багать, крейдяні гори. Десь там, біля тих гір, чув од людей Климко, було велике місто Слов'янськ, а поміж горами, просто на землі, лежала брилами сіль, — бери скільки здужаєш. Іще чув Климко, що за склянку солі можна виміняти всякого добра: мисочку чи й дві кукурудзи, відерце картоплі чи й хліба справжнього.</w:t>
      </w:r>
    </w:p>
    <w:p>
      <w:r>
        <w:br/>
        <w:t>Климко йшов босий, у куцих штанчатах, старій матросці, що була колись голубою, а тепер стала сіра, та ще в дядьковій Кириловій діжурці. Тій діжурці, як казав дядько, було "сто літ", і не рвалася вона лише тому, що зашкарубла від давньої мазути. Не брали її ні дощі, ні сніг, ані сонце. Пахла діжурка паровозом. Уночі вона нахолоняла, а вдень аж димувала на сонці, пахла ще дужче і пекла плечі та спину.</w:t>
      </w:r>
    </w:p>
    <w:p>
      <w:r>
        <w:br/>
        <w:t>Климко жив удвох з дядьком Кирилом, відколи осиротів. Жили вони в залізничному бараці при самісіньких коліях. І коли мимо гуркотів важкий ешелон, барак теж ніби зривався з місця: двигтіли стіни, дрижала підлога, бряжчали шиби у вікнах, а барак мчав і мчав. Потім, коли ешелон даленів, гуркочучи тихіше й тихіше, барак знову зупинявся і стояв, як і раніш, і під вікнами в нього знову цвірінчали горобці.</w:t>
      </w:r>
    </w:p>
    <w:p>
      <w:r>
        <w:br/>
        <w:t>Дядько Кирило був машиністом великого паровоза ФД і ходив на роботу коли як: то вранці, то вдень, то посеред ночі, коли Климко вже спав. Повертався він завжди несподівано — з залізною скринькою в руці, зморений очима і усміхнений до Климка.</w:t>
      </w:r>
    </w:p>
    <w:p>
      <w:r>
        <w:br/>
        <w:t>— Як тут мій помошничок? Не боявся сам уночі? — питався, бувало, знімаючи шкіряного картуза з білими молоточками, від якого на лобі лишався червоний тугий пружок, що ніколи не встигав зійти до чергової зміни.</w:t>
      </w:r>
    </w:p>
    <w:p>
      <w:r>
        <w:br/>
        <w:t>Потім дядько вмивався над великою мідною мискою, довго з хрускотом у пальцях тручи руку об руку, хоч і сам він, і Климко знали, що руки все одно не одмиються.</w:t>
      </w:r>
    </w:p>
    <w:p>
      <w:r>
        <w:br/>
        <w:t>— Ось побільшаєш, Климе, і гайда до нас на паровоз, — казав дядько. — Вивчимо тебе на помічника машиніста і заживемо: разом на роботу, разом з роботи... А так не бачу, коли ти в мене й ростеш.</w:t>
      </w:r>
    </w:p>
    <w:p>
      <w:r>
        <w:br/>
        <w:t>Умившись, дядько надівав чисту сорочку і сідав до столу.</w:t>
      </w:r>
    </w:p>
    <w:p>
      <w:r>
        <w:br/>
        <w:t>— А давай лишень свої граматки, подивимося, що там у тебе з науками. Це була найбільша радість Климкова — покласти перед дядьком чепурно списані зошити, а самому заходитись поратися: винести миску з дьогтяною водою, витерти підлогу, де набризкано, і тихо, покрадьки, щоб дядько не обернувся, насипати йому юшки, якої сам і наварив, — гарячої та запашної. Про зошити він ніколи не боявся, бо тільки з письма інколи мав "посередньо".</w:t>
      </w:r>
    </w:p>
    <w:p>
      <w:r>
        <w:br/>
        <w:t>— О! — дивувався дядько, розгинаючись над столом. — А це що? Треба було написати "холодно", а в тебе "хохолодно"...</w:t>
      </w:r>
    </w:p>
    <w:p>
      <w:r>
        <w:br/>
        <w:t>Климко на те знічено одказував:</w:t>
      </w:r>
    </w:p>
    <w:p>
      <w:r>
        <w:br/>
        <w:t>— То в мене, дя, після великої перерви руки дуже померзли, от воно й хохокнуло.</w:t>
      </w:r>
    </w:p>
    <w:p>
      <w:r>
        <w:br/>
        <w:t>Дядько, вдоволений, що знайшов помилку, відкладав зошити і брався до юшки.</w:t>
      </w:r>
    </w:p>
    <w:p>
      <w:r>
        <w:br/>
        <w:t>— Ай добра ж, — хвалив, ледь відсьорбнувши з ложки. — У-у-у, такої не всяка й кухарка зварить. Візьми ж отам у скриньці гостинець.</w:t>
      </w:r>
    </w:p>
    <w:p>
      <w:r>
        <w:br/>
        <w:t>Климко знав, що дядько неодмінно скаже ці слова, проте завжди хвилювався: а що як ні? Що як забуде?</w:t>
      </w:r>
    </w:p>
    <w:p>
      <w:r>
        <w:br/>
        <w:t>У скриньці, що пахла так само, як і дядькова діжурка і картуз, і сам дядько, лежали блискучі ключі й ключики. Климко ніколи їх не чіпав, бо то були дядькові ключики од паровоза, а лише роздивлявся на них. Ще був у скриньці молоток, жмутик пухкої білої нитковини, великий кухоль, щоб набирати на станціях окропу і чаювати з грудочкою цукру, та складанйй ножик — різати хліб. У кухлі Климко й знаходив гостинець: пригірщ пряників-срібноголовців, або гроно прозорих півників на паличках, зв'язаних докупи білою ниткою, або ще щось таке.</w:t>
      </w:r>
    </w:p>
    <w:p>
      <w:r>
        <w:br/>
        <w:t>Увечері дядько Кирило, чистий, виголений і ясний, знову йшов на станцію зі своєю скринькою в руці, і Климко проводжав його аж до паровоза. ФД стояв на запасній колії, ще гарячий від недавнього рейсу. З труби ледь-ледь курів дим, тихо сапала пара з патрубків і огортала зморені колеса — ФД спочивав, сяючи масними чорними боками й начищеною міддю. Біля нього і взимку було тепло.</w:t>
      </w:r>
    </w:p>
    <w:p>
      <w:r>
        <w:br/>
        <w:t>— Ти ж там хазяйнуй, Климе. А вночі спи і не бійся, — казав дядько. — Вночі воно все так, як і вдень, тільки й того, що поночі.</w:t>
      </w:r>
    </w:p>
    <w:p>
      <w:r>
        <w:br/>
        <w:t>І коли Климко біг потім назад до барака, дядько всміхався йому вже з паровозної будки і махав рукою — отако, самими пальцями.</w:t>
      </w:r>
    </w:p>
    <w:p>
      <w:r>
        <w:br/>
        <w:t>Климко й не боявся ночей, тому що барак майже ніколи не спав увесь. У ньому жило багато людей, всі вони працювали на станції, ходили на роботу і поверталися з неї хто коли, отож у бараці хтось та не спав. До того ж стояв барак у такому веселому місці, що його з усіх боків осяювали вогні — зі станції, з вагоноремонтних майстерень та від шахти, — і він плив щоночі в тих вогнях, наче корабель у сріблястому морі.</w:t>
      </w:r>
    </w:p>
    <w:p>
      <w:r>
        <w:br/>
        <w:t>А скільки звуків жило на станції вночі! Брязкали сталевими тарелями вагонні буфери, перегукувалися дударі-стрілочники, сюрчали у свої сюрчки й вимахували ліхтарями зчіплювачі вагонів, видзвонювали молоточками по колесах обходчики поїздів, і мовби десь угорі над станцією постійно, одним голосом дзуремів шахтний вентилятор. У бараці завжди стояв дух шпал, штибу, котельної пари і полину, що ріс попід вікнами. А світло звідусіль малювало на стіні супроти Климкового ліжкц великі різнобарвні квіти: червоне — маки, синє — волошки, жовте — соняхи, вони мінилися і тремтіли, як од вітру в степу... То були казкові, найщасливіші в Климковому житті ночі.</w:t>
      </w:r>
    </w:p>
    <w:p>
      <w:r>
        <w:br/>
        <w:t>Він отак би й виріс серед уквітчаних тих ночей, якби не настали ночі інші, ночі без вогнів. Зостались лише звуки, ті, що завжди, але в пітьмі вони спохмурніли, поглухішали і долинали наче з глибокого провалля. У ці чорні ночі поїзди йшли частіше й швидше, ніж раніш, але від них уже не віяло сосновими дошками чи теплою пшеницею, мокрим, щойно вийнятим із шахти вугіллям чи цегляною курявичкою з відкритих вагонів. Од них віяло ліками, димом польових солдатських кухонь, гарячими на сонці уламками літаків і гармат...</w:t>
      </w:r>
    </w:p>
    <w:p>
      <w:r>
        <w:br/>
        <w:t>І одної з таких ночей не повернувся на станцію дядьків Кирилів ФД, хоч на нього давно вже чекала нова зміна машиністів. Климко цілу ніч проблукав тоді на станції, вслухаючись у далекі злякані гудки паровозів, але так і не почув серед них знайомого. Він був один на весь світ — гудок дядькового ФД, — і Климко впізнав би його серед тисячі...</w:t>
      </w:r>
    </w:p>
    <w:p>
      <w:r>
        <w:br/>
        <w:t>Удосвіта на станцію приїхала дрезина-рейковоз і привезла дядька Кирила, його помічників, старого Кіндратовича, що їздив іще на царських паровозах, і кочегара Славка-гармоніста. Дрезину оточили з усіх боків— чергові обходчики, змажчики, стрілочники, і Климко ніяк не міг пробитися крізь той натовп. Він побачйв тільки, що всі познімали картузи й похилили голови, і закричав, і застукав кулачками в погорблені спини:</w:t>
      </w:r>
    </w:p>
    <w:p>
      <w:r>
        <w:br/>
        <w:t>— Пустіть мене!</w:t>
      </w:r>
    </w:p>
    <w:p>
      <w:r>
        <w:br/>
        <w:t>Його впізнали і розступилися... Климко побачив лише сиву дядькову чуприну з-під брезенту, вчепився за борт кузова, щоб злізти нагору, але хтось придержав його за плечі й сказав:</w:t>
      </w:r>
    </w:p>
    <w:p>
      <w:r>
        <w:br/>
        <w:t>— Зараз, синок, зараз подивишся зблизька. Знімемо — і подивишся.</w:t>
      </w:r>
    </w:p>
    <w:p>
      <w:r>
        <w:br/>
        <w:t>— Пряме влучення... — квапливо розказував хтось. — У тендер, їх вугіллям побило...</w:t>
      </w:r>
    </w:p>
    <w:p>
      <w:r>
        <w:br/>
        <w:t>Дядька ховали надвечір при відчинених навстіж дверях барака. Надворі було вітряно. По коридору шаруділо перше осіннє листя з пристанційного скверу і забивалося в тихі кутки. Увіходили мовчазні зморені залізничники в промащених мазутою робах, знімали картузи, прощалися пошепки з дядьком і знову йшли на роботу; зітхали і потихеньку схлипували жінки, які зійшлися з усього барака, і тільки одна серед них, тітка Мотя з висілка, плакала вголос і припадала щокою до чорних — їх так і не відмили — дядькових рук, складених на грудях. Вона частенько приносила дядькові чисті, випрасувані сорочки, що пахли простим чорним милом.</w:t>
      </w:r>
    </w:p>
    <w:p>
      <w:r>
        <w:br/>
        <w:t>У головах у дядька лежали пучечки живих і сухих квітів: чорнобривці з деповської клумби і гайстри з чиєїсь грядки, сухий деревій і ковила. Квіти дихали м'яко і ладанно, а дядьків костюм новий пах Климкові вихідними днями.</w:t>
      </w:r>
    </w:p>
    <w:p>
      <w:r>
        <w:br/>
        <w:t>— На кладовищі Климко вже не плакав, а лише здригався від холоду в грудях і хрипко зітхав. Червоно, підпливаючи рожевим надвечірнім мороком, заходило сонце. А вітер обтіпував з молодих топольок прижовкле листя і розкидав поміж могилами. Воно застрявало в оградках, прилипало до пам'ятників або летіло в степ, рвучи на своєму шляху тонку, ще не стужавілу по-осінньому павутину.</w:t>
      </w:r>
    </w:p>
    <w:p>
      <w:r>
        <w:br/>
        <w:t>На могилу дядькові поклали його шкіряний картуз із білими молоточками.</w:t>
      </w:r>
    </w:p>
    <w:p>
      <w:r>
        <w:br/>
        <w:t>Після похорону тітка Мотя довела Климка до барака, заплакала біля порога й сказала:</w:t>
      </w:r>
    </w:p>
    <w:p>
      <w:r>
        <w:br/>
        <w:t>— Може б, ти до мене перейшов? Куди ж тобі тепер діватися? Хто тепер тебе догляне?</w:t>
      </w:r>
    </w:p>
    <w:p>
      <w:r>
        <w:br/>
        <w:t>Климко похитав головою і пішов у барак. Доглядати за собою — зварити їсти, прибрати в хаті, випрати одежину — він умів і сам. Давно вже вмів...</w:t>
      </w:r>
    </w:p>
    <w:p>
      <w:r>
        <w:br/>
        <w:t>Климко витер холодними брудними пальцями очі й сів у своєму солом'яному кублі. На шляху в обидва боки не видно було й душі. Тільки десь далеко за перелотом, звідки він учора прийшов до цієї скирти, чулося по-вранішньому лунке гуркотіння підвід. Воно то стихало, коли підводи спускалися у вибалок, то знову гучнішало, коли вони вихоплювалися на пагорб. А невдовзі понад телеграфними стовпами замаячив довгий німецький обоз. Гладкі куцохвості коні-ломовики хекали парою. Ковані хури з гальмами в передках стугоніли важкими колесами по вкоченій дорозі. На останній підводі, що трохи відстала від обозу, скулившись, сидів у передку солдат і, видно, куняв — пілотка зсунулася йому на вухо, плечі обвисли, обличчя вткнулося в розстебнуту вгорі, з піднятим коміром шинелю. Напроти скирти він підвів голову, сказав щось до коней, і вони зупинилися. Климко на всяк випадок глибше врився в своє кубло, а солдат незграбно сплигнув з хури, озирнувся на сонце, червоно блиснувши окулярами, і рушив до скирти. Але, ступивши кілька кроків, вернувся назад і прихопив карабін.</w:t>
      </w:r>
    </w:p>
    <w:p>
      <w:r>
        <w:br/>
        <w:t>Він ішов помалу, як гайворон. Климко добре бачив крізь солому неголене зморшкувате обличчя, товсту об вислу нижню губу і високо підняте плече з карабіном на реміняці. Він був уже підтоптаний, цей солдат, і, певне, йшов до скирти, щоб набрати соломи під своє утле тіло. Климко зрозумів це, коли дядько приставив до скирти карабін і спробував смикати солому, щось бурмочучи. Потім побачив купку вже насмиканої — Климкове кубло — і пішов до неї. Климко завмер, не знаючи, що йому робити: схопитися, крикнути, ворухнутися?.. І коли солдат заніс твердий чорний черевик, щоб скинути зрошений верхняк з Климкового схову, він, уже нічого не думаючи й нічого не бачачи перед собою, крім блискучої підкови на підборі, схопився на коліна, — брудний, нестрижений, в остюках. Солдат на мить закляк з піднятою ногою, потім тоненько вискнув і одплигнув убік. Він ухопив карабін і наставив його далеко перед себе на Климка. Климко німо дивився в маленьку чорну дучку карабінного дула — воно тремтіло, націлене йому в перенісся, — потім розціпив кулачки й показав солдатові худі сині долоні.</w:t>
      </w:r>
    </w:p>
    <w:p>
      <w:r>
        <w:br/>
        <w:t>— Не бійтеся, дядьку, — сказав, затинаючись від холоду. — Бачте, в мене ж нічого в руках немає.</w:t>
      </w:r>
    </w:p>
    <w:p>
      <w:r>
        <w:br/>
        <w:t>Той по-волячому сапнув носом і голосно зітхнув, про те карабіна не опустив.</w:t>
      </w:r>
    </w:p>
    <w:p>
      <w:r>
        <w:br/>
        <w:t>— Немає, — кажу, — Климко ще раз показав долоні і навіть розчепірив.</w:t>
      </w:r>
    </w:p>
    <w:p>
      <w:r>
        <w:br/>
        <w:t>— О-у, — сказав солдат, звівши над окулярами рідкі миршаві брови, і засміявся. Спершу дрібненько, по-баб'ячому, потім зареготав так лунко, що сині птиці ракші знялися зі стовпів над шляхом і перелетіли далі. А Климко дивився з навколішок у роззявлений його рот з підковою прокурених зубів угорі і теж пробував засміятися, але виходила гикавка.</w:t>
      </w:r>
    </w:p>
    <w:p>
      <w:r>
        <w:br/>
        <w:t>Заспокоївшись остаточно, солдат протер пальцем очі під скельцями окулярів і спитав:</w:t>
      </w:r>
    </w:p>
    <w:p>
      <w:r>
        <w:br/>
        <w:t>— Кто ти єсть?</w:t>
      </w:r>
    </w:p>
    <w:p>
      <w:r>
        <w:br/>
        <w:t>Климко мовчав, здивувавшись не німецькій вимові солдата. Тоді солдат затис карабін між коліньми і, загинаючи пальці на звільненій руці, став перелічувати:</w:t>
      </w:r>
    </w:p>
    <w:p>
      <w:r>
        <w:br/>
        <w:t>— Іван, Александр, Петер...</w:t>
      </w:r>
    </w:p>
    <w:p>
      <w:r>
        <w:br/>
        <w:t>— Ні, — сказав Климко. — Мене звати Клим.</w:t>
      </w:r>
    </w:p>
    <w:p>
      <w:r>
        <w:br/>
        <w:t>— О-у, Клім Ворошілоф! — реготнув солдат. — Клім! Розумем... Тут єсть твой дом?</w:t>
      </w:r>
    </w:p>
    <w:p>
      <w:r>
        <w:br/>
        <w:t>— Ні, — похитав головою Климко. — Я тут тільки но чував. Дому в мене ніде нема.</w:t>
      </w:r>
    </w:p>
    <w:p>
      <w:r>
        <w:br/>
        <w:t>— Так, — сказав солдат і заджеркотів щось швидко-швидко. Він говорив довго, тицькав у Климка пальцем, як наганом: "Пуф! Пуфі" — і кілька разів повторив слово "партизан". Аж тоді Климко зрозумів, що цей солдат, який, очевидно, був чехом, боїться якихось партизанів і мало не застрелив його, Климка, зненацька,</w:t>
      </w:r>
    </w:p>
    <w:p>
      <w:r>
        <w:br/>
        <w:t>— Я йду по сіль, отуди, — Климко показав на білі гори. — Мені треба солі, і потрусив собі з пучки на долоню. — Солі.</w:t>
      </w:r>
    </w:p>
    <w:p>
      <w:r>
        <w:br/>
        <w:t>— А-а, соль! Розумем... Хлеб-сольї..</w:t>
      </w:r>
    </w:p>
    <w:p>
      <w:r>
        <w:br/>
        <w:t>Він оглянув Климкові ноги, обсипані курятами, брудні й побуряковілі од холоду, велів зачекати і пішов на шлях до хури.</w:t>
      </w:r>
    </w:p>
    <w:p>
      <w:r>
        <w:br/>
        <w:t>Сонце підбилося по той бік скирти, тінь від неї покоротшала і потеплішала.</w:t>
      </w:r>
    </w:p>
    <w:p>
      <w:r>
        <w:br/>
        <w:t>Гори над степом удалині стояли білі, мов пухнасті на погоду хмари.</w:t>
      </w:r>
    </w:p>
    <w:p>
      <w:r>
        <w:br/>
        <w:t>Чех повернувся вже без карабіна, тримаючи в рукахі пакунок з вицвілої плащ-палатки в рудих та зелених плямах, і подав його Климкові.</w:t>
      </w:r>
    </w:p>
    <w:p>
      <w:r>
        <w:br/>
        <w:t>Затим набрав оберемок соломи, ще раз оглянувся на Климка, похитав головою: "Война, война... Плохо..." — і пішов до коней, згорблений, у важких, не про старечу ногу, ботинках.</w:t>
      </w:r>
    </w:p>
    <w:p>
      <w:r>
        <w:br/>
        <w:t>Підвода рушила шляхом навздогін за обозом, що був уже далеко, і незабаром скотилася у виярок.</w:t>
      </w:r>
    </w:p>
    <w:p>
      <w:r>
        <w:br/>
        <w:t>Климко розгорнув пакунок. В ньому лежала пачка сухих — вони торохтіли — зеленкуватих галет у прозорому лопотючому папері і кругла чорна коробочка солі — може, зо жменю. Климко розірвав папір, дістав одну галету, надкусив і почав швидко жувати. В роті зробилося терпко і холодно. Під ложечкою млосно зассав голод. Климко понюхав галету і враз перестав жувати: вона пахла м'ятно і ладанно, як сухі квіти в головах у дядька Кирила. Голод враз улігся, зник, від нього лишилася тільки тула різь у животі.</w:t>
      </w:r>
    </w:p>
    <w:p>
      <w:r>
        <w:br/>
        <w:t>Климко підвівся, прикидав галети соломою і швидко, з плащ-палаткою та сіллю під пахвою, пішов до шляху, сколюючи ноги холодною од роси стернею. Він одійшов був уже далеченько, потім підбігцем вернувся до скирти, одрив у соломі галети і загорнув у плащ-палатку. "Мо', за них солі дадуть або ще чогось", — подумав.</w:t>
      </w:r>
    </w:p>
    <w:p>
      <w:r>
        <w:br/>
        <w:t>Він перетнув шлях, що ледь відлунював даленіючим обозом, і пішов путівцем просто на білі гори.</w:t>
      </w:r>
    </w:p>
    <w:p>
      <w:r>
        <w:br/>
        <w:t>РОЗДІЛ II</w:t>
      </w:r>
    </w:p>
    <w:p>
      <w:r>
        <w:br/>
        <w:t>Климко йшов уже восьму добу.</w:t>
      </w:r>
    </w:p>
    <w:p>
      <w:r>
        <w:br/>
        <w:t>Першого дня йому йшлося легко, навіть весело. Пух ка пилюга на дорозі гріла босі ноги, в кишенях дядькової діжурки лежало шість великих сухарів з білого хліба і чимала торба на сіль. А тут іще степу, сонця кругом повнісінько. Вітерець лоскоче ковил-траву, колошкає полини, щоб войи дужче пахли. І ніде ані лялечки. Тільки ящірки шастають поміж травою та теплим камінням на голих пагорбках.</w:t>
      </w:r>
    </w:p>
    <w:p>
      <w:r>
        <w:br/>
        <w:t>Сухарів дав Климкові на дорогу дід Бочонок, станційний аптекар і дядьків Кирилів товариш. Дід Бочонок — так звала аптекаря вся дітвора у висілку й на станції — цілими днями, навіть у неділю, просиджував у висілковій аптеці коло базару і (це було видно через вікно) розважував на манюніх вагах якісь ліки або стояв за прилавком, упершись у нього великим животом. Він знав усіх, і його теж знали всі. Сивий, вусатий і кругло-товстий, як справжнісінький бочонок, аптекар любив походжати ранками по базару — в широких смугастих штанях, у довгій, ледь не до колін, синій косоворотці, підперезаній крученим шовковим поясом з білими китицями. На ногах у нього були величезні жовті черевики. Бочонок ніколи не купував, а лише весело перемовлявся з базаровими і реготав басом з-під білих розпущених вусів: "Гу-гу-гу! Кха-кха-кха! О, моє вам шануванняч-ко!" І знову реготав, причому живіт йому здіймався, мов велика пругка подушка, і двигтів. Шовкові китиці на поясі теж двигтіли, йому тут-таки просто посеред базару скаржилися на всілякі немочі, і він одказував по важно: "Куальцексс, куальцексс приймайте, мій друже". Або: "Авспіріні, авспіріні пийте, моя ласко. Тричі на день по одній пігулці. Крейди не шкода!"</w:t>
      </w:r>
    </w:p>
    <w:p>
      <w:r>
        <w:br/>
        <w:t>Були, проте, й такі, кому Бочонок призначав ліки, особливі своєю загадковістю й урочистістю:</w:t>
      </w:r>
    </w:p>
    <w:p>
      <w:r>
        <w:br/>
        <w:t>— Я приготую вам краплі датського короля, мій шановний. Загляньте якось.</w:t>
      </w:r>
    </w:p>
    <w:p>
      <w:r>
        <w:br/>
        <w:t>Біжачи вранці до школи повз базар, Климко частенько завертав у ряди заради того, щоб походити хвостиком за Бочонком і послухати оті його таємничі слова — "куальцексс", "хіна", "авспіріні"... Найдужче йому подобалося в них "а": кругле, глибоке, воно, мов луна з колодязя, перекочувалося в аптекаревому горлі — теж як бочоночки...</w:t>
      </w:r>
    </w:p>
    <w:p>
      <w:r>
        <w:br/>
        <w:t>Другого дня по тому, як не стало дядька Кирила, дід Бочонок прийшов до Климка в барак, мовчки заплакав, притулившись товстим плечем до одвірка, і, втерши сльози, присів біля Климка на стілець, що так і охнув під важким тілом. Тоді дістав з кишені широченних своїх штанів стосик червоних тридцяток і поклав перед Климком на столі:</w:t>
      </w:r>
    </w:p>
    <w:p>
      <w:r>
        <w:br/>
        <w:t>— Може, хоч хлібину колись купиш. На всі. Бо зараз вони — безцінь... А ще краще, якби ти подався на села та пристав до якоїсь бабусі в поміч та й перебув цю лиху годину. Я тобі харчів на дорогу дам.</w:t>
      </w:r>
    </w:p>
    <w:p>
      <w:r>
        <w:br/>
        <w:t>Климко сказав, що йому дають на станції дядьків пайок, так що жити можна. До того ж у школі скоро почнуться заняття.</w:t>
      </w:r>
    </w:p>
    <w:p>
      <w:r>
        <w:br/>
        <w:t>— Вони вже не почнуться, — зітхнув дід Бочонок. Німці от-от прийдуть...</w:t>
      </w:r>
    </w:p>
    <w:p>
      <w:r>
        <w:br/>
        <w:t>Незабаром німецькі літаки розбомбили станцію. Климко бігав у той день з висілковими хлопчиками за балку дивитися збитий наш яструбок і бачив здалеку, як бомби влучали в депо, у вагони, як похитнулася і повільно впала водогінна вежа, а в повітрі над полум'ям і димами після кожного вибуху моторошно завивали уламки рейок. Бомба влучила і в барак, і його розвалило, розкидала в усі боки, а рештки стін і простінків згоріли у Климка на очах — швидко, як тріски. Пожежі ніхто негасив, бо станція горіла вся, горіли депо і шахта, а два паровози, що встигли відійти за посадку біля кладовища, клично і сумно гули в два неоднакові гудки.</w:t>
      </w:r>
    </w:p>
    <w:p>
      <w:r>
        <w:br/>
        <w:t>Так і зостався Климко, в чім був, у чому йшов зараз.</w:t>
      </w:r>
    </w:p>
    <w:p>
      <w:r>
        <w:br/>
        <w:t>Сонце стало вже височенько і пригрівало в спину, а земля була холодна, від неї потерпли підошви і зробилися як дерев'яні. Коли вони мерзли так, що аж пекли, і не було вже терпцю йти далі, Климко сідав просто посеред дороги й одтирав їх руками, хукав на них, піднімаючи до рота то одну, то другу, і знову одтирав.</w:t>
      </w:r>
    </w:p>
    <w:p>
      <w:r>
        <w:br/>
        <w:t>Попереду забовванів лісок, самі вершечки дерев. Таке, як вибалок, чи що. А може, якесь село низове. Над вершечками, жовтими й зеленими, помітив Климко, тоненькою цівочкою підіймався вгору димок. Він не танув і не падав набік, як то буває при вітрові, а лиш погойдувався ледь-ледь у ранковому супокої. Климко зрадів тому димкові й подався на нього.</w:t>
      </w:r>
    </w:p>
    <w:p>
      <w:r>
        <w:br/>
        <w:t>Багаття жевріло неподалік від путівця, на картоплищі поміж прижовклими осиками й кленами. Грядка була невелика, пообіч неї на межах лежали купки старого почорнілого од моху каміння— видно, хтось колись не день і не два труждався тут, щоб звільнити землю від каменю і посадить у неї якусь цеберчину картоплі. Коло багаття лежала купа прим'ятого картоплиння, змішаного з опалим листям, і видно було глибокий слід від тачки. Картоплю вибирано, либонь, учора звечора, бо земля в лунках ще не просохла. Климко розворушив палицею багаття — з нього викотилося дві чорні, як-вугілля, картоплини. Шкірка на них так пригоріла, що аж відстряла од серединок, рожевих та пахучих. Климко швидко зжував їх, забувши навіть, що в нього є сіль. І тоді йому так схотілося їсти, що сльози самі виступили на очах. Він повитрушував з кутиків у кишенях діжурки крихти від сухарів, легенько видмухнув з них остюки та солом'яну потеруху і ще трохи поласував. Останню половину сухаря він із'їв учора зранку і відтоді не мав ані рісочки в роті. Щоправда, в одному ліску над шляхом трапився йому в гущавині рясний кущ глоду. Климко обірвав його до останньої ягоди і їв доти, аж доки не занудило.</w:t>
      </w:r>
    </w:p>
    <w:p>
      <w:r>
        <w:br/>
        <w:t>Сухарів хватило б надовше, якби вони були не червиві, якби їх давав йому дід Бочонок, а не його жінка, — худа, злюща і скупа Бочончиха. Климкові завжди, коли вони бували з дядьком Кирилом в гостях у Бочонків, здавалося, що Бочончиха не ставляє миски із святковим їстивом на стіл, а кидає їх, на що дід Бочонок тільки прикахикував і йорзався на стільці, проте мовчав.</w:t>
      </w:r>
    </w:p>
    <w:p>
      <w:r>
        <w:br/>
        <w:t>Коли Климко забіг до аптекаря і сказав, що подасться на села (про сіль він змовчав, боячись, щоб Бочонок не відмовляв його чи ще гірше — не зоставив жити в себе), той вийшов на кухню і довго несміливим баском перемовлявся про щось із Бочончихою. Климко хотів був уже потихеньку втекти, але тут увійшов аптекар з жінкою, що несла поперед себе миску борщу. Вона кинула її на стіл і знову зачинилася на кухні.</w:t>
      </w:r>
    </w:p>
    <w:p>
      <w:r>
        <w:br/>
        <w:t>— Я не голодний, — сказав Климко, одсуваючи миску, і похнюпився, щоб не дивитися на борщ.</w:t>
      </w:r>
    </w:p>
    <w:p>
      <w:r>
        <w:br/>
        <w:t>— Їж, — попросив Бочонок, винувато кліпаючи очима й хапаючи себе то за той, то за той вус. — Ти на бабу не дивись. Вона така і є.</w:t>
      </w:r>
    </w:p>
    <w:p>
      <w:r>
        <w:br/>
        <w:t>Климко навіть не поворухнувся.</w:t>
      </w:r>
    </w:p>
    <w:p>
      <w:r>
        <w:br/>
        <w:t>У кімнаті в аптекаря дуже пахло ліками. На підлозі лежала товста ковдра, по стінах висіли великі гарні картини в золочених рамах, на високому ліжку під подушками спав кіт з великим пухнастим хвостом, а від кухні пахло гарячим хлібом.</w:t>
      </w:r>
    </w:p>
    <w:p>
      <w:r>
        <w:br/>
        <w:t>У вікно знадвору хтось легенько постукав, аптекар важко підвівся з стільця, виглянув через фіранку і закивав головою.</w:t>
      </w:r>
    </w:p>
    <w:p>
      <w:r>
        <w:br/>
        <w:t>Він вийшов на веранду, не причинивши за собою дверей, і Климко почув крізь них змучений жіночий голос:</w:t>
      </w:r>
    </w:p>
    <w:p>
      <w:r>
        <w:br/>
        <w:t>— Не кращає йому, Карповичу... Горить увесь. Ви ще щось дали, таке щось, щоб помогло... А вам за те ось яєчок, сальця четвертинку...</w:t>
      </w:r>
    </w:p>
    <w:p>
      <w:r>
        <w:br/>
        <w:t>— Ні-ні, то ви з хазяйкою, з хазяйкою ладнайте. А ліки я зараз винесу.</w:t>
      </w:r>
    </w:p>
    <w:p>
      <w:r>
        <w:br/>
        <w:t>— Хто там? — вийшла з кухні Бочончиха.</w:t>
      </w:r>
    </w:p>
    <w:p>
      <w:r>
        <w:br/>
        <w:t>— По ліки людина прийшла. Чоловікові погано.</w:t>
      </w:r>
    </w:p>
    <w:p>
      <w:r>
        <w:br/>
        <w:t>— Людина, людина, — перекривила Бочончиха. — І всім на дурняк дай.</w:t>
      </w:r>
    </w:p>
    <w:p>
      <w:r>
        <w:br/>
        <w:t>— Чого це на дурняк? — сердито одказав Бочонок. — Піди візьми там "подаяния".</w:t>
      </w:r>
    </w:p>
    <w:p>
      <w:r>
        <w:br/>
        <w:t>— Яєчка... Сальце осьо... — знову почув Климко.</w:t>
      </w:r>
    </w:p>
    <w:p>
      <w:r>
        <w:br/>
        <w:t>Потім рипнули двері в прикомірок, — видно, Бочончиха пішла ховати "подаяния" за ліки.</w:t>
      </w:r>
    </w:p>
    <w:p>
      <w:r>
        <w:br/>
        <w:t>Коли Климко вже вийшов на ґанок, вона догнала його з шістьма сухарями в фартусі, швидко, дрібно перехрестила перед самими очима і прошепотіла щось сама собі тонкими сердитими губами.</w:t>
      </w:r>
    </w:p>
    <w:p>
      <w:r>
        <w:br/>
        <w:t>Бочонок вивів Климка за ворота і сказав:</w:t>
      </w:r>
    </w:p>
    <w:p>
      <w:r>
        <w:br/>
        <w:t>— Глядися ж у дорозі. А краще — пристань до яки хось добрих людей, біженців, — серед нещасних багато є добрих, — та іди вкупі з ними. їх тепер сила-силенна суне у всі кінці. — І скрушно подивився на босі Климкові ноги. — Знайшов би я тобі і взувачку, бо як же оце йти в осінь босому, так нога ж у мене така, що ти один черевик увесь із головою сховаєшся.</w:t>
      </w:r>
    </w:p>
    <w:p>
      <w:r>
        <w:br/>
        <w:t>На прощання він поцілував Климка, притиснувши до свого великого живота й лоскотнувши вусами, вийняв з кишені хустку і став умочати її в кожне око по черзі...</w:t>
      </w:r>
    </w:p>
    <w:p>
      <w:r>
        <w:br/>
        <w:t>Перший сухар Климко розломив, коли відійшов од станції кілометрів за двадцять п'ять і сів перепочити — гули ноги, пекло підошви, натруджені об дрібні камінці, що траплялися в пилюзі, та й усе тіло млоїло від утоми. Розломив і побачив, що всередині аж кишить дрібної білої черви. Скривившись від огиди, Климко повикидав їх соломиною, ще раз розломив сухар і ще повикидав... їсти довелося вже крихти. Але то було не найстрашніше. Найстрашніше сталося тоді, коли він,, перепочивши, підвівся, щоб іти, і впав: ноги не вдержали, їх ніби одняло. Що встане, то і впаде, і впаде. Він злякався, став розтирати литки, стегна, бив по них кулаками і кричав: "Ану йдіть! Ану йдіть мені зараз!"</w:t>
      </w:r>
    </w:p>
    <w:p>
      <w:r>
        <w:br/>
        <w:t>Він таки підвівся і пішов, ледве-ледве пересуваючи ступні в крутій пилюзі.</w:t>
      </w:r>
    </w:p>
    <w:p>
      <w:r>
        <w:br/>
        <w:t>Так було після кожного перепочинку, і Климко збагнув, що краще йти повільніше, але йти і йти без упину, аніж поспішати і через кожні п'ять-шість кілометрів падати, знесилившись, на землю.</w:t>
      </w:r>
    </w:p>
    <w:p>
      <w:r>
        <w:br/>
        <w:t>Найдужче боліли ноги зранку після ночівлі. Але Климко вже знав, що бити їх не слід, а треба легенько розтерти, поляскати долонями і перші кілька кілометрів іти помаленьку. Далі вони вже не боліли, йшли собі слухняно, тільки німо дзвеніли кожною жилочкою.</w:t>
      </w:r>
    </w:p>
    <w:p>
      <w:r>
        <w:br/>
        <w:t>Климко підкинув у багаття картоплиння, роздмухав жарок і довго одігрівав ступні, час від часу дотуляючи їх просто до полум'я. Нагріє, потре добренько обома руками і знову суне до полум'я. Аж доки вигнав зашпори. Потім узяв палицю, котрою розворушував багаття і пішов по картоплищу, розкопуючи нею лунку за лункою.</w:t>
      </w:r>
    </w:p>
    <w:p>
      <w:r>
        <w:br/>
        <w:t>— Одна! — вигукнув раденько, знайшовши першу картоплину. — О! Друга! О! Третя!..</w:t>
      </w:r>
    </w:p>
    <w:p>
      <w:r>
        <w:br/>
        <w:t>Сонце вже припікало, — не дуже, одначе, по-осінньому, але Климко працював так завзято, що матроска прилипла йому до спини. Він скинув діжурку і знову став до роботи. При самій межі знайшов кілька невикопаних, притоптаних дитячими ногами кущів ("Он хто картопельку пік!"), і, розриваючи їх палицею, приказував:</w:t>
      </w:r>
    </w:p>
    <w:p>
      <w:r>
        <w:br/>
        <w:t>— А що, сховалися, га? Од мене сховаєтесь!</w:t>
      </w:r>
    </w:p>
    <w:p>
      <w:r>
        <w:br/>
        <w:t>До обіду Климко накопав п'ятдесят сім картоплин — великих, менших і зовсім дрібних. Дванадцять, найдрібніших, він спік. їв помаленьку, вмочуючи в коробочку з сіллю: помаленьку — щоб довше, та й живіт не заболить. А то глоду он переїв — і знудило. Потроху треба було...</w:t>
      </w:r>
    </w:p>
    <w:p>
      <w:r>
        <w:br/>
        <w:t>На дорогу він ще раз добре одігрів ноги, закинув за плечі торбину з картоплею і рушив далі через вибалок: може, де вода трапиться. По дну вибалка поміж камінням справді біг струмок, мив боки тому камінню, полоскав зеленісіньку травицю, що клалася на воду рівними чубчиками, і ніс жовте листя. Климко став навко лішки, припав до води — холодна та добра! — тоді вмився і втерся галстуком од матроски. А вгорі над струмком дрімала жовто-зелена тиша осені й наче уві сні ронила листя. Було так м'яко і затишно в цьому вибалку над співучою поміж камінням водою, що Климко не одразу підвівся з колін, а стояв і стояв...</w:t>
      </w:r>
    </w:p>
    <w:p>
      <w:r>
        <w:br/>
        <w:t>Одразу ж за вибалком на пагорбі починалося якесь містечко: чепурні, вистелені бруківкою вулиці, білі будиночки в невеличких пожовклих садках, далі — грибок водокачки, клубчасті дими понад нею; тоненько коротко свиснув паровоз — "кукушка"... Климко аж зупинився, розгублений і зляканий: чи не приблукав оце він, кружляючи незнайомими дорогами, назад, на свою станцію. Та ні ж, ні. Адже їхню водокачку звалило бомбою, а тут ціла. Не видно й шахтного терикона, та й бруківки в їхньому висілку не було, її зробили перед самою війною тільки від станції — повз базар до магазинів і перукарні. А так усе схоже. І, йдучи з торбою за плечима понад парканами незнайомої вулиці, Климко згадував свою станцію, кожен день її життя і кожну годину.</w:t>
      </w:r>
    </w:p>
    <w:p>
      <w:r>
        <w:br/>
        <w:t>Будили його щоранку, ще задовго до того, як іти до школи, хлібозавод і водовоз. Першою повз барак, повільно второхкуючи колесами по кам'янці, їхала до пекарні порожня зелена будка, запряжена парою маленьких (менших, ніж у німців) дебелих коненят. За тихої погоди від будки лишався у повітрі хлібний дух, що довго не розходився потім. На будці було написано великими білими літерами "ХЛІБ". У передку, на високому рундучкові, сидів дядько в чорному халаті — його теж звали хлібовозом — і досипав недоспаної ночі, покивуючи головою, а коні йшли самі, бо вони знали дорогу.</w:t>
      </w:r>
    </w:p>
    <w:p>
      <w:r>
        <w:br/>
        <w:t>Трохи згодом до барака з гуркотом і хлюпотом у довгому бочонку на чотирьох колесах під'їздив водовоз і веселим співучим голосом (хоч був він уже старенький) розлого вигукував: "Во-ода-а, вода-вода! Во-да-а вода-вода!" В бараці разом одчинялися всі двері, торохтіли відра, чути було жвавий гомін коло бочонка й пересміхи з водовозом. Воду завжди набирали весело, — може тому, що водовоз був завжди веселий, буйно-червоний на виду, а вода, що так і сяяла проти вранішнього сонця, була чиста і холодна, мов з-під льоду. Взимку водовоз привозив воду обмерзлими, в срібних бурульках, саньми. Вуса в нього теж були обмерзлі і теж у маленьких бурульках. Підождавши, доки Климко націдить води, він забирав у нього з рук відра і заносив до кімнати. "Дзядзька Кирілл та ігдзе, на рабоце? — питався. — Прівєцік яму пірадаш, как вярньоцца. Ад дзядзькі Сімьона" мол..." Взимку, коли такої ранньої пори надворі ще поночі, від станції через колії і до самого висілка блимали рухливі жовті вогники, схожі на світляків: то поверталися додому з нічної зміни шахтарі.</w:t>
      </w:r>
    </w:p>
    <w:p>
      <w:r>
        <w:br/>
        <w:t>Аж ось від вагоноремонтних майстерень, спершу охрипло, з шипінням, а далі все чистіше й потужніше, долинав гудок, скликаючи людей на роботу. Климко вирушив до школи — повз шахтну сортувальню, закурену штибом, далі повз гомінкий велелюдний базар і аптеку. Біля клубу, супроти кінобудки, він зупинявся і слухав, як там шерхотить-співає кіноплівка: механік перемотував її після вечірнього сеансу — "Думи про козака Голоту", або "Щорса", або "Чапаева". Як недавно ще, лише два місяці тому, все це було, а тепер здавало ся, що давно-предавно, як був ще дошкільням...</w:t>
      </w:r>
    </w:p>
    <w:p>
      <w:r>
        <w:br/>
        <w:t>Біля якогось двору Климко став: на вулицю через паркан та жовту акацію звисала велика яблунева гілка. На ній поміж рідким уже листям висіло двоє поморще них яблучок, що злиплися докупи, — видно, червотока сточила її. В акації на осонні зібрався цілий базар гороб'ячий. "Тепло знайшли, — подумав Климко. — Немає на вас кота!" Горобці, ганяючись один за одним, шугали в гіллі й оббивали крильцями листя. Яблука теж погойдувалися від того гороб'ячого бешкету разом з тонень кою гілочкою, на якій росли. Климко поклав торбину з картоплею під паркан і сів на неї, сказавши собі: "перепочину трохи", — а сам не зводив очей з пари яблук.</w:t>
      </w:r>
    </w:p>
    <w:p>
      <w:r>
        <w:br/>
        <w:t>Він просидів отако, задерши голову вгору, довгенько. доки шия не зболіла. Горобці аж кишіли в яблуневих вітах, а яблука гойдалися і не падали, наче їх прив'язано ниткою. Климко встав, закинув торбину на плечі й, зітхнувши, ще раз подивився на зморщені яблучка. "Ні, мабуть, вони ще скоро не впадуть. Хай собі". І почимчикував понад парканами далі, вже не поглядаючи вгору на садове гілля — і то, чого доброго, ще десь закортить "перепочити"...</w:t>
      </w:r>
    </w:p>
    <w:p>
      <w:r>
        <w:br/>
        <w:t>За містечком знову був степ і степ. Сонце звернуло з полудня, світило навкіс, і Климкова тінь з торбиною ковзала у надвечірньому промінні — ближчали й ближчали, ставали більші й жовтогарячіші. Незабаром Климко по бачив велике місто у долині, зупинився і роздивлявся його довго, мружачи очі проти сонця. Воно вже співало свою тиху червону пісню вечорову, і Климко заозирався довкола: треба ж на ніч стати, бо в місті де притулишся? Далеко в полі, гонів за десять, він розгледів низеньку чорну копичку сіна чи соломи, коли б не торішньої, і звернув з дороги...</w:t>
      </w:r>
    </w:p>
    <w:p>
      <w:r>
        <w:br/>
        <w:t>РОЗДІЛ III</w:t>
      </w:r>
    </w:p>
    <w:p>
      <w:r>
        <w:br/>
        <w:t>То була не копичка, а старий курінь на баштанищі з прив'ялим уже огудинням та дрібною, з яблука завбільшки, пізньою зав'яззю кавунчат. Климко розбивав їх об коліно і смакував блідо-рожеву холодну серединку: ба, не встигло ще й сонце заховатися, а земля вже холоне. Осінь...</w:t>
      </w:r>
    </w:p>
    <w:p>
      <w:r>
        <w:br/>
        <w:t>У курені було багацько соломи, твердої, злежаної, — сторожі вкачали. Климко зняв з того лігвиська тугий пластівець, щоб ним укритися, а решту соломи розворушив, щоб м'якше було спати, загорнувся у плащ-палатку й ліг. Зразу тремтів, не так від надвечірньої прохолоди, як від кавунчат, тоді надихав собі в пазуху, зогрівся й принишк у теплі. Він дивився на сонце, що саме заходило супроти куреня, червоно-сумне і велике. Воно заходило за гори, і гори з цього боку потемнішали, взялися голубою тінню. "Скоро з-під них почнеться ніч, — думав Климко. — і піде-постелеться степом далі й далі, на всі боки. І до станції дійде, до чорного згарища на тому місці, де був барак, а тепер лиш купа попелу впе реміш з головешками зосталася..."</w:t>
      </w:r>
    </w:p>
    <w:p>
      <w:r>
        <w:br/>
        <w:t>Того задушливого від полум'я і диму серпневого дня, коли згоріла станція, Климко знайшов собі притулок у невеличкій кімнатці на шахтній сортувальні, де була колись вагова. Товсті кам'яні стіни вагової і зовні, й зсередини були густо вкриті чорною кіптявою: зовні від вугільної куряви й штибу, що лежав тут-таки, одразу за ваговою, високими кучугурами; зсередини — від диму з круглої чавунної грубки-"буржуйки", що виходила іржа вою трубою надвір через бляшану шибку у вікні. Ще у ваговій стояв старий конторський стіл. за яким сидів колись вагар і важив вагони з вугіллям; стіл ряхтів од великих і малих чорнильних плям.</w:t>
      </w:r>
    </w:p>
    <w:p>
      <w:r>
        <w:br/>
        <w:t>Климко переніс із гуртового барачного погреба ті запаси, що вони мали з дядьком про осінь: шестеро відер дрібної картоплі-"розовки", два кусники сала, старого, жовтого зверху, та з десяток цибулин — і зажив у ваговій сам-один. А втім, він рідко коли залишався наодинці у закіптюжених стінах, бо в нього частенько, — бува ло, що й до ночі, — засиджувалося шкільне хлоп'яче товариство — бідові непосидющі висілкові хлоп'яки. А Зульфат Гарєєв, онук дідуся Гарєєва з хлібопекарні, той і ночувати мало не щодня зоставався. Хлопцям до вподоби було в низенькій кам'яній Климковій хижі серед глухих штибових кучугур на одшибі від висілка — ніби на Робінзоновому острові... Повсідаються долі, сплівши ноги по-турецьки, і гомонять — без світла, серед червоних райдуг від напаленої до вишневого кольору чавунної "буржуйки". Або ж умовкнуть нараз усі не змовляючись і слухають, слухають далекий гуркіт нічного бою.</w:t>
      </w:r>
    </w:p>
    <w:p>
      <w:r>
        <w:br/>
        <w:t>Але то було вже потім. А перші два дні Климкові жилося у ваговій так незатишно, так самотньо, що аж. З підвалу, де стояли величезні ваги, тягло крізь щілини в старій дерев'яній підлозі прілою вільгістю, по закутках і попід стінами вигарцьовували вночі пацюки, а тепло від "буржуйки", доки на ній не обгоріла іржа, йшло чадне й давуче. Коли Климко добре напалював її, повітря вгорі робилося запаморочливо гаряче, від нього ломило голову, а внизу ходила хвилями густа підвальна охолода.</w:t>
      </w:r>
    </w:p>
    <w:p>
      <w:r>
        <w:br/>
        <w:t>Дві ночі Климко спав на голому столі й одбивався від пацюків палицею, стукаючи нею по стіні. Пацючня, що, либонь, уже давно звикла хазяйнувати тут, лякалася і нишкла, а трохи згодом, ще Климко не встигав і повіки склепити, знову заводила вискливий, з тупотнявою та шкряботнявою шабаш.</w:t>
      </w:r>
    </w:p>
    <w:p>
      <w:r>
        <w:br/>
        <w:t>Лише на третю ніч Климко заснув спокійно, бо пацюки вже не надокучали йому. Спровадив їх з вагової Зульфат Гарєєв, давній Климків товариш. Він знайшов Климка по димкові з труби, що виходила крізь шибку надвір. Прибіг захеканий, з гарячими рум'янцями на гострих смуглих вилицях, і так зрадів зустрічі, що схопив Климка в оберемок і носив його поперед себе, до хрускоту стискаючи ребра. Зульфат був дужий хлопчик, хоча й нижчий від Климка, вважай, на голову.</w:t>
      </w:r>
    </w:p>
    <w:p>
      <w:r>
        <w:br/>
        <w:t>— А я бігав-бігав по висілку, — видко, зліплюючи слова, заговорив Зульфат. — Сюди-туди... фух!.. Питаюся: де Климка? Хто бачив Климку? Немає Климки, ніхто не бачив... А ти осьде! Хорошо! У-у-у, хорошо!</w:t>
      </w:r>
    </w:p>
    <w:p>
      <w:r>
        <w:br/>
        <w:t>Климко на те лише всміхався. Він дуже зрадів Зульфатові і мовчав тільки тому, що завжди був небалакучий у товаристві. Він любив слухати і тихо всміхався, або сумнів, або напружувався весь, уявляючи те, про що розповідав товариш.</w:t>
      </w:r>
    </w:p>
    <w:p>
      <w:r>
        <w:br/>
        <w:t>— Пацюки в мене тут, — сказав Климко. — Такі здорові, що тупотять...</w:t>
      </w:r>
    </w:p>
    <w:p>
      <w:r>
        <w:br/>
        <w:t>Вузькі й такі чорні, що аж різучі, Зульфатові очі на мить заплющилися (так він робив завжди, коли йому треба було поміркувати) і враз гаряче зблиснули:</w:t>
      </w:r>
    </w:p>
    <w:p>
      <w:r>
        <w:br/>
        <w:t>— А хочеш, їх зараз не буде, хочеш? — вигукнув завзято. — Всіх вижену пастися в степ! Хочеш?</w:t>
      </w:r>
    </w:p>
    <w:p>
      <w:r>
        <w:br/>
        <w:t>Він хутко познаходив усі пацючині ходи й виходи, вигріб з "буржуйки" в цеберку вугільний жар і заходився натовкувати його палицею в кожну нору, втираючи сльози від гарячого їдкого диму.</w:t>
      </w:r>
    </w:p>
    <w:p>
      <w:r>
        <w:br/>
        <w:t>— Тепер породою бути їх, породою, щоб дим не виходив! — кричав він Климкові. — От так! О, чуєш: чхають! Нате вам ще, нате! — І сам чхав раз по раз і сміявся крізь сльози.</w:t>
      </w:r>
    </w:p>
    <w:p>
      <w:r>
        <w:br/>
        <w:t>Потім вони наносили з шахтної лісопильні тирси і товсто вслали нею підлогу, щоб не тягло з підвалу; знайшли в барачному сараї старе ліжко з нікельованими кулями на бильцях, перенесли до вагової і зладнали постіль із сіна, яке не встигли доїсти шахтні коні: шахту-бо вже затопили водою, а коней забрали на війну. До вечора похмуре Климкове житло проясніло, нагрілося, а тирса жовто-медово запахла сосною. Щоб відсвяткувати входини, як належить справжнім господарям, хлопці зварили на вечерю картоплі в кожушках до старого солоного сала. То було справжнє свято!..</w:t>
      </w:r>
    </w:p>
    <w:p>
      <w:r>
        <w:br/>
        <w:t>А через півмісяця — сталося те зранку — після короткого бою на станцію зі степу прийшли італійці. Вони цілий день ганялися по висілку за курми, стріляли по них із карабінів та автоматів і лементували, як цигани. (До їхнього приходу ні Климко, ні Зульфат не знали, що кури можуть літати не згірш за всяку птицю, тільки невисоко). Поївши курей, італійці гуртами, найменше по двоє-троє, пхалися від двору до двору і шукали собі їжу за гроші.</w:t>
      </w:r>
    </w:p>
    <w:p>
      <w:r>
        <w:br/>
        <w:t>— Марка, марка!.. — вигукували вони.</w:t>
      </w:r>
    </w:p>
    <w:p>
      <w:r>
        <w:br/>
        <w:t>Ніхто у висілку не розумів, що те означає, і ті, у кого завалялися марки для конвертів, виносили їх італійцям. Вони сердилися і то по-своєму, то по-німецьки кричали, вибалушивши чорні циганські очі:</w:t>
      </w:r>
    </w:p>
    <w:p>
      <w:r>
        <w:br/>
        <w:t>— Дурні! Сольдато італьяно... дати вам маркен... Денаро деля... Гросдойчен Райхес, унд зі мюссен... ві повінні дати... фюр дізес вертфоллє гельд: лютте — молько, бурро — масльо, формаджо — сір... Манджяре! Ессен! їсти!..</w:t>
      </w:r>
    </w:p>
    <w:p>
      <w:r>
        <w:br/>
        <w:t>Про це розповів Климкові Зульфат, бо італійці приходили й до них. Дід Гарєєв сказав їм:</w:t>
      </w:r>
    </w:p>
    <w:p>
      <w:r>
        <w:br/>
        <w:t>— У нас є вугілля... Більш нічого в нас немає.</w:t>
      </w:r>
    </w:p>
    <w:p>
      <w:r>
        <w:br/>
        <w:t>Тоді італійці кинулися грабувати і брали не тільки їжу, а й одяг, де кращий.</w:t>
      </w:r>
    </w:p>
    <w:p>
      <w:r>
        <w:br/>
        <w:t>Через тиждень вони пішли далі, а у висілку почався голод.</w:t>
      </w:r>
    </w:p>
    <w:p>
      <w:r>
        <w:br/>
        <w:t>На маленькому базарному майдані щоденно, з ранку до вечора, стояли мовчазні люди, тримаючи в руках усе,. що було в них найновіше: костюми і пальта, сукні й сувійчики матерії, черевики й "кіровські" годинники на вузеньких ремінцях... І все те не продавалося, а мінялося хоч на який-небудь харч. Та найчастіше в натовпі було чути: "Солі... Солі ні в кого немає? Віддаю за склянку солі..."</w:t>
      </w:r>
    </w:p>
    <w:p>
      <w:r>
        <w:br/>
        <w:t>Якось, покружлявши навколо хлібопекарні, де ще не давно з жовтих дерев'яних лотків горнувся, мов з рукава, гарячий хліб і де ще й досі пахло хлібним духом, Климко з Зульфатом зайшли на базар. Може, вони й не завернули б туди — надивилися вже на змучених голодом людей з якоюсь дитячою жалібною надією в очах, — якби там не зчинився ґвалт.</w:t>
      </w:r>
    </w:p>
    <w:p>
      <w:r>
        <w:br/>
        <w:t>Біля старих дерев'яних прилавків, побачили вони, стояла підвода, її оточили з обох боків і кричали, підні маючи над головою у кого що було:</w:t>
      </w:r>
    </w:p>
    <w:p>
      <w:r>
        <w:br/>
        <w:t>— Візьми в мене! Новісіньке, подивися!..</w:t>
      </w:r>
    </w:p>
    <w:p>
      <w:r>
        <w:br/>
        <w:t>— Бери костюм. Шевйотовий, не надіваний і разу...</w:t>
      </w:r>
    </w:p>
    <w:p>
      <w:r>
        <w:br/>
        <w:t>— Черевики хромові треба?..</w:t>
      </w:r>
    </w:p>
    <w:p>
      <w:r>
        <w:br/>
        <w:t>— Драп на пальто... Попробуй, який важкий. Вічне буде пальто.</w:t>
      </w:r>
    </w:p>
    <w:p>
      <w:r>
        <w:br/>
        <w:t>На возі, запряженім парою коней, стояв здоровецький бородатий дядько і гув примирливо, перемацуючи очима товари:</w:t>
      </w:r>
    </w:p>
    <w:p>
      <w:r>
        <w:br/>
        <w:t>— Тихо, тихо... Що мені треба — все візьму. Сам виберу. Тільки тихо, граждани! Ша! Ану одійди, не мацай мішків, бо так батогом і встюжу. Мацає воно... Ти, з драпом, давай. Що тобі? Борошно є, кукурудза, сіль біла, слов'янська...</w:t>
      </w:r>
    </w:p>
    <w:p>
      <w:r>
        <w:br/>
        <w:t>— Натовп ізнову загув, заколихався.</w:t>
      </w:r>
    </w:p>
    <w:p>
      <w:r>
        <w:br/>
        <w:t>— Були б оце наші шахтарики, вони б тебе вдягли і взули, ще й підперезали б... — неголосно мовила якась жінка. В руках у неї було приношене дитяче пальтечко.</w:t>
      </w:r>
    </w:p>
    <w:p>
      <w:r>
        <w:br/>
        <w:t>Бородань почув її, знайшов кам'яними очима в на товпі і сказав:</w:t>
      </w:r>
    </w:p>
    <w:p>
      <w:r>
        <w:br/>
        <w:t>— А ти вобше может тут не стоять. Вобше не підходь, бо я в тебе й золота не візьму, хоч би в тебе воно й було. Їх пожалій, привези, а вони ще й зубами скреготять...</w:t>
      </w:r>
    </w:p>
    <w:p>
      <w:r>
        <w:br/>
        <w:t>На жінку несердито зацитькали, ніби просили її мовчати.</w:t>
      </w:r>
    </w:p>
    <w:p>
      <w:r>
        <w:br/>
        <w:t>І тут Климко побачив Наталю Миколаївну, вчительку свою і Зульфатову. Вона стояла з немовлям на руках, притиснувши до себе разом з немовлям трояндову, мов сто троянд, сукню. Климко бачив Наталю Миколаївну в цій сукні лише двічі на рік: першого вересня і в останній день занять. Наталя Миколаївна щоразу так хвилювалася, зустрічаючи їх, своїх учнів, а чи проводжаючи на канікули, що троянди з трояндової сукні зацвітали в неї й на щоках. А минулої весни на останньому уроці вона сказала, печально всміхаючись: "От і підете ви в юність, уже з іншими вчителями, а я знову повернуся до маленьких, таких... грибочків, як були ви, коли при йшли до першого класу. Пам'ятаєте?" — І сльози, дві сльозинки, покотилися їй з очей, однак вона не чула їх і посміхалася. Тоді сказала: "Урок закінчено, до побачення, діти..." — І одвернулася до вікна. А вони стояли й стояли за партами, хоч у коридорі вже знявся радісний гамір: закінчився учбовий рік, сонця надворі повна чаша, аж до піднебесся, — хто ж не радітиме!</w:t>
      </w:r>
    </w:p>
    <w:p>
      <w:r>
        <w:br/>
        <w:t>Наталя Миколаївна стояла осторонь від натовпу, що затулив підводу, і, маленька, бліда, дивилася на бороданя широко розплющеними очима. В них не було ні презирства, ні гніву, а лише зляканий подив. Одна її брова, поторкана золотом од ранкового сонця, напружено піднялася вгору і дрібно-дрібно тремтіла. Климко з Зульфатом підійшли до неї (вона не помітила їх) і, затинаючись від хвилювання, сказали, перебиваючи один одного:</w:t>
      </w:r>
    </w:p>
    <w:p>
      <w:r>
        <w:br/>
        <w:t>— Добрий день, Наталю Миколаївно...</w:t>
      </w:r>
    </w:p>
    <w:p>
      <w:r>
        <w:br/>
        <w:t>Вона здригнулася і випустила з рук трояндову сукню. Климко з Зульфатом спритно підхопили її, легесеньку, як пух, і так стояли з нею, ніяково й щасливо всмі хаючись.</w:t>
      </w:r>
    </w:p>
    <w:p>
      <w:r>
        <w:br/>
        <w:t>— Климко?.. Зульфат?.. Ой, як ви мене злякали... — І осяяла їх такими лагідними, такими рідними очима, що їм обом здалося на мить, ніби все навколо так, як і колись було, що немає і не було ніколи війни, і похмурого бороданя на возі, і вибитих вікон у магазинах, і холодної неживої пекарні за сірим дощаним парканом; що ось зараз на станції озветься гудком паровоз і дзвоник за клубом, де школа, покличе їх на перший урок..</w:t>
      </w:r>
    </w:p>
    <w:p>
      <w:r>
        <w:br/>
        <w:t>— Ей ти, молодице! — гукнув бородааь. — З червоним платтям. Підходь, я беру твій товар.</w:t>
      </w:r>
    </w:p>
    <w:p>
      <w:r>
        <w:br/>
        <w:t>Наталя Миколаївна повільно обернулася до нього і сказала тихо, але так, що всі в натовпі почули і огля нулися:</w:t>
      </w:r>
    </w:p>
    <w:p>
      <w:r>
        <w:br/>
        <w:t>— Ні-ні. В а м я його не проміняю. Нізащо.</w:t>
      </w:r>
    </w:p>
    <w:p>
      <w:r>
        <w:br/>
        <w:t>Бородань примружив кам'яні очі і, перекосивши рота, сказав:</w:t>
      </w:r>
    </w:p>
    <w:p>
      <w:r>
        <w:br/>
        <w:t>— Поду-умаєш, яка цяця... Ва-ам! Ну, тоді пухни з голоду! — Видно, сукня йому подобалася.</w:t>
      </w:r>
    </w:p>
    <w:p>
      <w:r>
        <w:br/>
        <w:t>— Ходімте, хлопчики, проведете мене трошки, — сказала Наталя Миколаївна до Климка і Зульфата.</w:t>
      </w:r>
    </w:p>
    <w:p>
      <w:r>
        <w:br/>
        <w:t>Вони пішли геть від базару. А бородань перепитав у когось із натовпу:</w:t>
      </w:r>
    </w:p>
    <w:p>
      <w:r>
        <w:br/>
        <w:t>— Хто вона? Вчителька? — І погукав: — Ей ти, вчи-тельша!.. Горда! Іди сю...</w:t>
      </w:r>
    </w:p>
    <w:p>
      <w:r>
        <w:br/>
        <w:t>Він де встиг доказати, хутко присів на возі й затулив голову руками. Каменюка пролетіла понад ним і вдари лася об стіну аптеки. Натовп одсахнувся від воза, всі злякано дивилися на Наталю Миколаївну та хлопців, а Зульфат тремтів і кричав:</w:t>
      </w:r>
    </w:p>
    <w:p>
      <w:r>
        <w:br/>
        <w:t>— Я вб'ю його! Таких треба вбить! — Він ухопив грудку породи, прищулив очі й замахнувся вдруге...</w:t>
      </w:r>
    </w:p>
    <w:p>
      <w:r>
        <w:br/>
        <w:t>— Не смій, Зульфатеї — звеліла Наталя Миколаївна, а Климко перехопив товаришеву руку і сказав:</w:t>
      </w:r>
    </w:p>
    <w:p>
      <w:r>
        <w:br/>
        <w:t>— Не треба, Зуль, а то ще свого когось улучиш.</w:t>
      </w:r>
    </w:p>
    <w:p>
      <w:r>
        <w:br/>
        <w:t>— Іш, чому вона тих виродків навчила! — прохрипів бородань. — Вчи-и-ительша.— Він побачив, що небезпека вже минула, і знову випростався на возі. — Іш, чому навчила!</w:t>
      </w:r>
    </w:p>
    <w:p>
      <w:r>
        <w:br/>
        <w:t>Вони відійшли вже далеченько від базару, а Зульфат все ще тремтів, мов у пропасниці, і раз по раз люто озирався, блискаючи очима. Наталя Миколаївна легенько погладила його блідою, в синіх прожилочках рукою по чорній стриженій голові й сказала:</w:t>
      </w:r>
    </w:p>
    <w:p>
      <w:r>
        <w:br/>
        <w:t>— Ну годі-бо, Зульфате, заспокойся... Кармелючок мій милий. — Вона тихо, лагідно засміялася, і хлопці, мовби вони ждали знаку, теж заусміхалися. Тоді Клим ко нерішуче спитав:</w:t>
      </w:r>
    </w:p>
    <w:p>
      <w:r>
        <w:br/>
        <w:t>— А можна, ми подивимося на вашого маленького?</w:t>
      </w:r>
    </w:p>
    <w:p>
      <w:r>
        <w:br/>
        <w:t>— Маленьку... — На щоках у Наталі Миколаївни виступили ледь помітні блідо-рожеві троянди. — її звати Оля. — Вона трохи підняла косинчик бузкової сповивачки, і Климко з Зульфатом разом, зіткнувшись лобами, заглянули під той косинчик. Вони побачили маленьке-маленьке личко, біле, аж крейдяне, і щільно заплющені повіки, що здригалися від сонця, а губеняти, не червоні, а синюваті, ожинові, невпинно ворушилися, наче шукали щось.</w:t>
      </w:r>
    </w:p>
    <w:p>
      <w:r>
        <w:br/>
        <w:t>— Зараз, зараз... — промовила до личка Наталя Ми колаївна.</w:t>
      </w:r>
    </w:p>
    <w:p>
      <w:r>
        <w:br/>
        <w:t>Хлопці не зрозуміли, що означало те "зараз", лиш усміхалися: "Олю, О-олю!" — і причмокували губами.</w:t>
      </w:r>
    </w:p>
    <w:p>
      <w:r>
        <w:br/>
        <w:t>— Де ти живеш тепер, Климку? — Наталя Миколаївна сумно глянула Климкові в очі. — Я знаю, мені розказували про все, що тоді сталося, і... мені дуже хотілося... треба було тебе побачити, та Оля народилася. Саме в той день...</w:t>
      </w:r>
    </w:p>
    <w:p>
      <w:r>
        <w:br/>
        <w:t>Климко посумнішав, Зульфат теж похнюпив стрижену голову.</w:t>
      </w:r>
    </w:p>
    <w:p>
      <w:r>
        <w:br/>
        <w:t>— Ми зараз удвох із Зульфатом, — сказав Климко. — Додому до нього, правда, навідуємося щодня — води наносимо, вугілля навибираємо під териконом... Там тепер усі гребуться. І знову до мене. У ваговій живемо, на сортувальні. Де штибові кучугури, знаєте? Італійці туди ні разу й носа не поткнули! У нас там гарно, тепло, грубка є залізна, картопля... — Климко перезирнувся з Зульфатом. Той на мить заплющився, тоді швидко закивав головою. — Наталю Миколаївно... — Климко зупинився і подав учительці її трояндову сукню, яку досі ніс під полою дядькової діжурки. — Не треба вам нічого промінювати, а переходьте — це ми вас із Зульфатом удвох просимо, — переходьте жити до нас. Ми вам помагати будемо, маленьку глядітимемо...</w:t>
      </w:r>
    </w:p>
    <w:p>
      <w:r>
        <w:br/>
        <w:t>— Все помагать будем! — вигукнув Зульфат, зблиснувши на Наталю Миколаївну гарячими відданими очима. — А Олі я колиску принесу. У нас є. Залізна! Батько сам у депо зробив, як я оттакенький був. У кузні гнув, електрозваркою варив! Наталя Миколаївна всміхнулась і опустила очі: їй справді ніде було жити. Коли італійські солдати отаборилися в школі і вчинили там галасливий курячий бенкет (вони ламали парти, розкладали в шкільному саду вогнища і смалили над ними курей, з реготами й співами), Наталя Миколаївна з дитиною і чемоданом, у якому були одяг та дещиця сухарів, тихцем пішла із своєї кімнати у виселок і назад уже не повернулася, бо кімнату було пограбовано й затоптано брудними черевиками. Та й уся школа стала схожа на казарму, а в класах стояв нудотний дух курячої смалятини. Не те що жити — моторошно й жаль дивитися було на стареньку приземкувату школу з чорними, як синяки, вибитими вікнами...</w:t>
      </w:r>
    </w:p>
    <w:p>
      <w:r>
        <w:br/>
        <w:t>— Спасибі, — тихо мовила Наталя Миколаївна до хлопців і додала ще тихіше: — Я рада за вас, мої хлопчики, я просто щаслива...</w:t>
      </w:r>
    </w:p>
    <w:p>
      <w:r>
        <w:br/>
        <w:t>Климко і Зульфат упоралися швидко. Від полудня до вечора вони перенесли з кімнати Наталі Миколаївни все, що в ній було: ліжко, стільці, книги, розкидані по підлозі, етажерку, постіль (подушки були чомусь порізані, і з них віялося пір'я). Зостався тільки великий вазон у дерев'яній діжечці — розлога, з шовковим листям троянда. Хлопцям стало шкода кидати її саму, і вони вже смерком, щоб ніхто не бачив, обнявши бочонок з обох боків, спотикаючись і сапаючи, стаючи раз по раз перепочити, перенесли до вагової і троянду.</w:t>
      </w:r>
    </w:p>
    <w:p>
      <w:r>
        <w:br/>
        <w:t>Вже геть споночіло, коли Зульфат приправив колиску, надівши її сіткою на голову. Колиска була з усіх боків розцяцькована квітами з дроту і всякими дротяними кучериками. Фарба на ній, весела, голуба, деінде облущилася, і там виступила іржа, та коли Зульфат гойднув колиску пальцем, вона гойдалася довго, як маятник, сама, наче промовляла: "Дивіться, яка гожа я нянечка!"</w:t>
      </w:r>
    </w:p>
    <w:p>
      <w:r>
        <w:br/>
        <w:t>Слідом за Зульфатом прийшов і дідусь Гарєєв, низенький, сухоплечий, у ватяних штанях, вовняних шкарпетках і гостроносих шахтарських чунях. Дідусь приніс торбинку сухарів і, торохтячи ними, поклав на столі, а сам пішов до порога, щоб там сісти. Зульфат поспішив за ним слідом і підставив стілець. Дідусь зіперся руками й грудьми на ціпок і мовчки дивився, як Наталя Ми колаївна, маленька, з рожевим у сяйві од "буржуйки" волоссям на плечі, поїть дитину чаєм з пляшечки.</w:t>
      </w:r>
    </w:p>
    <w:p>
      <w:r>
        <w:br/>
        <w:t>— Тобі тут буде хорошо, Наташ Миколавна. Можна жит!.. Ай-я-яй... Маленькому — чай! Не годиться. Маленькому молоко давай. Старому чай, кості гріть. Да-а... Німець хитрий! Сам пішов на Ростов, там є що кушат. Сюди послав італьянів — тут нічого кушат! — Він хрипко засміявся. Тоді кивнув сивою стриженою головою на сухарі: — Нестандартний сухар. Хліб нестандартний — сухар нестандартний. Вийняв з печі хліб, узяв буханка, верхушка раз — одпала. Без верхушка буханка нестандартний. Брак. А хліб не буває брак. Хліб ніколи не брак... Да-а, можна жит! Молодим жит, старим — туди! — і постукав костуром по підлозі. — Сухар економить!</w:t>
      </w:r>
    </w:p>
    <w:p>
      <w:r>
        <w:br/>
        <w:t>— Не кажи так! — сердито крикнув Зульфат.</w:t>
      </w:r>
    </w:p>
    <w:p>
      <w:r>
        <w:br/>
        <w:t>— Мовч! — іще сердитіше цитькнув на нього дідусь Гарєєв.</w:t>
      </w:r>
    </w:p>
    <w:p>
      <w:r>
        <w:br/>
        <w:t>Він посидів ще, покивав головою своїм думкам, потім устав і зімружено подивився в личко немовляти на руках у Наталі Миколаївни.</w:t>
      </w:r>
    </w:p>
    <w:p>
      <w:r>
        <w:br/>
        <w:t>— Молока треба! — сказав суворо.</w:t>
      </w:r>
    </w:p>
    <w:p>
      <w:r>
        <w:br/>
        <w:t>Наталя Миколаївна подивилася на нього винуватими очима:</w:t>
      </w:r>
    </w:p>
    <w:p>
      <w:r>
        <w:br/>
        <w:t>— Немає... Не стало, Муса Шафарович...</w:t>
      </w:r>
    </w:p>
    <w:p>
      <w:r>
        <w:br/>
        <w:t>Дідусь Гарєєв обернувся до Зульфата, тицьнув у нього костуром:</w:t>
      </w:r>
    </w:p>
    <w:p>
      <w:r>
        <w:br/>
        <w:t>— Підеш на Лобовку до Файзуліних. Там є молоко.</w:t>
      </w:r>
    </w:p>
    <w:p>
      <w:r>
        <w:br/>
        <w:t>— Зараз? — підхопився Зульфат.</w:t>
      </w:r>
    </w:p>
    <w:p>
      <w:r>
        <w:br/>
        <w:t>— Завтра, — сказав дідусь.</w:t>
      </w:r>
    </w:p>
    <w:p>
      <w:r>
        <w:br/>
        <w:t>— Ні-ні, я вас прошу: не треба, не турбуйтеся, — благально мовила Наталя Миколаївна.</w:t>
      </w:r>
    </w:p>
    <w:p>
      <w:r>
        <w:br/>
        <w:t>— Мовч! — сердито, як і на Зульфата, сказав їй дідусь Гарєєв, і хлопцям стало від цього ніяково перед Наталею Миколаївною, а вона лише усміхнулася, схилившись над дитиною.</w:t>
      </w:r>
    </w:p>
    <w:p>
      <w:r>
        <w:br/>
        <w:t>Дідусь Гарєєв, не попрощавшись, рипнув дверима, кивнувши, щоб ішов за ним і Зульфат.</w:t>
      </w:r>
    </w:p>
    <w:p>
      <w:r>
        <w:br/>
        <w:t>Климко догнав їх уже за штибовими купами. В пітьмі біліла і похитувалася голова дідуся Гарєєва (він ходив швидко); Зульфат чимчикував поруч, як невидимка. Климко смикнув його за рукав, і вони трохи відстали.</w:t>
      </w:r>
    </w:p>
    <w:p>
      <w:r>
        <w:br/>
        <w:t>— Знаєш, що я придумав, Зульф, — збуджено сказав Климко. — Я піду по сіль. Зульфат зупинився.</w:t>
      </w:r>
    </w:p>
    <w:p>
      <w:r>
        <w:br/>
        <w:t>— Куди?</w:t>
      </w:r>
    </w:p>
    <w:p>
      <w:r>
        <w:br/>
        <w:t>— У Слов'янськ. Чув, як отой мурло бородатий на базарі казав: "Сіль слов'янська, біла?" А це ж недалеко. Дядя Кирило туди часто ешелони водив. Уранці поїхав — увечері вже дома... — І зашепотів квапливо, щоб Зульфат не перебив його: — Що, що в нас картоплі є трохи та сала? Цього хоч би на два місяці хватило. А скоро зима. Зараз, коли тепло, треба йти. Харчів наміняємо по дорозі назад, молока, може...</w:t>
      </w:r>
    </w:p>
    <w:p>
      <w:r>
        <w:br/>
        <w:t>— Сам не підеш, — уперто сказав Зульфат. — Я теж з тобою.</w:t>
      </w:r>
    </w:p>
    <w:p>
      <w:r>
        <w:br/>
        <w:t>— А по молоко в Лобовку? А дома, з малими хто буде, з дідусем? А з Наталею Миколаївною? Обіцяли помагати, а самі втекли. Та тебе й не пустять. А мене держати нікому...</w:t>
      </w:r>
    </w:p>
    <w:p>
      <w:r>
        <w:br/>
        <w:t>— Не пустять, — погодився Зульфат.</w:t>
      </w:r>
    </w:p>
    <w:p>
      <w:r>
        <w:br/>
        <w:t>На прощання він сказав:</w:t>
      </w:r>
    </w:p>
    <w:p>
      <w:r>
        <w:br/>
        <w:t>— Завтра?</w:t>
      </w:r>
    </w:p>
    <w:p>
      <w:r>
        <w:br/>
        <w:t>— Вдосвіта, поки ще спатимуть, — сказав Климко. — А ти потім розповіси Наталі Миколаївні, куди я подався.</w:t>
      </w:r>
    </w:p>
    <w:p>
      <w:r>
        <w:br/>
        <w:t>Зульфат міцно вхопив Климка за плечі, притяг до себе і довго держав так. Потім гаряче зашепотів на вухо:</w:t>
      </w:r>
    </w:p>
    <w:p>
      <w:r>
        <w:br/>
        <w:t>— Хочеш, я тобі італійський кинджал на дорогу дам? Хочеш?</w:t>
      </w:r>
    </w:p>
    <w:p>
      <w:r>
        <w:br/>
        <w:t>— Поцупив? — здивувався Климко.</w:t>
      </w:r>
    </w:p>
    <w:p>
      <w:r>
        <w:br/>
        <w:t>— Ні. Виміняв на четверо яєць. Вони за їжу і карабіни проміняли б! Я знаю.</w:t>
      </w:r>
    </w:p>
    <w:p>
      <w:r>
        <w:br/>
        <w:t>— Не треба кинджала, — сказав Климко. — Так піду. Хто мене займе?..</w:t>
      </w:r>
    </w:p>
    <w:p>
      <w:r>
        <w:br/>
        <w:t>Він прокинувся дуже рано. Між кучугурами ще тільки-но почало сіріти. Наталя Миколаївна спала, згорнувшись клубочком-</w:t>
      </w:r>
    </w:p>
    <w:p>
      <w:r>
        <w:br/>
        <w:t>Біля неї тулилася Оля. Вона майже цілу ніч поплакувала, а тепер спала міцно, і щоки їй узялися ледь помітним сонним рум'янцем.</w:t>
      </w:r>
    </w:p>
    <w:p>
      <w:r>
        <w:br/>
        <w:t>Климко тихо підсипав у "буржуйку" вугілля (він і вночі вставав підсипати, як звик те робити, ще живучи в бараці з дядьком Кирилом), узяв чистий зошит, олівець і написав:</w:t>
      </w:r>
    </w:p>
    <w:p>
      <w:r>
        <w:br/>
        <w:t>"Наталю Миколаївно! Я пішов. Зульфат вам усе розкаже. Я скоро вернуся. Клим".</w:t>
      </w:r>
    </w:p>
    <w:p>
      <w:r>
        <w:br/>
        <w:t>Він навшпиньки викрався з вагової, вдихнув досвітнього степового повітря, немовби води з криниці випив, і подався у виселок до Бочонка.</w:t>
      </w:r>
    </w:p>
    <w:p>
      <w:r>
        <w:br/>
        <w:t>...Над баштаном і куренем стояв молочний надщерб лений місяць. Була вже північ. Климко ворушився в соломі і кашляв до сліз, що заливали й холодили йому щоки.</w:t>
      </w:r>
    </w:p>
    <w:p>
      <w:r>
        <w:br/>
        <w:t>Він утирався сонний і знову засипав. І знову кашляв.</w:t>
      </w:r>
    </w:p>
    <w:p>
      <w:r>
        <w:br/>
        <w:t>А на баштанищі то тут, то там блищали холодною росою кавунчата. Тої ночі кінчився вересень і почався жовтень.</w:t>
      </w:r>
    </w:p>
    <w:p>
      <w:r>
        <w:br/>
        <w:t>РОЗДІЛ IV</w:t>
      </w:r>
    </w:p>
    <w:p>
      <w:r>
        <w:br/>
        <w:t>Він устав разом із сонцем. Довго кашляв, сидячи в солом'яній постелі і туго обіпнувшись рябою плащ-палаткою. Тіло йому охопила гаряча млость, в очах плавали жовті плями, і від того здавалося, що й надворі теж жовто.</w:t>
      </w:r>
    </w:p>
    <w:p>
      <w:r>
        <w:br/>
        <w:t>"Ще захворію", — подумав Климко. І злякався: що тоді? Були б оце сірники або хоч кресало, розпалив би солом'яне вогнище, зогрівся, картоплі напік. Може, після гарячого й полегшало б. Хоч їсти йому не хотілося.</w:t>
      </w:r>
    </w:p>
    <w:p>
      <w:r>
        <w:br/>
        <w:t>Дістав з торби галети, подержав у руках — просто так, аби знати, що вони є, — і поклав назад. "Хай, пригодяться". — І знову тяжко закашлявся.</w:t>
      </w:r>
    </w:p>
    <w:p>
      <w:r>
        <w:br/>
        <w:t>В очах бриніли сльози, бриніла сиза роса на бур'янах та кавунячому огудинні, а руки так трусилися, що він міцно сплів їх пальцями і затис між коліньми.</w:t>
      </w:r>
    </w:p>
    <w:p>
      <w:r>
        <w:br/>
        <w:t>"Треба швидше йти. Там хоч люди".</w:t>
      </w:r>
    </w:p>
    <w:p>
      <w:r>
        <w:br/>
        <w:t>Климко підвівся — ноги одразу загули і налилися гарячим, — похитнувся, але не впав і не сів знову, а, тримаючись обома руками за куренів дашок, виступив на двір. Земля була холодна. Сяяло сонце, гралося з росою у блискітки — хто кого переблищить — і зовсім не гріло. З рота йшла крута пара. Климко й кашляв парою, і тремтів, тримаючись руками за курінь. Ні, по такій холоднющій землі далеко не зайдеш, хоча й близько вже: оно воно, місто, і за ним гори з рожевими вершечками — рукою наче дістав би.</w:t>
      </w:r>
    </w:p>
    <w:p>
      <w:r>
        <w:br/>
        <w:t>Климко повернувся до куреня, узяв плащ-палатку і, зціпивши од напруги зуби, одірвав од неї чималий клапоть. Потім розірвав його ще навпіл — і вийшло дві онучі.</w:t>
      </w:r>
    </w:p>
    <w:p>
      <w:r>
        <w:br/>
        <w:t>"Однаково холодно буде, як намокнуть", — подумав Климко.</w:t>
      </w:r>
    </w:p>
    <w:p>
      <w:r>
        <w:br/>
        <w:t>Навибирав, де цілішої, сухої соломи, поробив товстенькі устілки і примірив їх до ступні, щоб ні великі були, ні малі. Потім туго обмотав ноги разом з вустілками плащ-палатяними клаптями і позав'язував кінці вище кісточок. Підвівся, обійшов довкола куреня — ступалося у новій взувачці легко і м'яко — і сказав сам собі, як дід Гарєєв:</w:t>
      </w:r>
    </w:p>
    <w:p>
      <w:r>
        <w:br/>
        <w:t>— Можна жить!</w:t>
      </w:r>
    </w:p>
    <w:p>
      <w:r>
        <w:br/>
        <w:t>Він ще посидів у курені, перепочив трохи на дорогу, взяв на плечі торбу і пішов до шляху, раз по раз корчачись від вибухів кашлю.</w:t>
      </w:r>
    </w:p>
    <w:p>
      <w:r>
        <w:br/>
        <w:t>Йшов і розмірковував, що робити далі: чи податися одразу просто в гори по сіль, а чи зайти в місто на базар і спробувати Бочонкові гроші. Той жмуток тридцяток, п'ятнадцять червоних цупких папірців, що дав йому аптекар, як поховали дядька Кирила, лежав у нього в спідній кишені діжурки. Щоб не загубити його, Климко заколов кишеню мідною дротиною і закрутив її. Можна й спробувати. Адже солі тут, мабуть, стільки, що за так бери. Якщо гроші — безцінь, то й сіль не дорожча.</w:t>
      </w:r>
    </w:p>
    <w:p>
      <w:r>
        <w:br/>
        <w:t>"Спробую", — порішив Климко і пішов швидше.</w:t>
      </w:r>
    </w:p>
    <w:p>
      <w:r>
        <w:br/>
        <w:t>Місто починалося такими ж будиночками в садах, як і в звичайному висілку. На парканах коло хвірток висіли дерев'яні поштові скриньки з дашками від дощу. Всі вони були порожні... Вицвірінькували горобці, підплигуючи на цегляних тротуарах. По одному паркану ходив рудий кіт і мружився на сонце зеленими очима.</w:t>
      </w:r>
    </w:p>
    <w:p>
      <w:r>
        <w:br/>
        <w:t>Віконниці в будиночках було позачиняно, — може, тому, що рано, а може, від вулиці їх і вдень не одчиняли.</w:t>
      </w:r>
    </w:p>
    <w:p>
      <w:r>
        <w:br/>
        <w:t>Климко йшов іржавою трамвайною колією, переступаючи із шпали на шпалу. Взувачку свою він зняв ще край міста — незручно якось тупцяти в онучах, подумають: старець.</w:t>
      </w:r>
    </w:p>
    <w:p>
      <w:r>
        <w:br/>
        <w:t>Людей траплялося мало. Скрипне хвіртка, висунеться з неї дитяча голівка, стригне очима по вулиці: оно якийсь вурка йде з торбою за плечима, худий, брудний, босий, а великі сині очі, червоні по білках, так і нишпорять... Хлоп — зачинилася хвіртка.</w:t>
      </w:r>
    </w:p>
    <w:p>
      <w:r>
        <w:br/>
        <w:t>— Ей, хлопчику чи дівчинко! — гукне Климко. — Як до базару йти — не знаєш?</w:t>
      </w:r>
    </w:p>
    <w:p>
      <w:r>
        <w:br/>
        <w:t>Тихо за хвірткою, тільки чути, що сопе. Тоді: туп-туп-туп до хати — втекло.</w:t>
      </w:r>
    </w:p>
    <w:p>
      <w:r>
        <w:br/>
        <w:t>"Що за люди?" — зітхає Климко і, покашлюючи, йде далі.</w:t>
      </w:r>
    </w:p>
    <w:p>
      <w:r>
        <w:br/>
        <w:t>Почалися будинки довші й вищі, — у три, чотири, п'ять поверхів. Вони були сірі й мовчазні, ніби ніхто в них і не жив. Але людей побільшало. І всі вони — з тачками, клунками, вузлами — сунули в одну вулицю. Біженці, чи місцеві, не розбереш. Климко пішов за ними і скоро побачив базар. Він починався старцями, що густо сиділи й стояли попід вицвілим зеленим парканом. Були тут зрячі й сліпі, безногі, безрукі, старі й молоді. Кухлики, картузи, пелени, простягнуті коритцем жмені...</w:t>
      </w:r>
    </w:p>
    <w:p>
      <w:r>
        <w:br/>
        <w:t>— Пода-айте... подайте... подайте... — линуло понад парканом, як одна й та сама скорботна і жалібна пісня,</w:t>
      </w:r>
    </w:p>
    <w:p>
      <w:r>
        <w:br/>
        <w:t>— Ану ке-лиш, сестрице, не проходь мимо, огляньсь на свого бррата і подай йому рруку! — вимогливо гукав якийсь молодий дядько без ноги. Очі в нього були недобрі, пекучо поблискували в усі боки.</w:t>
      </w:r>
    </w:p>
    <w:p>
      <w:r>
        <w:br/>
        <w:t>Дзень, дзень, дзень... — падали в кухлики монети.</w:t>
      </w:r>
    </w:p>
    <w:p>
      <w:r>
        <w:br/>
        <w:t>— Спасибі, дитино, дай тобі боже діждатися мужа чи брата.</w:t>
      </w:r>
    </w:p>
    <w:p>
      <w:r>
        <w:br/>
        <w:t>— Ти, стара, проси, та не забалакуйся, бо через тебе й нас поліція загребе?</w:t>
      </w:r>
    </w:p>
    <w:p>
      <w:r>
        <w:br/>
        <w:t>— А що я таке сказала?..</w:t>
      </w:r>
    </w:p>
    <w:p>
      <w:r>
        <w:br/>
        <w:t>— Що, що... Чуємо, не глухі.</w:t>
      </w:r>
    </w:p>
    <w:p>
      <w:r>
        <w:br/>
        <w:t>Климко зупинився коло старої-престарої бабусі, яка гомоніла до перехожих тихим немічним голоском, але не жалібно, а так, ніби казку вела:</w:t>
      </w:r>
    </w:p>
    <w:p>
      <w:r>
        <w:br/>
        <w:t>— Прийшла неміч, люди добрі. Оце дивіться на мене та й побачите, яка вона, тая неміч. Кажу земельці: розступися, забери стару... А вона не розступається. Прошу-прошу — не хоче й квит... — В пелені у бабусі лежало три картоплини, дрібна цибулинка і з десяток гривеників. Бабуся подивилася на Клима вологими вилинялими очима й сказала: — Іди, іди хлопчику, це я не тобі розказую...</w:t>
      </w:r>
    </w:p>
    <w:p>
      <w:r>
        <w:br/>
        <w:t>Климко видлубав з кишені одну тридцятку і поклав бабусі у пелену, а сам швидко пішов геть.</w:t>
      </w:r>
    </w:p>
    <w:p>
      <w:r>
        <w:br/>
        <w:t>Над містом високо в небі прогули густі косинці ні мецьких бомбовозів, — може, з півсотні чи й більше. Во ни блищали проти сонця, як скляні. Старці принишкли, всі, навіть сліпі, попіднімали голови і тривожно питалися у зрячих сусідів:</w:t>
      </w:r>
    </w:p>
    <w:p>
      <w:r>
        <w:br/>
        <w:t>— Багато?</w:t>
      </w:r>
    </w:p>
    <w:p>
      <w:r>
        <w:br/>
        <w:t>— Багато...</w:t>
      </w:r>
    </w:p>
    <w:p>
      <w:r>
        <w:br/>
        <w:t>На базарі теж запала тиша. Тільки з-під розламаного ларка при базарних воротах чийсь тонюній голос (були до війни морожениці з такими голосами, згадав Климко) набридливо скиглив:</w:t>
      </w:r>
    </w:p>
    <w:p>
      <w:r>
        <w:br/>
        <w:t>— А хто ще желающі-інтересующі погадать? Зіночка гадає, що кого ожидає... Климко підійшов до ворожки і став навпроти, гріючи ноги в теплій на осонні пилюзі. Жінка сиділа на стільчику, тримаючи в пелені довгий, як пенал, ящичок, набитий засмальцьованими папірцями. З-під поли в неї визирала Зіночка — дрібненьке, схоже на пацюка звірятко в білих і жовтих латочках. Очиці у звірятка були маленькі й хитрі.</w:t>
      </w:r>
    </w:p>
    <w:p>
      <w:r>
        <w:br/>
        <w:t>Климко торкнув Зіночку пальцем за писок і всміхнувся:</w:t>
      </w:r>
    </w:p>
    <w:p>
      <w:r>
        <w:br/>
        <w:t>— Чого тобі? — сердито спитала ворожка. Щоки в неї були товсті, червоні, в густих синіх прожилках. Говорила вона, на превеликий Климків подив, басом.</w:t>
      </w:r>
    </w:p>
    <w:p>
      <w:r>
        <w:br/>
        <w:t>— Нічого... — сказав Климко. — А ви за галети німецькі ворожите? Або за картоплю?</w:t>
      </w:r>
    </w:p>
    <w:p>
      <w:r>
        <w:br/>
        <w:t>— Покажи.</w:t>
      </w:r>
    </w:p>
    <w:p>
      <w:r>
        <w:br/>
        <w:t>Климко поставив торбу в пилюгу і витяг жменю картоплі.</w:t>
      </w:r>
    </w:p>
    <w:p>
      <w:r>
        <w:br/>
        <w:t>— Дрібна, — сказала ворожка. — За таку — ні. Галетам вона зраділа:</w:t>
      </w:r>
    </w:p>
    <w:p>
      <w:r>
        <w:br/>
        <w:t>— О! Буде до чайку! — І наказала звіряткові: — Зіночка, работай!</w:t>
      </w:r>
    </w:p>
    <w:p>
      <w:r>
        <w:br/>
        <w:t>Звіряті прудко скікнуло до ящичка, принюхалося, пирхнуло і висмикнуло зубами один папірець, списаний нерівним первацьким почерком.</w:t>
      </w:r>
    </w:p>
    <w:p>
      <w:r>
        <w:br/>
        <w:t>"По ранєй дорогі вам пристоїть свіданя з мужом", — прочитав Климко.</w:t>
      </w:r>
    </w:p>
    <w:p>
      <w:r>
        <w:br/>
        <w:t>— Це не мені, це — жінкам, — сказав він, подаючи ворожці папірець.</w:t>
      </w:r>
    </w:p>
    <w:p>
      <w:r>
        <w:br/>
        <w:t>Але вона, мовби враз оглухнувши, навіть не глянула на Климка, а забрала Зіночку під полу і, розгойдуючись на стільчику, заскиглила противним тонесеньким голосом:</w:t>
      </w:r>
    </w:p>
    <w:p>
      <w:r>
        <w:br/>
        <w:t>— А ще хто желающі-інтересующі погадать?.. Климко вже хотів був іти далі, як з-поза ларка вивернувся дядько з червоною подряпиною від носа до вуха і хрипко спитав у ворожки:</w:t>
      </w:r>
    </w:p>
    <w:p>
      <w:r>
        <w:br/>
        <w:t>— Ну, як сьогодні з клієнтом?</w:t>
      </w:r>
    </w:p>
    <w:p>
      <w:r>
        <w:br/>
        <w:t>— Слабо, — сердито, басом прогула власниця Зіночки.</w:t>
      </w:r>
    </w:p>
    <w:p>
      <w:r>
        <w:br/>
        <w:t>— Пр-ровіримо! — сказав дядько, мовби нахваляю чись на когось, вихопив з-за пазухи гарненьку зелену пташку з круто зігнутим дзьобом, посадив її на мізинець і, стрельнувши довкола прискаленим оком, весело гук нув:</w:t>
      </w:r>
    </w:p>
    <w:p>
      <w:r>
        <w:br/>
        <w:t>— Евстрррелійський папуга!! Виддає предсказания— в око ліпить! Од-дин раз удовольство— сім літ продовольство! Ну, навались!!! Не може буть, сказав Суворов, щоб Чортов міст не перейшли! Хто перший — першому безплатно!..</w:t>
      </w:r>
    </w:p>
    <w:p>
      <w:r>
        <w:br/>
        <w:t>— А хто ще желающі-інтересующі... — хотіла перебити його ворожка, але дядько з папугою накрив її голос:</w:t>
      </w:r>
    </w:p>
    <w:p>
      <w:r>
        <w:br/>
        <w:t>— Н-ну, р-разом, не товпись, по порядку становись!</w:t>
      </w:r>
    </w:p>
    <w:p>
      <w:r>
        <w:br/>
        <w:t>Климко засміявся і закашлявся, дивлячись на дядька з папугою: видно ж, що одірви й покинь! І раптом подумав: "Чого ж оце я граюся тут? Хіба за цим сюди йшов?" Він замашно стукнув себе кулаком по лобі, як це робив Зульфат, коли хотів покарати сам себе, і пішов у ряди.</w:t>
      </w:r>
    </w:p>
    <w:p>
      <w:r>
        <w:br/>
        <w:t>За сірими, вицвілими на сонці прилавками сиділи і стояли жінки і дідусі й неголосно, сторожко озираючись на всі боки, припрошували до своїх товарів. Тут були старі, побиті шашіллю ікони і в них — боги під склом серед барвистих воскових квітів: мідні, поначищувані каблучки і серги; товсті давні книги; червоні намиста з дукачами — і знову ікони, старіші й новіші, в оправах і без оправ, але боги на них були схожі один на одного, як брати, і всі дивилися сумними очима не на людей, а поверх них.</w:t>
      </w:r>
    </w:p>
    <w:p>
      <w:r>
        <w:br/>
        <w:t>Далі йшли прилавки, заставлені мисочками з житом, кукурудзою, просом; біліли склянки з борошном, содою, вологою сіллю ("Ось вона!" — зрадів Климко); стояли клунки з картоплею, капустою, буряками. І все це добро не продавалося, а мінялося на одежу, гас, мило, сірники...</w:t>
      </w:r>
    </w:p>
    <w:p>
      <w:r>
        <w:br/>
        <w:t>"Видно, й тут гроші не нужні нікому", — подумав Климко, відчуваючи страх: нічого він тут не добуде...</w:t>
      </w:r>
    </w:p>
    <w:p>
      <w:r>
        <w:br/>
        <w:t>Люди торгувалися не весело, як було до війни, а з якоюсь похмурою настирливістю, наче бороли один одного і ніяк не могли побороти:</w:t>
      </w:r>
    </w:p>
    <w:p>
      <w:r>
        <w:br/>
        <w:t>— Скільки ж ви даєте?</w:t>
      </w:r>
    </w:p>
    <w:p>
      <w:r>
        <w:br/>
        <w:t>— П'ять кухлів.</w:t>
      </w:r>
    </w:p>
    <w:p>
      <w:r>
        <w:br/>
        <w:t>— Так спідниця ж — подивіться!</w:t>
      </w:r>
    </w:p>
    <w:p>
      <w:r>
        <w:br/>
        <w:t>— Як хочете, не силую.</w:t>
      </w:r>
    </w:p>
    <w:p>
      <w:r>
        <w:br/>
        <w:t>— Шість!</w:t>
      </w:r>
    </w:p>
    <w:p>
      <w:r>
        <w:br/>
        <w:t>— Нє-є...</w:t>
      </w:r>
    </w:p>
    <w:p>
      <w:r>
        <w:br/>
        <w:t>— Дитину хвору в Полтаву на тачці везу...</w:t>
      </w:r>
    </w:p>
    <w:p>
      <w:r>
        <w:br/>
        <w:t>— Ну то давайте вже.</w:t>
      </w:r>
    </w:p>
    <w:p>
      <w:r>
        <w:br/>
        <w:t>— Запальнички, замки, кресала, губка, кремінь!</w:t>
      </w:r>
    </w:p>
    <w:p>
      <w:r>
        <w:br/>
        <w:t>— ...А воно ж на ваті чи на клоччі?</w:t>
      </w:r>
    </w:p>
    <w:p>
      <w:r>
        <w:br/>
        <w:t>— Що ви, що ви, дядечку! Осьдечки, дивіться: вата.</w:t>
      </w:r>
    </w:p>
    <w:p>
      <w:r>
        <w:br/>
        <w:t>— Півпуда.</w:t>
      </w:r>
    </w:p>
    <w:p>
      <w:r>
        <w:br/>
        <w:t>— Скільки?!!</w:t>
      </w:r>
    </w:p>
    <w:p>
      <w:r>
        <w:br/>
        <w:t>— Сіль-крупка! Печатне мило загряничне! Тільки за марки!</w:t>
      </w:r>
    </w:p>
    <w:p>
      <w:r>
        <w:br/>
        <w:t>— ...То дійдемося ми з вами?</w:t>
      </w:r>
    </w:p>
    <w:p>
      <w:r>
        <w:br/>
        <w:t>— Хіба що на тому світі.</w:t>
      </w:r>
    </w:p>
    <w:p>
      <w:r>
        <w:br/>
        <w:t>— Ну й люди ж! Наче до війни таких не було.</w:t>
      </w:r>
    </w:p>
    <w:p>
      <w:r>
        <w:br/>
        <w:t>— Біда наплодила...</w:t>
      </w:r>
    </w:p>
    <w:p>
      <w:r>
        <w:br/>
        <w:t>Ряди скінчилися. Далі було засмічене токовисько, а за ним, коло магазинів з потрощеними вітринами, стояли люди з тачками. Климко пішов ще туди.</w:t>
      </w:r>
    </w:p>
    <w:p>
      <w:r>
        <w:br/>
        <w:t>"Якщо і там не візьмуть гроші, тоді — в гори".</w:t>
      </w:r>
    </w:p>
    <w:p>
      <w:r>
        <w:br/>
        <w:t>Біля крайньої тачки на дерев'яних колесах стояла дівчина, з напуском на очі зап'ята старенькою чорною хустиною. Вона тримала в руках чепурно, квітка до квітки складений букет чорнобривців. На плечах у неї була ще одна хустка — велика, у веселих червоних та зелених квітах, а темно-вишневі шовкові китиці ледь не торкалися землі. Щоки у дівчини були перепнуті по-старечому, навкіс, як у хворої на зуби, а маленькі тонкі пальці, що тримали квіти, тремтливо перебирали зелені стебельця.</w:t>
      </w:r>
    </w:p>
    <w:p>
      <w:r>
        <w:br/>
        <w:t>— Купіть мою хустку. Дивіться, яка ловка... — тихим голосом так лагідно і боязко просила дівчина, що Климко зупинився біля неї. — Я й чорнобривців на додачу ще дам... Купіть мою хустку...</w:t>
      </w:r>
    </w:p>
    <w:p>
      <w:r>
        <w:br/>
        <w:t>Климко пом'явся, переступаючи з ноги на ногу, і сказав:</w:t>
      </w:r>
    </w:p>
    <w:p>
      <w:r>
        <w:br/>
        <w:t>— Чудна ви. Кому ж вони зараз нужні, чорнобривці оті?</w:t>
      </w:r>
    </w:p>
    <w:p>
      <w:r>
        <w:br/>
        <w:t>Дівчина сполохано глянула на нього темними затіненими очима і швидко вп'ялася пальцями в квітчасту хустку.</w:t>
      </w:r>
    </w:p>
    <w:p>
      <w:r>
        <w:br/>
        <w:t>— Та ви мене не бійтесь, — усміхнувся Климко і згадав, що він сьогодні не вмивався. — Я не вурка, я по сіль сюди прийшов...</w:t>
      </w:r>
    </w:p>
    <w:p>
      <w:r>
        <w:br/>
        <w:t>Дівчина одвернулася і стояла мовчки.</w:t>
      </w:r>
    </w:p>
    <w:p>
      <w:r>
        <w:br/>
        <w:t>— Ото хлопець тобі правду каже, — озвався з-під магазину якийсь дядько. — Ти б поставила отуто коло мене тачку, пішла в ряди й виміняла, чого тобі треба. А то — "чорнобривці"...</w:t>
      </w:r>
    </w:p>
    <w:p>
      <w:r>
        <w:br/>
        <w:t>Дівчина так само наполохано, як і на Климка, подивилася на нього.</w:t>
      </w:r>
    </w:p>
    <w:p>
      <w:r>
        <w:br/>
        <w:t>Дядько сидів просто на землі, обгорнувши ноги старою сукняною ковдрою. На скронях йому густо висіялася кучерява розсадка сивини, а лице було все в зморшках. І в кожній зморшці, здавалося Климкові, чаїлася добра лагідна усмішка. Перед дядьком двома рівними рядочками стояли прорезинені тапочки — великі, й малі, і зовсім манюні, на дитину. Видно, він був швець і сам їх понашивав.</w:t>
      </w:r>
    </w:p>
    <w:p>
      <w:r>
        <w:br/>
        <w:t>Швець поманив Климка пальцем:</w:t>
      </w:r>
    </w:p>
    <w:p>
      <w:r>
        <w:br/>
        <w:t>— Здалеку йдеш чи тутешній? — спитав.</w:t>
      </w:r>
    </w:p>
    <w:p>
      <w:r>
        <w:br/>
        <w:t>3 Донбасу я, — сказав Климко.</w:t>
      </w:r>
    </w:p>
    <w:p>
      <w:r>
        <w:br/>
        <w:t>— А-а! Землячок... По сіль, кажеш?</w:t>
      </w:r>
    </w:p>
    <w:p>
      <w:r>
        <w:br/>
        <w:t>Климко кивнув.</w:t>
      </w:r>
    </w:p>
    <w:p>
      <w:r>
        <w:br/>
        <w:t>— А що ж у тебе на сіль?</w:t>
      </w:r>
    </w:p>
    <w:p>
      <w:r>
        <w:br/>
        <w:t>— Торбинка осьо, — Климко зняв з плеча торбу.</w:t>
      </w:r>
    </w:p>
    <w:p>
      <w:r>
        <w:br/>
        <w:t>— Ні, — усміхнувся швець, і кожна його зморшка теж усміхнулася. — Я питаю, на що міняєш чи купуєш. Одежа якась путня є чи, може, марки?</w:t>
      </w:r>
    </w:p>
    <w:p>
      <w:r>
        <w:br/>
        <w:t>— Такого нема, — зітхнув Климко, розглядаючи тапочки ("Чи не спробувати вимінять"?). — Гроші довоєнні є, так за них нічого не продають. Треба йти в гори, туди, — він махнув рукою, — там я й даром наберу. Так же?</w:t>
      </w:r>
    </w:p>
    <w:p>
      <w:r>
        <w:br/>
        <w:t>— А чого ж босий?</w:t>
      </w:r>
    </w:p>
    <w:p>
      <w:r>
        <w:br/>
        <w:t>— Щоб легше на ноги... — Климко ледь скривив губи, пробуючи усміхнутись. — Картопля в мене ще є. То, мо же б, ви проміняли взувачку на неї? Дрібнувата, правда...</w:t>
      </w:r>
    </w:p>
    <w:p>
      <w:r>
        <w:br/>
        <w:t>— Візьми приміряй.</w:t>
      </w:r>
    </w:p>
    <w:p>
      <w:r>
        <w:br/>
        <w:t>Климко привзув тапочки. Ногам одраау стало затишно.</w:t>
      </w:r>
    </w:p>
    <w:p>
      <w:r>
        <w:br/>
        <w:t>— Більші бери, щоб онуча влізла, — порадив швець. Климко послухав його, взув більші й заходився розв'язувати торбу.</w:t>
      </w:r>
    </w:p>
    <w:p>
      <w:r>
        <w:br/>
        <w:t>— Не треба, — сказав швець. — Носи собі, раз уже ти землячок...</w:t>
      </w:r>
    </w:p>
    <w:p>
      <w:r>
        <w:br/>
        <w:t>Він скрутив цигарку, припалив од саморобної, з патрона, запальнички і сказав, огортаючись димом:</w:t>
      </w:r>
    </w:p>
    <w:p>
      <w:r>
        <w:br/>
        <w:t>— А сіль ти, синок, проминув. Кілометрів п'ятдесят зайвих пройшов. Сіль — це біла Артемівська. Чув? (Климко чув і навіть бачив це місто здалеку днів три тому). Так ото біля нього станція така є, називається вона Сіль. Там сіль. А тут що — крейда, сода, вода солона в озерах є, але ж у торбу її не набереш... Проминув ти, брат, сіль.</w:t>
      </w:r>
    </w:p>
    <w:p>
      <w:r>
        <w:br/>
        <w:t>Климка обсипало колючим жарком, а ноги потерпли і знемоглися, як після цілоденної ходьби. Він сів на проломлений дощаний ґанок і мовчав, стиснувши долонями щоки.</w:t>
      </w:r>
    </w:p>
    <w:p>
      <w:r>
        <w:br/>
        <w:t>— Що ж... треба вертатися, — насилу вимовив він, похлинувся клубком, що стояв йому в горлі, і закашлявся.</w:t>
      </w:r>
    </w:p>
    <w:p>
      <w:r>
        <w:br/>
        <w:t>— О, як тебе пробрало. — Швець поклав на плече Климкові велику руку, подзьобану вугільними скалками, наче покроплену синькою. — Нічого, не скисай, щось придумаємо.</w:t>
      </w:r>
    </w:p>
    <w:p>
      <w:r>
        <w:br/>
        <w:t>З-за магазину вихопилося два поліцаї в чорному, з карабінами за плечима і плоскими німецькими багнетами при боці. Вони підійшли до дівчини з хусткою і стали.</w:t>
      </w:r>
    </w:p>
    <w:p>
      <w:r>
        <w:br/>
        <w:t>— Приймись! — сказав один з них, у кубанці, на яку по-селезнячому закручувалася чорна чуприна. Він уперся коліньми в тачку, ніби йому не було більше дороги, і подивився на дівчину дуже пильно спідлоба.</w:t>
      </w:r>
    </w:p>
    <w:p>
      <w:r>
        <w:br/>
        <w:t>Дівчина вхопилася за дишель і підтягла тачку ближче до магазину. Руки в неї тремтіли.</w:t>
      </w:r>
    </w:p>
    <w:p>
      <w:r>
        <w:br/>
        <w:t>Поліцаї пройшли повз шевця й Климка, навіть не глянувши на них, і той, що в кубанці, сказав другому;</w:t>
      </w:r>
    </w:p>
    <w:p>
      <w:r>
        <w:br/>
        <w:t>— Бачив, яка краля? Може, зараз візьмем?</w:t>
      </w:r>
    </w:p>
    <w:p>
      <w:r>
        <w:br/>
        <w:t>— А куди вона дінеться? Встигнемо ще. Люди поміж тачками загомоніли:</w:t>
      </w:r>
    </w:p>
    <w:p>
      <w:r>
        <w:br/>
        <w:t>— Що то воно?</w:t>
      </w:r>
    </w:p>
    <w:p>
      <w:r>
        <w:br/>
        <w:t>— Поліцаї, хіба не бачиш?</w:t>
      </w:r>
    </w:p>
    <w:p>
      <w:r>
        <w:br/>
        <w:t>— Так наші чи німці?</w:t>
      </w:r>
    </w:p>
    <w:p>
      <w:r>
        <w:br/>
        <w:t>— Турки!</w:t>
      </w:r>
    </w:p>
    <w:p>
      <w:r>
        <w:br/>
        <w:t>— Ха-ха...</w:t>
      </w:r>
    </w:p>
    <w:p>
      <w:r>
        <w:br/>
        <w:t>— Цсс...</w:t>
      </w:r>
    </w:p>
    <w:p>
      <w:r>
        <w:br/>
        <w:t>— Нова власть...</w:t>
      </w:r>
    </w:p>
    <w:p>
      <w:r>
        <w:br/>
        <w:t>— Нові прихвосні, — сказав швець, і на нього заозиралися — одні з острахом, інші — ховаючи посмішки.</w:t>
      </w:r>
    </w:p>
    <w:p>
      <w:r>
        <w:br/>
        <w:t>— Щось вони затівають, — сказав швець до Климка і кивнув головою. — Бач, скільки їх ононо висипало. Як гусей.</w:t>
      </w:r>
    </w:p>
    <w:p>
      <w:r>
        <w:br/>
        <w:t>Поліцаї, чоловік, може, сорок, вервечкою, на однаковій відстані один від одного швидко йшли понад обома парканами.</w:t>
      </w:r>
    </w:p>
    <w:p>
      <w:r>
        <w:br/>
        <w:t>— Ловитимуть когось...</w:t>
      </w:r>
    </w:p>
    <w:p>
      <w:r>
        <w:br/>
        <w:t>В рядах принишкли, і від цієї тиші, що настала враз, одрубом, на майдані зробилося моторошно-похмуро. Климко помітив, що з базару через токовисько спершу поодинці, далі невеликими гурточками почали вишевку-ватися люди. Вони йшли непоспіхом, ніби вже відбазарувалися, потім швидше, швидше... І раптом біля прилавків надривно, страшно серед тиші закричала жінка:</w:t>
      </w:r>
    </w:p>
    <w:p>
      <w:r>
        <w:br/>
        <w:t>"Ай, що ж це ви робите! Пустіть мою дитину! Пусті-іть!" Все торжище разом схарапудилося, гойднулось — і люди побігли, збиваючи одне одного, вириваючи з-по між плечей свої клунки, вузли, торби...</w:t>
      </w:r>
    </w:p>
    <w:p>
      <w:r>
        <w:br/>
        <w:t>— А-а-а!... — злинуло над базаром, як багатоголосий стогін.</w:t>
      </w:r>
    </w:p>
    <w:p>
      <w:r>
        <w:br/>
        <w:t>А поміж тими, що товпилися коло тачок, поповзло не знайоме Климкові слово: "Облава!.. Облава!.."</w:t>
      </w:r>
    </w:p>
    <w:p>
      <w:r>
        <w:br/>
        <w:t>Сіра людська хвиля з розпачливим криком накотилася на паркан. Він прогнувся, мов гумовий, затріщав з краю в край і впав. Але на вулиці щільно, майже один проз один, стояли німецькі мотоцикли і грузовики. Пролунало кілька автоматних черг — видно було, що стріляли вгору, — і натовп знову повернув на базарний майдан, розсипаючись у всі боки. В ньому густо синіли поліцайські шинелі.</w:t>
      </w:r>
    </w:p>
    <w:p>
      <w:r>
        <w:br/>
        <w:t>— Молоденьких виловлюють, — сказав швець, примружено, гостро дивлячись туди, де вирувало людське стовписько.</w:t>
      </w:r>
    </w:p>
    <w:p>
      <w:r>
        <w:br/>
        <w:t>Він обернувся до дівчини з хусткою:</w:t>
      </w:r>
    </w:p>
    <w:p>
      <w:r>
        <w:br/>
        <w:t>— Ти, дочко, йди сідай коло мене. Та хустку оту заховай, бо цвіте на весь базар.</w:t>
      </w:r>
    </w:p>
    <w:p>
      <w:r>
        <w:br/>
        <w:t>Дівчина, бліда, з величезними карими очима, в яких аж кричала безпорадна мука од страху, зібгала хустку тремтячими пальцями і сховала її під полу жакетика. Вона сіла між Климком та шевцем, затулила обличчя руками і заплакала.</w:t>
      </w:r>
    </w:p>
    <w:p>
      <w:r>
        <w:br/>
        <w:t>— Цить, — суворо звелів їй швець. — Сиди собі й годі. Як щур у горах — тихенько.</w:t>
      </w:r>
    </w:p>
    <w:p>
      <w:r>
        <w:br/>
        <w:t>Посеред майдану з'юрмилися, тулячись одна до одної, душ тридцять дівчат і серед них один-однісінький, високий, на голову вищий за всіх, блідолиций юнак. Звідти було чути плачі. Поліцаї з карабінами напереваги оточили і повели бранців до воріт. Слідом за ними, голосячи, пішло кілька жінок з вузликами і торбами за плечима і сивий, без картуза (картуз він тримав у руці) дідусь на дерев'яній ступці. Він махав нею швидко, і рукою з картузом у лад ході своїй вимахував, — певно, боячись відстати.</w:t>
      </w:r>
    </w:p>
    <w:p>
      <w:r>
        <w:br/>
        <w:t>— ...Та тут самі старі, ми вже дивилися, — почув Климко і впізнав голос поліцая в кубанці, їх було троє. Вони наближалися, перемацуючи очима кожне обличчя в ряду тачкарів. — Де ж це та пташка з квіточками? Казав, давай зразу брати, так ні.</w:t>
      </w:r>
    </w:p>
    <w:p>
      <w:r>
        <w:br/>
        <w:t>— Ну да, — заперечив йому другий, у синьому карту зі, вигнутому на німецький манер. — А вона б рейвах підняла. Тоді всі розбіглися б.</w:t>
      </w:r>
    </w:p>
    <w:p>
      <w:r>
        <w:br/>
        <w:t>Дівчина тоненько заплакала і зашепотіла до шевця:</w:t>
      </w:r>
    </w:p>
    <w:p>
      <w:r>
        <w:br/>
        <w:t>— Спасіть мене, дядю, спасіть...</w:t>
      </w:r>
    </w:p>
    <w:p>
      <w:r>
        <w:br/>
        <w:t>— Тихо-тихо-тихо, — швидко сказав їй швець. — Не бійся...</w:t>
      </w:r>
    </w:p>
    <w:p>
      <w:r>
        <w:br/>
        <w:t>А Климко висмикнув з торби надірвану плащ-палатку, розіпнув її в руках так, щоб затулити дівчину, і став роздивлятися, бурмочучи заклопотано перше, що спало йому на думку:</w:t>
      </w:r>
    </w:p>
    <w:p>
      <w:r>
        <w:br/>
        <w:t>— Якби не надірвана, то була б довша... Так надірвана... — а в голові стукотіло: "Хоч би пройшли, хоч би пройшли!"</w:t>
      </w:r>
    </w:p>
    <w:p>
      <w:r>
        <w:br/>
        <w:t>— Хах! Ось де вона сховалась!</w:t>
      </w:r>
    </w:p>
    <w:p>
      <w:r>
        <w:br/>
        <w:t>Климко побачив над плащ-палаткою простягнену руку в чорному суконному рукаві. Та рука взяла дівчину трьома пальцями за підборіддя і підштовхнула його вгору. Дівчина підняла голову і дивилася на поліцая повнісінькими сліз карими очима.</w:t>
      </w:r>
    </w:p>
    <w:p>
      <w:r>
        <w:br/>
        <w:t>— Уююй... Вони плачуть!.. Чого, моя квітко, хто тебе обидив, га?</w:t>
      </w:r>
    </w:p>
    <w:p>
      <w:r>
        <w:br/>
        <w:t>— Не руш дитини, — тихо, але владно сказав швець.</w:t>
      </w:r>
    </w:p>
    <w:p>
      <w:r>
        <w:br/>
        <w:t>— Ш-шо? — перепитав поліцай, скосивши на нього нахраписто-веселі сірі очі. — Ш-шо ти промекав?!</w:t>
      </w:r>
    </w:p>
    <w:p>
      <w:r>
        <w:br/>
        <w:t>— Не руш дитини, кажу, — хрипко вимовив швець.</w:t>
      </w:r>
    </w:p>
    <w:p>
      <w:r>
        <w:br/>
        <w:t>— Ану встань! — випростався поліцай. Два інші теж похмуро дивилися на шевця. — Вста-ать, кому сказано!!!</w:t>
      </w:r>
    </w:p>
    <w:p>
      <w:r>
        <w:br/>
        <w:t>— Немає на що стать, — осміхнувся швець. Він не дивився на поліцая, він дивився кудись повз його коліна.</w:t>
      </w:r>
    </w:p>
    <w:p>
      <w:r>
        <w:br/>
        <w:t>Поліцай коротко, прямо вдарив його п'ятірнею в обличчя.</w:t>
      </w:r>
    </w:p>
    <w:p>
      <w:r>
        <w:br/>
        <w:t>Швець похитнувся назад, але не впав — устиг обіпертись на руки.</w:t>
      </w:r>
    </w:p>
    <w:p>
      <w:r>
        <w:br/>
        <w:t>Він притулив долоню до розсіченої губи, а поліцай одкинув чоботом ковдру і відступився на крок, скрививши рота. Під шевцем був маленький дерев'яний візок на підшипникових коліщатах. Поруч лежали дві дерев'яні підпихачки — дві дощечки з обшитими шкірою ручками.</w:t>
      </w:r>
    </w:p>
    <w:p>
      <w:r>
        <w:br/>
        <w:t>— Шмаркач, — незлостиво промовив з-під долоні швець, дивлячись, як і раніше, мимо поліцая. — Я, щоб тобі тепленько жилося, ноги в шахті зоставив, а ти мене за це — по зубах...</w:t>
      </w:r>
    </w:p>
    <w:p>
      <w:r>
        <w:br/>
        <w:t>Поліцай покашляв у стулені докупи пальці, потер ними губи, ніби поправляючи скривлений рот, і знову обернувся до дівчини:</w:t>
      </w:r>
    </w:p>
    <w:p>
      <w:r>
        <w:br/>
        <w:t>— То тебе що — просить? — сказав крізь зуби, вхопив її за руку і смикнув на себе.</w:t>
      </w:r>
    </w:p>
    <w:p>
      <w:r>
        <w:br/>
        <w:t>Дівчина зойкнула (хустка випала з-під поли, розіслалася по землі) і звелася навколішки. Климко випустив плащ-палатку, вчепився дівчині в другу руку і закричав:</w:t>
      </w:r>
    </w:p>
    <w:p>
      <w:r>
        <w:br/>
        <w:t>— Пустіть її! Це моя сестра! Сестра моя, чуєте? Во на мені за матір!!</w:t>
      </w:r>
    </w:p>
    <w:p>
      <w:r>
        <w:br/>
        <w:t>— Та облиш ти цих старців, Стьопа... — сказав третій поліцай, позиркуючи на людей, які покидали свої тачки і підійшли ближче. — Ходімо. Без одної Химки ярмарок буде.</w:t>
      </w:r>
    </w:p>
    <w:p>
      <w:r>
        <w:br/>
        <w:t>— Н-нух, — зло видихнув той, що в кубанці. — Однак ти далеко не зайдеш. Чула?!.</w:t>
      </w:r>
    </w:p>
    <w:p>
      <w:r>
        <w:br/>
        <w:t>Поліцаї пішли через токовисько до порожніх прилавків і скоро зникли за ворітьми.</w:t>
      </w:r>
    </w:p>
    <w:p>
      <w:r>
        <w:br/>
        <w:t>— От бачиш — і минулося, — сказав до дівчини швець, утираючи долонею закривавлені губи.</w:t>
      </w:r>
    </w:p>
    <w:p>
      <w:r>
        <w:br/>
        <w:t>Дівчина стояла навколішки й оніміло дивилася в хустку, що розіслалася на землі. А Климко міцно тримав її за руку побілілими пальцями, і кашляв, і тремтів од кашлю. Котрась жінка подала шевцеві хусточку втертися, але він сказав:</w:t>
      </w:r>
    </w:p>
    <w:p>
      <w:r>
        <w:br/>
        <w:t>— Спасибі, не треба. Нащо ж добро переводити. Язиком оближу — швидше загоїться.</w:t>
      </w:r>
    </w:p>
    <w:p>
      <w:r>
        <w:br/>
        <w:t>Поспівчувавши, тихо і злякано оглядаючись, жінки помалу розійшлися. Заскрипіли немазані колеса на тачках, поспівали сумно до воріт: який там тепер базар.</w:t>
      </w:r>
    </w:p>
    <w:p>
      <w:r>
        <w:br/>
        <w:t>Дівчина враз немов опритомніла, вхопила шевця за руку, гладила її тонкими пальчиками і шепотіла, шепотіла плачучи:</w:t>
      </w:r>
    </w:p>
    <w:p>
      <w:r>
        <w:br/>
        <w:t>— Спасибі вам, дядечку, спасибі, рідненький... Отак вони вас... через мене... Повіки не забуду... Спаси...</w:t>
      </w:r>
    </w:p>
    <w:p>
      <w:r>
        <w:br/>
        <w:t>Швець легенько вивільнив руку.</w:t>
      </w:r>
    </w:p>
    <w:p>
      <w:r>
        <w:br/>
        <w:t>— Чого ж ти плачеш? Минулося — і цур йому, радій, що минулося. Далеко тобі ще йти?</w:t>
      </w:r>
    </w:p>
    <w:p>
      <w:r>
        <w:br/>
        <w:t>— В Сумщину, дядечку... Я на шахтах була в Донбасі. А Тут війна... Тепер до мами добиваюся...</w:t>
      </w:r>
    </w:p>
    <w:p>
      <w:r>
        <w:br/>
        <w:t>— І доб'єшся, — лагідно хмурячи брови, сказав швець. — Чого ж. Тільки накинь зараз на себе старе шмаття якесь або хусткою великою запнися, щоб ні лиця, ні очей не було видно. Та серединою міста не їдь, а глухими вуличками — і на шлях. А там людей багато, з ними веселіш буде. Я тебе на своїй машині проведу закавулками. — Швець усміхнувся і поторкав долонями шарикопідшипникові коліщата.</w:t>
      </w:r>
    </w:p>
    <w:p>
      <w:r>
        <w:br/>
        <w:t>Дівчина слухала його і швидко, по-дитячому кивала головою.</w:t>
      </w:r>
    </w:p>
    <w:p>
      <w:r>
        <w:br/>
        <w:t>Тоді обернулася до Климка і винувато, соромко подивилася на нього заплаканими очима.</w:t>
      </w:r>
    </w:p>
    <w:p>
      <w:r>
        <w:br/>
        <w:t>— Спасибі тобі, хлопчику... Я тебе зразу так і злякалася... Тобі, бува, не по дорозі зо мною, ні?</w:t>
      </w:r>
    </w:p>
    <w:p>
      <w:r>
        <w:br/>
        <w:t>— Мені назад, — сказав Климко, крізь кашель. — У Донбас.</w:t>
      </w:r>
    </w:p>
    <w:p>
      <w:r>
        <w:br/>
        <w:t>— А то й справді був би моїм братиком... — Дівчина жалібно підняла брови. — У нас із мамою нікого більш немає. Жив би в нас...</w:t>
      </w:r>
    </w:p>
    <w:p>
      <w:r>
        <w:br/>
        <w:t>— Назад мені треба, — сказав Климко.</w:t>
      </w:r>
    </w:p>
    <w:p>
      <w:r>
        <w:br/>
        <w:t>Повз них тягла тачку якась жінка у довгому синьому плащі і в калошах на босоніж.</w:t>
      </w:r>
    </w:p>
    <w:p>
      <w:r>
        <w:br/>
        <w:t>Швець озвався до неї:</w:t>
      </w:r>
    </w:p>
    <w:p>
      <w:r>
        <w:br/>
        <w:t>— Ти, молодице, хотіла балетки за сіль. То бери.</w:t>
      </w:r>
    </w:p>
    <w:p>
      <w:r>
        <w:br/>
        <w:t>— Та хотіла, — сказала жінка і зупинилася з тачкою. — Ви ж бо просили борошенця хоч склянок п'ять. Нема, чоловіче, борошенця, не взяла.</w:t>
      </w:r>
    </w:p>
    <w:p>
      <w:r>
        <w:br/>
        <w:t>— Нічого, якось обійдуся вже. Давайте за сіль. Тут ось хлопчик, — швець кивнув на Климка, — земляк мій, забився аж із Донбасу. Двісті кілометрів пройшов, щоб солі достати. А де ж її тут зараз найдеш?</w:t>
      </w:r>
    </w:p>
    <w:p>
      <w:r>
        <w:br/>
        <w:t>Жінка швидко зиркнула на Климка.</w:t>
      </w:r>
    </w:p>
    <w:p>
      <w:r>
        <w:br/>
        <w:t>— Роздала ж бо я, хазяїне, сіль. Те просить, те: "Дай те, тітонько, хоч у носовичок, хоч зо жменю". Жалко дивитися. Склянок, мо', з десяток осталося.</w:t>
      </w:r>
    </w:p>
    <w:p>
      <w:r>
        <w:br/>
        <w:t>"Десять склянок!" — подумав Климко і уявив купку солі, величеньку таку. І зашпортався мерщій у кишені, добуваючи гроші.</w:t>
      </w:r>
    </w:p>
    <w:p>
      <w:r>
        <w:br/>
        <w:t>— Дома в мене то ще є, та й багатенько. З Солі при везла два мішечки, як війна почалася. А тут — осьо, тільки на денці... — Жінка дістала з тачки жовтий сировий клуночок.</w:t>
      </w:r>
    </w:p>
    <w:p>
      <w:r>
        <w:br/>
        <w:t>— Давайте, скільки є, — сказав швець, — та вибирайте собі взувачку, яка на вас дивиться. — Тоді подумав і додав: — А може, хлопчик поміг би вам тачку додому правити, а ви йому дома вже солі досипали б іще, га?</w:t>
      </w:r>
    </w:p>
    <w:p>
      <w:r>
        <w:br/>
        <w:t>— Я вам, тітонько, води наношу, дров нарубаю чи ще щось зроблю, що скажете. Чесне слово! — Климко похапцем розкрутив дротинку на кишені і простяг жінці всі гроші, дивлячись на неї вгору хворими очима.</w:t>
      </w:r>
    </w:p>
    <w:p>
      <w:r>
        <w:br/>
        <w:t>Жінка зажурено подивилася на нього:</w:t>
      </w:r>
    </w:p>
    <w:p>
      <w:r>
        <w:br/>
        <w:t>— Не треба мені грошей, хлопчику. Я тобі й так на сиплю з півпуда, а то й більше, скільки донесеш. — І спитала в шевця з надією в очах: — Що ж воно оце далі буде, хазяїне?</w:t>
      </w:r>
    </w:p>
    <w:p>
      <w:r>
        <w:br/>
        <w:t>— А що буде, — одказав швець. — Ось вернуться наші, пошию вам усім трьом чобітки на рипах, на скрипці заграю чи на баяні... А ви мені пісні хорошої заспіваєте або потанцюєте. Я колись любив потанцювать! — І він посміхнувся. — Отак і буде. А як же інакше?</w:t>
      </w:r>
    </w:p>
    <w:p>
      <w:r>
        <w:br/>
        <w:t>І всі заусміхалися теж, дивлячись на його веселі зморшки біля очей і по всьому виду, і над похмуро порожнім, усипаним сміттям майданом ніби проясніло. А швець дістав з-під свого візка старий речовий мішок солдатський, поскладав у нього парами тапочки — ті, що зосталися, — ковдру, зав'язав тугенько і накинув лямки на плечі.</w:t>
      </w:r>
    </w:p>
    <w:p>
      <w:r>
        <w:br/>
        <w:t>— Що ж, рушаймо, одбазарувалися, — сказав він. — Ти, дівчино, паняй за мною, я покажу, де тобі повернути. — Узяв у руки дерев'яні підпихачки, дужо обіперся ними об землю і перший, з мішечком за плечима, покотив до воріт.</w:t>
      </w:r>
    </w:p>
    <w:p>
      <w:r>
        <w:br/>
        <w:t>Усі рушили за ним.</w:t>
      </w:r>
    </w:p>
    <w:p>
      <w:r>
        <w:br/>
        <w:t>За ворітьми швець сказав жінці:</w:t>
      </w:r>
    </w:p>
    <w:p>
      <w:r>
        <w:br/>
        <w:t>— Ви ж підмогніть там хлопчині. Як тебе хоч звати, земляче? Климко? Бувай, Климку, кріпися в дорозі, бо вона ж тобі неблизька. Бувай. — І помахав Климкові дощечкою-підпихачкою.</w:t>
      </w:r>
    </w:p>
    <w:p>
      <w:r>
        <w:br/>
        <w:t>Він, не оглядаючись, поїхав щербатим цегляним тротуаром по негустому опалому листю: тьох-тьох, тьох-тьох, — озивалися підшипникові коліщата під його візком. А дівчина згорблено, низько опустивши голову, тягла за ним свою тачку на дерев'яних колесах.</w:t>
      </w:r>
    </w:p>
    <w:p>
      <w:r>
        <w:br/>
        <w:t>— Поїхали й ми, тітонько, — сказав до жінки Климко. — Разом веселіше буде, еге ж?</w:t>
      </w:r>
    </w:p>
    <w:p>
      <w:r>
        <w:br/>
        <w:t>— А ти бідовенький, — завважила жінка. — Бідовенький же?</w:t>
      </w:r>
    </w:p>
    <w:p>
      <w:r>
        <w:br/>
        <w:t>— Не знаю, — зніяковів Климко.</w:t>
      </w:r>
    </w:p>
    <w:p>
      <w:r>
        <w:br/>
        <w:t>Він узявся за холодну залізну ручку в дишлі тітчиної тачки і ще раз, востаннє подивився услід шевцеві, що котив помалу мережаним тротуаром: із тіні в сонце, із тіні в сонце... І все глухіше було чути: тьох-тьох, тьох-тьох...</w:t>
      </w:r>
    </w:p>
    <w:p>
      <w:r>
        <w:br/>
        <w:t>РОЗДІЛ V</w:t>
      </w:r>
    </w:p>
    <w:p>
      <w:r>
        <w:br/>
        <w:t>...Перше, що побачив Климко, коли розплющив очі, — велике, рівно обведене око червоного сонця у вікні (воно світило, мов крізь морок), і став пригадувати, де він. А пригадавши, спитав:</w:t>
      </w:r>
    </w:p>
    <w:p>
      <w:r>
        <w:br/>
        <w:t>— Тітонько, тьотю Марино... Що воно — ранок чи вечір? Де ви, тітонько? — спитав так тихо, що ледве почув свій голос.</w:t>
      </w:r>
    </w:p>
    <w:p>
      <w:r>
        <w:br/>
        <w:t>— Тут я, синок, осьо, — тітка Марина схилилася над ним і поторкала теплими губами його чоло. — Слава богу! — зраділа. — Охолонув лобик. А то ж горів, як жарина. Ранок зараз, дітки, сонечко тільки що зійшло.</w:t>
      </w:r>
    </w:p>
    <w:p>
      <w:r>
        <w:br/>
        <w:t>— Довго я спав, тьотю? — спитав Климко.</w:t>
      </w:r>
    </w:p>
    <w:p>
      <w:r>
        <w:br/>
        <w:t>— Не спав, а в гарячці був. Без пам'яті був трохи не три дні. Так тебе тіпало, бідолагу, що аж підкидало на ліжку. Не знали вже, чим і вкривати. Застудився ти дуже...</w:t>
      </w:r>
    </w:p>
    <w:p>
      <w:r>
        <w:br/>
        <w:t>Климко поворухнувся під важкою вкривачкою і сказав:</w:t>
      </w:r>
    </w:p>
    <w:p>
      <w:r>
        <w:br/>
        <w:t>— Треба йти.</w:t>
      </w:r>
    </w:p>
    <w:p>
      <w:r>
        <w:br/>
        <w:t>Він хотів підвестися, але ні спина, ні шия, ні руки не скорилися йому — тільки в жар кинуло, і на лобі виступив піт.</w:t>
      </w:r>
    </w:p>
    <w:p>
      <w:r>
        <w:br/>
        <w:t>— Лежи, лежи, — придержала його тітка Марина. — Куди ж ти підеш отакий-о немічний. Підчинишся трохи, тоді й підеш. Лежи, а я тобі молочка сходжу напитаю. Як їсти схочеш, бери, ось я поклала на стільці, їж. Тільки гляди ж не вставай.</w:t>
      </w:r>
    </w:p>
    <w:p>
      <w:r>
        <w:br/>
        <w:t>"Три дні!" — Климко відчував, що йому запекло в очах, як тоді, в балці, де він дожував останні крихти від Бочонкових сухарів, і заплющився.</w:t>
      </w:r>
    </w:p>
    <w:p>
      <w:r>
        <w:br/>
        <w:t>Три дні... Це ж половину дороги пройшов би вже. А мо', й більше ніж половину, бо назад, із сіллю, ішов би швидше. Та й ніг уже не треба було б сідати гріть. Він ішов би так, як тоді, коли вони з тіткою вихопилися за Слов'янськ і Климко побачив і впізнав далеко в полі той курінь, у якому ночував минулої ночі, а ще далі — станцію і чепурний виселок, де він сидів під парканом та ждав, що горобці зіб'ють йому двійко червивих яблук. Отже, він вертався додому!</w:t>
      </w:r>
    </w:p>
    <w:p>
      <w:r>
        <w:br/>
        <w:t>— А нам з вами, тьотю, ще й по дорозі! — сказав тоді Климко і став тягти так завзято і так легко й широко ступав у нових тапочках, хоч вони трошки і хляпали без онуч, що тітка Марина — так звали жінку — ледве встигала за ним і дивувалася:</w:t>
      </w:r>
    </w:p>
    <w:p>
      <w:r>
        <w:br/>
        <w:t>— Де в тебе та й силочка береться, он скільки пройшовши голодний і холодний.</w:t>
      </w:r>
    </w:p>
    <w:p>
      <w:r>
        <w:br/>
        <w:t>Климко-бо із вдячності до неї розказав, звідки, чому і як ішов сюди. А надвечір, уже в Тітчиній хаті, його раптом почало так трусити, що й слова не міг вимовити. Він ще встиг помитись у ночвах з літеплом, гуркочучи брусочком мила по худих ребрах, перевдягтися у велику чисту чоловічу сорочку, що пахла, як і дядькові Кирилові сорочки, простим чорним милом, — і тоді його звалило. Далі він чув тільки, як йому давали пити щось гірке, а зуби цокотіли об вінця залізного кухля...</w:t>
      </w:r>
    </w:p>
    <w:p>
      <w:r>
        <w:br/>
        <w:t>Климко розплющився. Тітки Марини в хаті не було. Він поскидав із себе одну за одною всі вкривачки: теплу ковдру, старе пальто, якісь кофти, діжурку свою — і встав, спустивши ноги додолу. В хаті було чисто і ясно від сонця, веселих вишиваних рушників на стінах та від червоних калачиків і хвастунців, що цвіли на лутках у кожному вікні. На стільці коло ліжка лежала скибка хліба, намазана смальцем і потрушена зверху сірою сіллю, та двоє червонобоких яблук. Климко повільно, стримуючи себе, з'їв хліб і одне яблуко. "А те хай, — по думав про друге, — у дорогу візьму". Він побачив на лаві рівно складену чисту свою одежу, матроску і штани (вилиняли після прання ще дужче, аж побіліли), устав і вдягся. Потім накинув діжурку і вийшов надвір. Сонце різонуло в очі, з них побігли дві сльозини. Климко витер їх пальцем. У повітрі пахло садовим димом. Так пахло восени і в їхньому висілку.</w:t>
      </w:r>
    </w:p>
    <w:p>
      <w:r>
        <w:br/>
        <w:t>"Листя палять, — подумав Климко. — Треба ж роботу якусь зробити тітці, а то тільки набалакав: і те зроблю, і те..."</w:t>
      </w:r>
    </w:p>
    <w:p>
      <w:r>
        <w:br/>
        <w:t>Він знайшов у сінях якийсь віник-деркач і промів тічок біля порога та вузеньку між споришем стежку до хвіртки — так вони замітали щоосені і щовесни в шкільному дворі. Тоді обійшов тітчину хату, повисмикував старий цупкий бур'ян попід призьбою — і хата одразу ніби повищала. Обдивився довкола — що б його ще таке зробити? — і помітив за хлівом солом'яний погрібничок, теж зарослий густим бур'яном. Він підійшов до погрібничка, вхопився обома руками за найдебелішу гіллясту бур'янину, щоб її вирвати, і раптом почув приглушене підземельне: "Ко-ко-ко-ко?!" Заджеркотіли й кури, але тихіше й не так сердито, як півень, і теж з-під землі. "А-а-а", — здогадався Климко, усміхаючись, і облишив бур'ян: хай, серед нього не всяк одразу й помітить погрібничок. Він пішов у хату, застелив ліжко і сів перепочити, бо втомився. "А як же оце йти, як і од віника вхоркався?" — і заспокоїв себе тим, що добре попоїв, тож сили прибуде.</w:t>
      </w:r>
    </w:p>
    <w:p>
      <w:r>
        <w:br/>
        <w:t>Незабаром повернулася тітка Марина, весела, рум'я нощока, очі сміються. В руках вона тримала маленьке жовте глеченя з квітками по боках, над вінцями в нього біліла шапочка молочної піни.</w:t>
      </w:r>
    </w:p>
    <w:p>
      <w:r>
        <w:br/>
        <w:t>— Таки встав? — здивувалася і високо, — ялиночкою підняла брови (вона і в дорозі піднімала їх так, коли дивувалася). — Ну й меткий! У вас там на шахтах що — всі такі? І в дворі він уже, бачу, хазяйнував. Хіба ж можна отакому хворому — і за роботу? Тобі ще лежати та лежати.</w:t>
      </w:r>
    </w:p>
    <w:p>
      <w:r>
        <w:br/>
        <w:t>— Я піду, тьотю, — тихо сказав Климко. — Сьогодні. А то ще один день пропаде...</w:t>
      </w:r>
    </w:p>
    <w:p>
      <w:r>
        <w:br/>
        <w:t>Тітка Марина поставила глек з молоком на лаву і подивилася на Климка спершу злякано, потім обличчя їй жалібно скривилося, очі набралися слізьми.</w:t>
      </w:r>
    </w:p>
    <w:p>
      <w:r>
        <w:br/>
        <w:t>— А може б, ти, синочку, в мене зостався, га? — спитала вона невпевнено. — Назовсім. До кого ж тобі туди йти? Це я ще дорогою подумала, та зразу не сказала: бачу ж — хворе хлопченя... А вчителька з дитинкою якось переб'ється, серед людей же... Я тебе вдягла б як слід і взула, їсти в мене, хвалити бога, є що — німці до нас тільки .вряди-годи заскакують, то ще й не обібрали, глуша в нас тут. А прийде дядько Петро, чоловік мій, з війни — хай там його, козака, смерть обминає — жити мемо втрьох, будеш нам за рідного сина... В школу тебе оддамо... Га? — В очах у неї світилася надія і ще щось таке ласкаве, чого Климко не міг збагнути. Йому тільки дуже шкода стало тітки, і він сказав:</w:t>
      </w:r>
    </w:p>
    <w:p>
      <w:r>
        <w:br/>
        <w:t>— Я прийду до вас, тітонько Марино. Як тільки не стане в нас голоду, так і прийду або приїду. А зараз треба мені назад, мене там ждуть...</w:t>
      </w:r>
    </w:p>
    <w:p>
      <w:r>
        <w:br/>
        <w:t>(Климко не знав того, що Зульфат щодня виходить за переїзд у степ і довго журно дивиться пригаслими чорними очима на дорогу через вибалки й узгірці, звідки має прийти Климко; що часто разом з ним виходить за переїзд і Наталя Миколаївна з маленькою Олею на руках, тоді вони дивляться на дорогу вдвох із Зульфатом і мовчать, картаючи себе в душі: Зульфат — що не розрадив Климка, Наталя Миколаївна — що не почула, як він пішов. Надвечір вертають онімілим у голодному горї висілком назад до вагової, і їм здається, що там їх уже чекає Климко — усміхнений, мовчазний і синьоокий. Але його немає...</w:t>
      </w:r>
    </w:p>
    <w:p>
      <w:r>
        <w:br/>
        <w:t>Климко цього не знав. Він знав лише одне: там його ждуть).</w:t>
      </w:r>
    </w:p>
    <w:p>
      <w:r>
        <w:br/>
        <w:t>Тітка Марина зітхнула, витерла долонею очі й сказала вже іншим, стурбованим голосом:</w:t>
      </w:r>
    </w:p>
    <w:p>
      <w:r>
        <w:br/>
        <w:t>— Сідай тоді пий молоко, а я тобі клуночок складу, Вона внесла з хатини склянку і налила в неї молока, густого і тепло-пахучого.</w:t>
      </w:r>
    </w:p>
    <w:p>
      <w:r>
        <w:br/>
        <w:t>— А півня, тітонько, ви краще заріжте, бо він і курей продасть... — сказав Климко.</w:t>
      </w:r>
    </w:p>
    <w:p>
      <w:r>
        <w:br/>
        <w:t>Тітка Марина тихо засміялася і подивилася на нього залюбленими очима:</w:t>
      </w:r>
    </w:p>
    <w:p>
      <w:r>
        <w:br/>
        <w:t>— Хто тебе й викохав отакого... А що, хіба його чуть?</w:t>
      </w:r>
    </w:p>
    <w:p>
      <w:r>
        <w:br/>
        <w:t>— Як підійдеш близько, чуть, а з двору ні.</w:t>
      </w:r>
    </w:p>
    <w:p>
      <w:r>
        <w:br/>
        <w:t>— Він у мене й на волі розбишакуватий був та горлатий. Думала, хоч у погребі посмирнішає. От босяцюра! — Тітка зітхнула. — Я не хотіла тобі зразу казати, думала ж, зостанешся... Німці товарний поїзд учора пустили в Донбас, до Єнакієвого чи до Горлівки, точно не знаю. А сьогодні ввечері ще один піде. З нашої станції. — (Климкові стало важко дихати — так стисло в грудях.) — Це мені той чоловік, де я молоко брала, сказав. Він перед війною обходчиком робив, то й зараз погнали, дарма що старий уже. Кажуть, не підеш — корову заберем. Може, він підсобить тобі сісти, як перегомоніти з ним, га? — І сама ж собі відповіла: — Перегомоню. А ти пий молоко та лягай хоч до полудня поспи — здоровіший будеш. Піду я в печі розтоплять.</w:t>
      </w:r>
    </w:p>
    <w:p>
      <w:r>
        <w:br/>
        <w:t>Климко скуштував ковток молока, ще ковток... У склянці поменшало на третину. Подумав, подумав — і долив її водою з кухля, що стояв на столі. Потім ще надпив і ще раз долив, і ще... Поки стало не молоко, а синя бурдичка.</w:t>
      </w:r>
    </w:p>
    <w:p>
      <w:r>
        <w:br/>
        <w:t>— Що то ти робиш? — почув він і підняв голову: в хатинних дверях стояла тітка Марина.</w:t>
      </w:r>
    </w:p>
    <w:p>
      <w:r>
        <w:br/>
        <w:t>— Доливаю... — винувато сказав Климко. —</w:t>
      </w:r>
    </w:p>
    <w:p>
      <w:r>
        <w:br/>
        <w:t>— Водою?!</w:t>
      </w:r>
    </w:p>
    <w:p>
      <w:r>
        <w:br/>
        <w:t>Климко опустив очі й кивнув.</w:t>
      </w:r>
    </w:p>
    <w:p>
      <w:r>
        <w:br/>
        <w:t>— Мені, тітонько Марино, якби хоч пляшечку з собою взяти, додому, — сказав тихо. — Може, довезу...</w:t>
      </w:r>
    </w:p>
    <w:p>
      <w:r>
        <w:br/>
        <w:t>— То й візьмеш! Спарю — і візьмеш! Сміливо пий, я ще дістану. — Вона вернулася в хатину і голосно зітхнула там.</w:t>
      </w:r>
    </w:p>
    <w:p>
      <w:r>
        <w:br/>
        <w:t>А Климко випив ще стакан молока, вже чистого, тихенько роздягся й ліг. Він дивився у вікно й ждав полудня, аж доки й заснув.</w:t>
      </w:r>
    </w:p>
    <w:p>
      <w:r>
        <w:br/>
        <w:t>Було вже поночі. На станції ані вогника, ані голосу людського. Тільки паровоз, видно, старенький уже, хрипко дише та кидає негусті іскри в захмарене небо.</w:t>
      </w:r>
    </w:p>
    <w:p>
      <w:r>
        <w:br/>
        <w:t>"Вугілля в топку закидають", — подумав Климко, — інакше іскри не летіли б". Вони вилітають з труби лише на ходу і коли "шурують" топку, щоб підняти пару. Климко знав це ще змалечку від дядька Кирила. В паровозній будці тим часом погасли червоні відблиски, — дверці закрились, — перестала шурхати об вугілля лопата. Климко захвилювався: скоро відправлятимуть. Він сидів під якоюсь будкою біля клунка, а тітка Марина пішла шукати обходчика.</w:t>
      </w:r>
    </w:p>
    <w:p>
      <w:r>
        <w:br/>
        <w:t>З кінця ешелону почулося тоненьке видзвонювання молоточка. Воно ближчало. А коли порівнялося з будкою, де сидів Климко, стихло, зарипіла черепашка під. ногами, і Климко почув шепіт тітки Марини:</w:t>
      </w:r>
    </w:p>
    <w:p>
      <w:r>
        <w:br/>
        <w:t>— А порожні вагони є, Гнатовичу?</w:t>
      </w:r>
    </w:p>
    <w:p>
      <w:r>
        <w:br/>
        <w:t>— Вони всі порожні, — одказав їй хрипкий старечий голос. — Веди свого пасажира до другого з кінця, там уже є люди. Та й чисто: з-під лісу вагон. Тільки двері тихо одчиняйте.</w:t>
      </w:r>
    </w:p>
    <w:p>
      <w:r>
        <w:br/>
        <w:t>Климко побачив маленьку чорну тінь обходчика з довгоносою мастильницею в руці — і знову задзвенів по колесах молоточок. Підійшла тітка Марина, теж як тінь, з ночі виринула, зашепотіла:</w:t>
      </w:r>
    </w:p>
    <w:p>
      <w:r>
        <w:br/>
        <w:t>— Ходімо, синочку. Повезло нам, дякувати добрих людей. Вона легко закинула клунок на плечі і взяла Климка за руку.</w:t>
      </w:r>
    </w:p>
    <w:p>
      <w:r>
        <w:br/>
        <w:t>— Осюдою, поза вокзальчиком ходімо, бо ще наскочимо на того виродка... Начальник станції тут об'явився новий.</w:t>
      </w:r>
    </w:p>
    <w:p>
      <w:r>
        <w:br/>
        <w:t>Біля передостаннього вагона вони постояли прислу хаючись, потім тітка Марина легенько постукала в двері і сказала неголосно:</w:t>
      </w:r>
    </w:p>
    <w:p>
      <w:r>
        <w:br/>
        <w:t>— Свої, не бійтеся...</w:t>
      </w:r>
    </w:p>
    <w:p>
      <w:r>
        <w:br/>
        <w:t>Двері тихо відкотилися, утворивши чорну щілину.</w:t>
      </w:r>
    </w:p>
    <w:p>
      <w:r>
        <w:br/>
        <w:t>— Може, підсобити? — озвався зсередини чоловічий голос, і простяглася рука.</w:t>
      </w:r>
    </w:p>
    <w:p>
      <w:r>
        <w:br/>
        <w:t>Тітка Марина подала клунок, заплакала тихо, поцілувала Климка, зросивши слізьми йому щоки, і зашепотіла гаряче:</w:t>
      </w:r>
    </w:p>
    <w:p>
      <w:r>
        <w:br/>
        <w:t>— Прощай, синочку... Так хотілося мені тебе зостави ти в себе, такий ти мені любий став, як ішли тоді з города, як хворів, — серця б тобі увірвала... Приїжджай... Пішки не йди — далеко... А приїжджай...</w:t>
      </w:r>
    </w:p>
    <w:p>
      <w:r>
        <w:br/>
        <w:t>— Я не забуду вас, тьотю Марино, — надломленим голосом сказав Климко. — Я... спасибі вам... я приїду... Чесне слово! — Паровоз тоненько свиснув. Тітка ще раз поцілувала Климка, шепочучи щось сама собі, і поїзд, брякнувши буферами, рушив.</w:t>
      </w:r>
    </w:p>
    <w:p>
      <w:r>
        <w:br/>
        <w:t>У вагоні пахло старою сосновою стружкою, на стрілках він погойдувався і рипів, а коли поїзд набрав швидкість, його стало метляти з боку в бік, і він уже не рипів, а стогнав.</w:t>
      </w:r>
    </w:p>
    <w:p>
      <w:r>
        <w:br/>
        <w:t>Чоловік, — мабуть, той, що брав Климків клунок, — довго черкав сірником, а коли спалахнув вогник, Климко побачив купу стружок у кутку і під ними душ п'ять жінок з якимись пожитками в мішках і кошиках. Жінки дивилися на вогник тьмяно-блискучими сміливими очима.</w:t>
      </w:r>
    </w:p>
    <w:p>
      <w:r>
        <w:br/>
        <w:t>"Наші, — подумав Климко, — донбасівські". І йому стало легко, тепло й затишно у цьому рипучому вагоні.</w:t>
      </w:r>
    </w:p>
    <w:p>
      <w:r>
        <w:br/>
        <w:t>А чоловік прикурив цигарку і сказав Климкові уже в пітьмі:</w:t>
      </w:r>
    </w:p>
    <w:p>
      <w:r>
        <w:br/>
        <w:t>— Візьми підмости собі стружок під боки, то подрімаєш у дорозі.</w:t>
      </w:r>
    </w:p>
    <w:p>
      <w:r>
        <w:br/>
        <w:t>— Нічого, я і сидячи вмію спати, — бадьоро одказав Климко.</w:t>
      </w:r>
    </w:p>
    <w:p>
      <w:r>
        <w:br/>
        <w:t>Він сів біля дверей, притулився спиною до стіни вагона, що ходила сюди-туди, мовби приколихувала, і дивився в прочинені двері на небо. Низькі чорні хмари, здавалося, стояли нерухомо, але по тому, як вони час від часу засмолювали негусті дрібні зорі і як ті зорі знову ненадовго з'являлися, Климко здогадався, що хмари біжать.</w:t>
      </w:r>
    </w:p>
    <w:p>
      <w:r>
        <w:br/>
        <w:t>Поїзд ішов нерівне: то смикався і набирав шаленої швидкості, то гальмував так само різко, як і розганявся, то зупинявся просто посеред степу і довго стояв, а від переднього вагона біля паровоза було чути німецьке гелгекання. Тоді в кутку, де сиділи жінки, нишкли, а чоловік гасив цигарку. Він курив часто, і в спалахах сірника було видно стареньке зморшкувате лице з кустратими бровами.</w:t>
      </w:r>
    </w:p>
    <w:p>
      <w:r>
        <w:br/>
        <w:t>І знову поїзд рушав, помалу, навпомацки долаючи ніч та посвистуючи тоненько хтозна й до кого. Дядьків ФД так не їздив. Він пролітав станцію, як ураган. І Климко, зачувши його потужний лицарський гудок ще за семафором, ледве встигав вискочити з барака, щоб по махати дядькові Кирилові і побачити, як він усміхається йому і махає рукою, а білява хвиляста чуприна в'ється на вітрі. То був веселий і мудрий паровоз... Він міг мчатися, по-молодецьки жбурляючи шапки сивого диму під вагонні колеса, а міг нищечком, як довга чорна щука, підкрастися під самісінький барак, поставити на землю дядька Кирила із залізною скринькою в руці, потім гучно зачахкати трубою, мовби зареготівши, і задки швидко покотитися на станцію.</w:t>
      </w:r>
    </w:p>
    <w:p>
      <w:r>
        <w:br/>
        <w:t>Та було інколи й так, що ФД зникав кудись на цілу добу чи й дві, а дядько лишався вдома. Найчастіше це траплялося у свято, коли депо, шахта, станція, клуб і школа сяяли вночі червоно-синьо-жовто-зеленими гірляндами, що гасли аж по тому, як сходило сонце, а з вікон у висілку грали патефони, і в бараці крізь тонкі стіни було чути з кімнати в кімнату святковий гомін. Дядько Кирило, в білих напрасованих брюках, білих паруси нових черевиках і блакитній сорочці, легко перехопленій у стані шовковим поясом, одягав Климка в матроський костюм з безкозиркою, в нові рипучі сандалі, брав його за руку, і вони йшли до магазинів по морозиво та цукерки — смугасту "Ракову шийку"... Вітер грався стрічками безкозирки і лоскотав ними тоненьку Климкову шию. Климко напихав кишеньки цукерками, лизав кругле морозиво, а дядько присідав біля нього навпочіпки і казав:</w:t>
      </w:r>
    </w:p>
    <w:p>
      <w:r>
        <w:br/>
        <w:t>— Біжи тепер додому, а я ще побуду з товаришами.</w:t>
      </w:r>
    </w:p>
    <w:p>
      <w:r>
        <w:br/>
        <w:t>Очі в нього були усміхнено-печальні — він ніколи не усміхався ними весело, — а біляве хвилясте волосся сві тилося на сонці шовком.</w:t>
      </w:r>
    </w:p>
    <w:p>
      <w:r>
        <w:br/>
        <w:t>"Посадимо із Зульфатом вишню над ним, — думав Климко, уткнувшись головою в коліна. — Весною вона біло цвістиме, влітку ягідьми блищатиме, шпаки налітатимуть... А восени встелятиме могилу червоним листям з усіх боків..."</w:t>
      </w:r>
    </w:p>
    <w:p>
      <w:r>
        <w:br/>
        <w:t>Вагон розгойдувало дужче й дужче, а стрічки від без козирки лоскотали і лоскотали Климкові шию — так м'яко, так ніжно...</w:t>
      </w:r>
    </w:p>
    <w:p>
      <w:r>
        <w:br/>
        <w:t>Він прокинувся від гучного гуркоту дверей. І не зразу розгледів на тлі сірого дощового неба німця у вагоні, що стояв простоволосий, без зброї, у довгих по самі лікті шкіряних рукавицях. Німець обвів ліхтариком усі кутки, помовчав, розставивши ноги і згасивши ліхтарик, і раптом крикнув, як вистрілив:</w:t>
      </w:r>
    </w:p>
    <w:p>
      <w:r>
        <w:br/>
        <w:t>— Гераус!!!</w:t>
      </w:r>
    </w:p>
    <w:p>
      <w:r>
        <w:br/>
        <w:t>Першим пішов до дверей дядько, що все курив. В руках у нього був кошик і невеличкий вузлик. Німець ждав його, стежачи за ним зосереджено, спідлоба. Коли дядько підійшов близько, німець відкинувся плечима назад, обкрутнувся на одній нозі, а другою з усього маху вдарив старого вище колін. Дядько охнув і сторчма випав з вагона. Німець знову став у попередню позу і ждав жінок. Климко попробував одчинити свої двері, але вони не подавалися, видно, намокли за ніч під дощем. Зойкнула жінка, закричала друга, третя... Німець бив їх так само, як і старого, — мовчки, із усього маху. Климко на превелику силу встав з клунком за плечима і пішов до дверей. Він помітив, що німець б'є лише правою ногою, і хотів проскочити зліва від нього. Німець скоса стежив за Климком, Климко теж не зводив з нього очей. Не дійшовши до дверей кроків три, він зігнувся калачиком, аж клунок посунувся на голову, подався ще трохи вліво од німця і разом з клункам полетів з вагона, перекинувся в повітрі й посунувся сторч головою по крутому мокрому насипу просто в калюжу, а клунок боляче придавив шию. Німець таки достав його вже на льоту кулаком у груди... Климко спробував підвестися, але в грудях і в коліні так заболіло, що він застогнав і поповзом, ковзаючи ліктем по грязюці й тягнучи за собою клунок, вибрався з калюжі. Біля переднього пасажирського вагона стояв гурт німців. Вони курили й реготалися. Коли до них підійшов той, що викидав, гурт обступив його і зареготав ще дужче.</w:t>
      </w:r>
    </w:p>
    <w:p>
      <w:r>
        <w:br/>
        <w:t>Скоро поїзд рушив.</w:t>
      </w:r>
    </w:p>
    <w:p>
      <w:r>
        <w:br/>
        <w:t>Климко розтер груди й коліно. "Добре, що тітонька Марина дала штани, хоч були вони й великі, а то живо го місця на ногах не зосталося б", — подумав він, підвівся і видерся на насип. Недалеко, кілометрів за три, він побачив станцію і впізнав її: то було Дебальцеве!</w:t>
      </w:r>
    </w:p>
    <w:p>
      <w:r>
        <w:br/>
        <w:t>Тепер йому лишалося пройти кілометрів шістдесят. Климко повернув за акацієву посадку і побачив неподалік у степу старого з кошиком та жінок з мішками за плечима. Вони посувалися помалу і дуже горбилися. Климко пішов слідом за ними.</w:t>
      </w:r>
    </w:p>
    <w:p>
      <w:r>
        <w:br/>
        <w:t>А мокрий степ гірко пах полином і тихо шумів од вітру. Низько над ним сунули хмари.</w:t>
      </w:r>
    </w:p>
    <w:p>
      <w:r>
        <w:br/>
        <w:t>РОЗДІЛ VI</w:t>
      </w:r>
    </w:p>
    <w:p>
      <w:r>
        <w:br/>
        <w:t>Другого дня Климко підходив до своєї станції. Було ясне після дощу надвечір'я. Дощова роса м'яко блищала на пожухлих придорожніх травах, і сонце, що вже ледь торкалося найдальшого пагорка, малиново яскріло у кожній росині.</w:t>
      </w:r>
    </w:p>
    <w:p>
      <w:r>
        <w:br/>
        <w:t>Климко йшов помалу, бо вкрай зморився зі своєю ношею.</w:t>
      </w:r>
    </w:p>
    <w:p>
      <w:r>
        <w:br/>
        <w:t>Мішок із сіллю та харчами (була серед них і пляшка молока, що якимось дивом не розбилась, як упав з вагона) він перев'язав пополам і ніс по черзі то на од ному, то на другому плечі.</w:t>
      </w:r>
    </w:p>
    <w:p>
      <w:r>
        <w:br/>
        <w:t>В дощ він не зупинявся, щоб десь його переждати, а йшов і йшов, напнувшись надірваною плащ-палаткою, доки несли ноги.</w:t>
      </w:r>
    </w:p>
    <w:p>
      <w:r>
        <w:br/>
        <w:t>Йшов він помалу ще й тому, що не треба вже було поспішати: он він, виселок, мріє крізь безлисту посадку, а он лежить за іржавими коліями великий залізний бак зваленої водокачки, звиваються димки по німому териконові — порода горить. У висілку теж деінде курять негусті дими з димарів і тануть над посадкою.</w:t>
      </w:r>
    </w:p>
    <w:p>
      <w:r>
        <w:br/>
        <w:t>Дома, дома!.. Уже дома.</w:t>
      </w:r>
    </w:p>
    <w:p>
      <w:r>
        <w:br/>
        <w:t>Він не піде висілком, ні. На переїзді він зверне ліворуч і колією, мимо станції, депо, печища на місці барака і хлібопекарні дістанеться до вагової. Постукає тихенько в двері... "Хто там? — спитає Наталя Миколаївна. — Заходьте, будь ласка"... Климко усміхнувся і, сам того не помічаючи, пішов швидше.</w:t>
      </w:r>
    </w:p>
    <w:p>
      <w:r>
        <w:br/>
        <w:t>Нараз у висілку глухо хлопнув постріл. Потім коротко диркнув автомат. "Невже знову італійці?" — подумав Климко.</w:t>
      </w:r>
    </w:p>
    <w:p>
      <w:r>
        <w:br/>
        <w:t>Вони й тоді, як прийшли, зчинили таку стрілянину по курях, наче у висілку точився бій. Так де ж ті кури зараз, як їх витрощили до одної?</w:t>
      </w:r>
    </w:p>
    <w:p>
      <w:r>
        <w:br/>
        <w:t>Знову бухнув постріл, уже ближче, куля десь угорі тівкнула.</w:t>
      </w:r>
    </w:p>
    <w:p>
      <w:r>
        <w:br/>
        <w:t>І тут Климко побачив, що від переїзду назустріч йому біжить якийсь чоловік — босий, у солдатському галіфе з розв'язаними поворозками і в гімнастерці без реміняки.</w:t>
      </w:r>
    </w:p>
    <w:p>
      <w:r>
        <w:br/>
        <w:t>Він біг і весь час оглядався. На переїзд вискочило ще двоє, у чорному, і один з них припав на коліно і вистрілив. Той, що біг, вильнув убік.</w:t>
      </w:r>
    </w:p>
    <w:p>
      <w:r>
        <w:br/>
        <w:t>І тоді Климко все зрозумів.</w:t>
      </w:r>
    </w:p>
    <w:p>
      <w:r>
        <w:br/>
        <w:t>— Туди, дядю, біжіть! — закричав він, показуючи рукою праворуч від себе. — Тудиі Там балка!..</w:t>
      </w:r>
    </w:p>
    <w:p>
      <w:r>
        <w:br/>
        <w:t>Від переїзду вдарила довга автоматна черга. Климка штовхнуло в груди і обпекло так боляче, гостро, що в очах йому попливли червоногарячі плями.</w:t>
      </w:r>
    </w:p>
    <w:p>
      <w:r>
        <w:br/>
        <w:t>Він уп'явся пальцями в діжурку на грудях, тихо ойкнув і впав.</w:t>
      </w:r>
    </w:p>
    <w:p>
      <w:r>
        <w:br/>
        <w:t>А з пробитого мішка тоненькою білою цівкою потекла на дорогу сіль...</w:t>
      </w:r>
    </w:p>
    <w:p>
      <w:r>
        <w:br/>
        <w:t>— Климка-а-а! Кли-и-мка-а! — почув Климко з гарячої пітьми і нічого вже більше не чув.</w:t>
      </w:r>
    </w:p>
    <w:p>
      <w:r>
        <w:br/>
        <w:t>Від переїзду, піднявши руки, спотикаючись і падаючи, біг до Климка Зульфат.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Климко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