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пагін</w:t>
      </w:r>
    </w:p>
    <w:p>
      <w:r>
        <w:br/>
        <w:t xml:space="preserve"> &lt;p&gt;Н о в е л а</w:t>
      </w:r>
    </w:p>
    <w:p>
      <w:r>
        <w:br/>
        <w:t>Під хатою, на широкій старовинній призьбі, пообтиканій трухлими кілочками, сидить дід Христоня. Звуть його Савка. Але то тільки старі знають, що він Савка. А молоді — ні. Молоді кажуть: "Он сидить Христоня".</w:t>
      </w:r>
    </w:p>
    <w:p>
      <w:r>
        <w:br/>
        <w:t>Сидить у затишку, з того боку, де кленок росте. Вірніш, не росте, а стримить із землі, бо він уже давно всох. І кора на стовбурі облупилась. Тільки один пагінець унизу остався живий, та й той листя губить — осінь почув.</w:t>
      </w:r>
    </w:p>
    <w:p>
      <w:r>
        <w:br/>
        <w:t>На призьбі грається сонце, лащиться до діда тремтливими тінями од гілля. Не гаряче і не холодне. Затишне. І жовте, наче проціджене крізь осінній лист. З-під стріхи, що ледве не торкається дідової голови, виходять назовні різьблені сволоки — "коні", теж трухлі, побиті шашіллю, наче дробом; блищить павутина — стара, цупка, така, що вже й вітер не порве, хіба, мо', горобець крильцем зачепить. Тоді павутина бринькне і опустить додолу дві блискучі цівки.</w:t>
      </w:r>
    </w:p>
    <w:p>
      <w:r>
        <w:br/>
        <w:t>Христоня сивий як лунь. Лице, шия і навіть губи — білі, аж світяться неміччю. Руки теж білі. Лежать на ціпку одна на одній, мов дві пелюсточки. Тільки ніс у Савки не білий, а в чорному ряботинні, наче в нього шевських гвіздочків понабивано — вугрики вийшли.</w:t>
      </w:r>
    </w:p>
    <w:p>
      <w:r>
        <w:br/>
        <w:t>Христоня зовсім самотній. У нього ніколи не було дітей. Жінки були — старі люди це точно пам'ятають. А дітей — "не послав Бог". На зиму дідові дають з колгоспу пшона, олії, борошна, а сільські баби по черзі варять йому їсти, садять, полють, вибирають картоплю на грядках і зсипають її на зиму в хаті, під полом.</w:t>
      </w:r>
    </w:p>
    <w:p>
      <w:r>
        <w:br/>
        <w:t>Отак він і живе. Взимку вигріваються на печі, в тепло — біля хати.</w:t>
      </w:r>
    </w:p>
    <w:p>
      <w:r>
        <w:br/>
        <w:t>А якось одного рану, коли Христоня, як завжди, сидів, куняючи, на призьбі, мимо нього йшло до школи хлоп'я. Йшло, йшло, порівнялося з дідовою хатою і зупинилося. Човги-човги черевичком об пилюгу:</w:t>
      </w:r>
    </w:p>
    <w:p>
      <w:r>
        <w:br/>
        <w:t>— Здрастуйте, діду...</w:t>
      </w:r>
    </w:p>
    <w:p>
      <w:r>
        <w:br/>
        <w:t>В Савчиних вухах, заснованих сивим волоссям, було тихо, а як хлопчик обізвався — зашаруділо щось, наче вода.</w:t>
      </w:r>
    </w:p>
    <w:p>
      <w:r>
        <w:br/>
        <w:t>— Що? — сказав він.</w:t>
      </w:r>
    </w:p>
    <w:p>
      <w:r>
        <w:br/>
        <w:t>— Здрастуйте! — вже гукнуло хлоп'я.</w:t>
      </w:r>
    </w:p>
    <w:p>
      <w:r>
        <w:br/>
        <w:t>— А... — Христоня поворухнув ціпком. Хотів і бровами — так не вийшло. Тільки поморщився.</w:t>
      </w:r>
    </w:p>
    <w:p>
      <w:r>
        <w:br/>
        <w:t>— Чий ти є? — спитав.</w:t>
      </w:r>
    </w:p>
    <w:p>
      <w:r>
        <w:br/>
        <w:t>А хлоп'я знову ботинком — човги-човги. Підшморгнуло носом. Очі віями прикрило — під ноги собі дивиться.</w:t>
      </w:r>
    </w:p>
    <w:p>
      <w:r>
        <w:br/>
        <w:t>— Нічий...</w:t>
      </w:r>
    </w:p>
    <w:p>
      <w:r>
        <w:br/>
        <w:t>— Ха!</w:t>
      </w:r>
    </w:p>
    <w:p>
      <w:r>
        <w:br/>
        <w:t>— Патронацький я...</w:t>
      </w:r>
    </w:p>
    <w:p>
      <w:r>
        <w:br/>
        <w:t>— Оно! А батько ж де — на службі? Хлоп'я посміхнулося.</w:t>
      </w:r>
    </w:p>
    <w:p>
      <w:r>
        <w:br/>
        <w:t>— Патронацький, кажу!</w:t>
      </w:r>
    </w:p>
    <w:p>
      <w:r>
        <w:br/>
        <w:t>— Байстрюк, значить?</w:t>
      </w:r>
    </w:p>
    <w:p>
      <w:r>
        <w:br/>
        <w:t>Христоня довго сидів мовчки, опустивши голову, бо шия зболіла держати її прямо. А коли знову випростався, то побачив, що хлопчик стоїть, як і раніше.</w:t>
      </w:r>
    </w:p>
    <w:p>
      <w:r>
        <w:br/>
        <w:t>— Ану, йди сюди,— покликав і навіть пальцем поманив.</w:t>
      </w:r>
    </w:p>
    <w:p>
      <w:r>
        <w:br/>
        <w:t>— Чого? — спитало хлоп'я.</w:t>
      </w:r>
    </w:p>
    <w:p>
      <w:r>
        <w:br/>
        <w:t>— Іди, брат, поцілуй діда в ніс — дам копійку...</w:t>
      </w:r>
    </w:p>
    <w:p>
      <w:r>
        <w:br/>
        <w:t>Хлопчик зразу був посміхнувся, потім насурмився, брівчата на очі напустив і позадкував на інший бік вулички. Коли Христоня вдруге підвів голову, його вже не було.</w:t>
      </w:r>
    </w:p>
    <w:p>
      <w:r>
        <w:br/>
        <w:t>— Хе, суч-чий син, барбос,— ніжно прошамкав старий і ще трохи посидів, гадаючи, мабуть, що хлопчик ось-ось повернеться. Потім йому стало холодно, і він помалу, ледь пересуваючи ноги, почовгав до хати. Довгенько сидів на прогнутій лаві, у темному покутку, а як смеркло, поліз на піч і вже там сказав: "Байстрюк, значить. Бач як... "</w:t>
      </w:r>
    </w:p>
    <w:p>
      <w:r>
        <w:br/>
        <w:t>Другого дня Христоня знову сидів на призьбі і ні на кого, як і раніше, не звертав уваги. Сидів осінь і літо, і друге і третє... Ходили мимо нього люди, бігали діти, але не зупинилися напроти і не човгали черевичками — гралися собі осторонь, та її годі.</w:t>
      </w:r>
    </w:p>
    <w:p>
      <w:r>
        <w:br/>
        <w:t>А котроїсь зими, на Різдво — старі люди точно знають, коли воно буває — прийшло до Христоні якесь хлоп'я поколядувати. Ніколи ніхто не ходив, а то пришило. Може, люди направили, а мо', з інтересу. Хтозна. Але прийшло. Протоптало намет під глухою стіною, з того боку, де віконце на піч умазане. Віконце низько: одне те, що хата сіла, а то ще й снігу понамітало аж під стріху. Ото ж доп'ялося, постукало пальчиком раз і вдруге:</w:t>
      </w:r>
    </w:p>
    <w:p>
      <w:r>
        <w:br/>
        <w:t>— Чи колядувать? — загукало веселенько і вткнулося носом у шибку.</w:t>
      </w:r>
    </w:p>
    <w:p>
      <w:r>
        <w:br/>
        <w:t>Христоня довго обертався на печі і стогнав, доки опинився лицем до віконця, і теж уткнувся носом у скло.</w:t>
      </w:r>
    </w:p>
    <w:p>
      <w:r>
        <w:br/>
        <w:t>— А чий ти будеш? — спитав.</w:t>
      </w:r>
    </w:p>
    <w:p>
      <w:r>
        <w:br/>
        <w:t>— Василів!</w:t>
      </w:r>
    </w:p>
    <w:p>
      <w:r>
        <w:br/>
        <w:t>— А... — зобиджено пробелькотав Савка і хотів уже повернутися на влежане місце, однак через деякий час знову спитав:</w:t>
      </w:r>
    </w:p>
    <w:p>
      <w:r>
        <w:br/>
        <w:t>— А той — де?</w:t>
      </w:r>
    </w:p>
    <w:p>
      <w:r>
        <w:br/>
        <w:t>— Який, діду? — не зрозумів хлопчик.</w:t>
      </w:r>
    </w:p>
    <w:p>
      <w:r>
        <w:br/>
        <w:t>— Патронацький... Ходив отут. Колядник аж рота роззявив.</w:t>
      </w:r>
    </w:p>
    <w:p>
      <w:r>
        <w:br/>
        <w:t>— Який це? Може, Ілько-патронацький?</w:t>
      </w:r>
    </w:p>
    <w:p>
      <w:r>
        <w:br/>
        <w:t>Христоня понишпорив рукою по комині і дістав звідти два новеньких гривеники царської чеканки.</w:t>
      </w:r>
    </w:p>
    <w:p>
      <w:r>
        <w:br/>
        <w:t>— Якщо встрінеш, скажи йому, хай приходить. Осьо дам... — показав у віконце гривеники.</w:t>
      </w:r>
    </w:p>
    <w:p>
      <w:r>
        <w:br/>
        <w:t>Колядник засміявся.</w:t>
      </w:r>
    </w:p>
    <w:p>
      <w:r>
        <w:br/>
        <w:t>— Ілька давно немає, діду! Він в армії служить...</w:t>
      </w:r>
    </w:p>
    <w:p>
      <w:r>
        <w:br/>
        <w:t>Христоня затіпався од кашлю, гривеники поплигали з долоні на черінь і задзеленчали.</w:t>
      </w:r>
    </w:p>
    <w:p>
      <w:r>
        <w:br/>
        <w:t>— Так як мені — колядувати чи не треба? — гукало знадвору. — Нічого давать! — сердито одказав Савка і почав обертатися так, щоб знову потрапити на влежану місцину.</w:t>
      </w:r>
    </w:p>
    <w:p>
      <w:r>
        <w:br/>
        <w:t>Колядувати більше ніхто не приходив. Ні в ту зиму, ні надалі...</w:t>
      </w:r>
    </w:p>
    <w:p>
      <w:r>
        <w:br/>
        <w:t>...Бігають вуличкою діти, ховаються попідтинню — в жмурка грають. Тіні довшають та й довшають, наче кажуть людям: скоро ми станемо ніччю.</w:t>
      </w:r>
    </w:p>
    <w:p>
      <w:r>
        <w:br/>
        <w:t>От уже й сонце навзаходи. Шибки в дідовій хаті зайнялися червоним. Вечір спускається — під стріху до сивої Христониної голови. А він сидить.</w:t>
      </w:r>
    </w:p>
    <w:p>
      <w:r>
        <w:br/>
        <w:t>З кленового пагона зірвався широкий жовтий лист. Покружляв, покружляв кругом стовбура і поклався Христоні на плече. Але старий не бачить його. Він уже майже нічого по бачить перед собою, крім сонця...</w:t>
      </w:r>
    </w:p>
    <w:p>
      <w:r>
        <w:br/>
        <w:t>В "конях", під стріхою, лущить шашіль, сіє на холодну призьбу пахучу дубову тирсу, посипає дідові сивину.</w:t>
      </w:r>
    </w:p>
    <w:p>
      <w:r>
        <w:br/>
        <w:t>Все забув Христоня і царів, і службу в уланському полку під Краковом, і жінок своїх — старі люди кажуть, що в нього вони точно були, — а хлопчика, Ілька-патропацького — ні. Не забув.</w:t>
      </w:r>
    </w:p>
    <w:p>
      <w:r>
        <w:br/>
        <w:t>Бо чого б же він ото сидів надворі восени, як призьба вже зовсім холодна, а над головою, в павутині, щось посвистує, немов узимку, а сонце вже не зігріває білих немічних рук, поскладаних на ціпок, як дві пелюсточки...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пагін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