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Класик</w:t>
      </w:r>
    </w:p>
    <w:p>
      <w:r>
        <w:br/>
        <w:t xml:space="preserve"> &lt;p&gt;Не встиг дзвінок сповістити про початок перерви, як до мене підійшов староста класу Микола Бобир.</w:t>
      </w:r>
    </w:p>
    <w:p>
      <w:r>
        <w:br/>
        <w:t>Ну, як справи у нашого класика? — запитав єхидно. Класиком мене прозвали з легкої руки того ж Бобиря. Це саме він попросив написати замітку до стінгазети про життя нашого класу, а коли її надрукували, коротко сказав:</w:t>
      </w:r>
    </w:p>
    <w:p>
      <w:r>
        <w:br/>
        <w:t>— Просто класик! Старайся. Шліфуй перо. У тебе велике літературне майбуття.</w:t>
      </w:r>
    </w:p>
    <w:p>
      <w:r>
        <w:br/>
        <w:t>А зараз він дивився на мене спідлоба і мовчав.</w:t>
      </w:r>
    </w:p>
    <w:p>
      <w:r>
        <w:br/>
        <w:t>— А що трапилось? — поцікавився хтось із хлопців. Нічого страшного, відповів Бобир. Просто наш класик знову видрукував свій новий твір у загальношкільній стіннівці.</w:t>
      </w:r>
    </w:p>
    <w:p>
      <w:r>
        <w:br/>
        <w:t>І, звертаючись до мене, перепитав:</w:t>
      </w:r>
    </w:p>
    <w:p>
      <w:r>
        <w:br/>
        <w:t>— Я не помилився?</w:t>
      </w:r>
    </w:p>
    <w:p>
      <w:r>
        <w:br/>
        <w:t>— Ні,— відповідаю.</w:t>
      </w:r>
    </w:p>
    <w:p>
      <w:r>
        <w:br/>
        <w:t>— Вітаємо! — загув клас, ніби вулик.</w:t>
      </w:r>
    </w:p>
    <w:p>
      <w:r>
        <w:br/>
        <w:t>— Тільки носа не задирай!</w:t>
      </w:r>
    </w:p>
    <w:p>
      <w:r>
        <w:br/>
        <w:t>Навіть наша відмінниця Наталка Марипадова потиснула мені руку.</w:t>
      </w:r>
    </w:p>
    <w:p>
      <w:r>
        <w:br/>
        <w:t>— З великим задоволенням стежу за твоєю творчістю,— сказала серйозно. Пушкіна із тебе не вийде, але стати самим собою ти зможеш. Якщо буде потрібна допомога — звертайся.</w:t>
      </w:r>
    </w:p>
    <w:p>
      <w:r>
        <w:br/>
        <w:t>Але староста класу підняв руку і попрохав, щоб усі затихли.</w:t>
      </w:r>
    </w:p>
    <w:p>
      <w:r>
        <w:br/>
        <w:t>— Всі ми,— проголосив він,— з приємністю ознайомилися із черговим твором нашого товариша. Від імені всього класу хочу подякувати нашому класикові за те, що вчасно подав сигнал.— І витяг з кишені переписану від руки мою замітку.</w:t>
      </w:r>
    </w:p>
    <w:p>
      <w:r>
        <w:br/>
        <w:t>— Твоя?</w:t>
      </w:r>
    </w:p>
    <w:p>
      <w:r>
        <w:br/>
        <w:t>— Так.</w:t>
      </w:r>
    </w:p>
    <w:p>
      <w:r>
        <w:br/>
        <w:t>— Ось у цьому абзаці,— тицьнув вимазаним у чорнило пальцем Бобир,— сказано, що твій головний герой, учень нашого класу Ігрикович, не звільнив місце в автобусі для старенької бабусі. І контролер затримав його без квитка. Він переможно оглянув усіх присутніх і запитав: — Це ж скільки нахабства треба мати, щоб так себе поводити? А потім,— продовжував Микола,— списав домашнє завдання і навіть отримав за нього п'ятірку.</w:t>
      </w:r>
    </w:p>
    <w:p>
      <w:r>
        <w:br/>
        <w:t>— Не може такого бути! почулись голоси.</w:t>
      </w:r>
    </w:p>
    <w:p>
      <w:r>
        <w:br/>
        <w:t>— Факт!</w:t>
      </w:r>
    </w:p>
    <w:p>
      <w:r>
        <w:br/>
        <w:t>— Ну й дає!</w:t>
      </w:r>
    </w:p>
    <w:p>
      <w:r>
        <w:br/>
        <w:t>— Та це іще півлиха. Вдома прикинувся хворим і відмовився йти до магазину за покупками. Довелося старенькій бабусі дибати.</w:t>
      </w:r>
    </w:p>
    <w:p>
      <w:r>
        <w:br/>
        <w:t>На хвилину у класі стало тихо, ніби у вусі. Навіть було чути, як дзижчала муха на підвіконні. Я хотів було встати із-за парти, та важка рука Миколи опустилася мені на плечі:</w:t>
      </w:r>
    </w:p>
    <w:p>
      <w:r>
        <w:br/>
        <w:t>— Сиди! Бач, що надумав — тікати! Від нас, брате, далеко не забіжиш. Кажи!</w:t>
      </w:r>
    </w:p>
    <w:p>
      <w:r>
        <w:br/>
        <w:t>— Н-не розумію,— злякано пробелькотів я.</w:t>
      </w:r>
    </w:p>
    <w:p>
      <w:r>
        <w:br/>
        <w:t>— Хто він?</w:t>
      </w:r>
    </w:p>
    <w:p>
      <w:r>
        <w:br/>
        <w:t>— Ти про кого?</w:t>
      </w:r>
    </w:p>
    <w:p>
      <w:r>
        <w:br/>
        <w:t>— Про Ігриковича! І не крути! Кого прикрив цим псевдонімом?</w:t>
      </w:r>
    </w:p>
    <w:p>
      <w:r>
        <w:br/>
        <w:t>Я з переляку й слова не міг вимовити.</w:t>
      </w:r>
    </w:p>
    <w:p>
      <w:r>
        <w:br/>
        <w:t>Затихли й учні, які оточили мене тісним колом. Лише сопіли та зітхали.</w:t>
      </w:r>
    </w:p>
    <w:p>
      <w:r>
        <w:br/>
        <w:t>— Але ж це гумореска! — спробував я виправдатися,— Імена вигадані.</w:t>
      </w:r>
    </w:p>
    <w:p>
      <w:r>
        <w:br/>
        <w:t>— Знаємо! Але хто цей негідник, який наш клас ганьбить? З кого ти списав образ? Я його бачу як живого.</w:t>
      </w:r>
    </w:p>
    <w:p>
      <w:r>
        <w:br/>
        <w:t>Наперед протиснувся Гавриленко.</w:t>
      </w:r>
    </w:p>
    <w:p>
      <w:r>
        <w:br/>
        <w:t>— Це не я! — заявив категорично.— Я, звичайно, не ангел, але минулої середи мене взагалі не було в школі. Лежав удома з грипом.</w:t>
      </w:r>
    </w:p>
    <w:p>
      <w:r>
        <w:br/>
        <w:t>— Стій,— ляснув долонею по парті староста.— А при чому тут середа?</w:t>
      </w:r>
    </w:p>
    <w:p>
      <w:r>
        <w:br/>
        <w:t>— Бо в середу йшов дощ,— швидко пояснив Гавриленко. В гуморесці на це точно вказується. Там і про хмари, і про грозу.</w:t>
      </w:r>
    </w:p>
    <w:p>
      <w:r>
        <w:br/>
        <w:t>— Дійсно,— погодилися всі.</w:t>
      </w:r>
    </w:p>
    <w:p>
      <w:r>
        <w:br/>
        <w:t>— Мироненко теж відпадає.</w:t>
      </w:r>
    </w:p>
    <w:p>
      <w:r>
        <w:br/>
        <w:t>— Батрак і Скрипальченко були на виду.</w:t>
      </w:r>
    </w:p>
    <w:p>
      <w:r>
        <w:br/>
        <w:t>— А в Гапоненка проїзний квиток.</w:t>
      </w:r>
    </w:p>
    <w:p>
      <w:r>
        <w:br/>
        <w:t>За перерву перебрали всіх.</w:t>
      </w:r>
    </w:p>
    <w:p>
      <w:r>
        <w:br/>
        <w:t>Бобир витер хустиною спітнілого лоба й різонув мене поглядом, ніби бритвою.</w:t>
      </w:r>
    </w:p>
    <w:p>
      <w:r>
        <w:br/>
        <w:t>— Що ж це виходить?</w:t>
      </w:r>
    </w:p>
    <w:p>
      <w:r>
        <w:br/>
        <w:t>— Усе ясно,— підтримав його Пончиков.— Ігрикович — це не хто інший, як наш класик.</w:t>
      </w:r>
    </w:p>
    <w:p>
      <w:r>
        <w:br/>
        <w:t>— А прикидався ягням! Ай-я-яй.</w:t>
      </w:r>
    </w:p>
    <w:p>
      <w:r>
        <w:br/>
        <w:t>— Друзі,— благав я,— не знаю я ніякого Ігриковича! Хай би він вам луснув. Самі ж прохали вивести на чисту воду поганого учня. От я його і вивів.</w:t>
      </w:r>
    </w:p>
    <w:p>
      <w:r>
        <w:br/>
        <w:t>— Замовкни,— гримнув на мене Бобир. Зараз тебе будемо судити.</w:t>
      </w:r>
    </w:p>
    <w:p>
      <w:r>
        <w:br/>
        <w:t>— Як це? — геть перелякався я.</w:t>
      </w:r>
    </w:p>
    <w:p>
      <w:r>
        <w:br/>
        <w:t>— Дуже просто. Товариським судом. Щоб іншим була наука.</w:t>
      </w:r>
    </w:p>
    <w:p>
      <w:r>
        <w:br/>
        <w:t>— Не винний я!</w:t>
      </w:r>
    </w:p>
    <w:p>
      <w:r>
        <w:br/>
        <w:t>— Ну й упертий! Ти врахуй: щире зізнання пом'якшує вину, друже Ігриковичу.</w:t>
      </w:r>
    </w:p>
    <w:p>
      <w:r>
        <w:br/>
        <w:t>— Я не Ігрикович.</w:t>
      </w:r>
    </w:p>
    <w:p>
      <w:r>
        <w:br/>
        <w:t>— А хто?</w:t>
      </w:r>
    </w:p>
    <w:p>
      <w:r>
        <w:br/>
        <w:t>— Масюк!</w:t>
      </w:r>
    </w:p>
    <w:p>
      <w:r>
        <w:br/>
        <w:t>— Це ти по свідоцтву про народження Масюк, а літературний твій псевдонім — Ігрикович.</w:t>
      </w:r>
    </w:p>
    <w:p>
      <w:r>
        <w:br/>
        <w:t>— Не знаю я ні Іксовича, ні Ігриковича. Масюк я. А це гумореска. Щоб посміятися! Щоб весело!</w:t>
      </w:r>
    </w:p>
    <w:p>
      <w:r>
        <w:br/>
        <w:t>— Нічого собі смішки,— перебив Бобир.— Пляма на весь клас, аж плакати хочеться.</w:t>
      </w:r>
    </w:p>
    <w:p>
      <w:r>
        <w:br/>
        <w:t>Мене довгенько проробляли. Закликали до відповідальності. Шукали совість. Прохали дати слово, що цього більше не повториться.</w:t>
      </w:r>
    </w:p>
    <w:p>
      <w:r>
        <w:br/>
        <w:t>— Які будуть пропозиції? — насилу перевів дух Бобир.</w:t>
      </w:r>
    </w:p>
    <w:p>
      <w:r>
        <w:br/>
        <w:t>— Взяти Масюка на поруки й розпочати перевиховувати. І нехай просить вибачення.</w:t>
      </w:r>
    </w:p>
    <w:p>
      <w:r>
        <w:br/>
        <w:t>Ні, що ви не кажіть, а класиком бути важко.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