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Київські хулігани</w:t>
      </w:r>
    </w:p>
    <w:p>
      <w:r>
        <w:br/>
        <w:t xml:space="preserve"> &lt;p&gt;Хулігани коло селян узялись, що приходять на заробітки до Києва. Нема того й дня, щоб вони не обчистили чоловіка скільки на Сінному майдані. Що виймають, що крадуть, а більш виграють. Виграють вони так. Підходить один з їх до якого-небудь чоловічка в свиті, виймає три карти і почина:</w:t>
      </w:r>
    </w:p>
    <w:p>
      <w:r>
        <w:br/>
        <w:t>— Оце один артист з звіринця дав розіграти грошей на бідних. Хто рубля виграє, тому два даю, хто два виграє — чотири даю. Оця карта виграє, ці дві програють.</w:t>
      </w:r>
    </w:p>
    <w:p>
      <w:r>
        <w:br/>
        <w:t>Підходять по. одному і другі хулігани. Питають того, що й як,— нібито вони зроду й не бачили такого. Перший хуліган присідає, кладе карти йа землю вічками вниз, пересовує, помаленьку пересовує, так, що легко можна помітити карту, що "виграє".</w:t>
      </w:r>
    </w:p>
    <w:p>
      <w:r>
        <w:br/>
        <w:t>— Вгадуйте,— каже, а сам ще й одвернеться, руки одна об одну тре.</w:t>
      </w:r>
    </w:p>
    <w:p>
      <w:r>
        <w:br/>
        <w:t>Другий хуліган підзирне ту карту, та ще й ріжечок заломить на їй.</w:t>
      </w:r>
    </w:p>
    <w:p>
      <w:r>
        <w:br/>
        <w:t>— На 2 карбованці граю,— каже. Виграв.</w:t>
      </w:r>
    </w:p>
    <w:p>
      <w:r>
        <w:br/>
        <w:t>— Знов на два! — гука.</w:t>
      </w:r>
    </w:p>
    <w:p>
      <w:r>
        <w:br/>
        <w:t>— Е, ні,— каже перший хуліган йому,— у мене хто раз виграв, з тим я більш і на копійку не граю.</w:t>
      </w:r>
    </w:p>
    <w:p>
      <w:r>
        <w:br/>
        <w:t>Тоді той йому:</w:t>
      </w:r>
    </w:p>
    <w:p>
      <w:r>
        <w:br/>
        <w:t>— Хм, а так можна, щоб за мене-хто карту підняв?</w:t>
      </w:r>
    </w:p>
    <w:p>
      <w:r>
        <w:br/>
        <w:t>— Можна.</w:t>
      </w:r>
    </w:p>
    <w:p>
      <w:r>
        <w:br/>
        <w:t>Хуліган дивиться, дивиться по всіх; далі чоловіка в свиті за руку:</w:t>
      </w:r>
    </w:p>
    <w:p>
      <w:r>
        <w:br/>
        <w:t>— Підійміть за мене, пожалуста.</w:t>
      </w:r>
    </w:p>
    <w:p>
      <w:r>
        <w:br/>
        <w:t>Чоловік той — чому ж неї піднять, коли вгадати не можна? — підійма і вгадує. •</w:t>
      </w:r>
    </w:p>
    <w:p>
      <w:r>
        <w:br/>
        <w:t>— Спасибі! — хуліган йому. Получа гроші.</w:t>
      </w:r>
    </w:p>
    <w:p>
      <w:r>
        <w:br/>
        <w:t>— Є в вас здачі з рубля? 20 копієчок за труди вам. Чоловік радий такий, шука здачі. І ото аби гроші показав</w:t>
      </w:r>
    </w:p>
    <w:p>
      <w:r>
        <w:br/>
        <w:t>їм! Оточать його з усіх боків.</w:t>
      </w:r>
    </w:p>
    <w:p>
      <w:r>
        <w:br/>
        <w:t>— Дядьку, нуте, нуте заграйте на свої,— починають, вмовляти.</w:t>
      </w:r>
    </w:p>
    <w:p>
      <w:r>
        <w:br/>
        <w:t>Перший хуліган ще тихше пересовує карти. Ще довше руки тре.</w:t>
      </w:r>
    </w:p>
    <w:p>
      <w:r>
        <w:br/>
        <w:t>Другі хулігани указують на карту дядькові, заламують ще дужче ріжечок на їй.</w:t>
      </w:r>
    </w:p>
    <w:p>
      <w:r>
        <w:br/>
        <w:t>— Чи так-, то й так. На рубля мені! — каже дядько, спокусившись.</w:t>
      </w:r>
    </w:p>
    <w:p>
      <w:r>
        <w:br/>
        <w:t>Хуліган уже швидше пересовує карти і назад не озирається вже. Ріжок заламлений є. Підіймає дядько, аж... карта — та... не та! Як на їй ріжечок загнувся, як розправивсь на тій — дядько не бачив. Оддає карбованця.</w:t>
      </w:r>
    </w:p>
    <w:p>
      <w:r>
        <w:br/>
        <w:t>Хулігани знов:</w:t>
      </w:r>
    </w:p>
    <w:p>
      <w:r>
        <w:br/>
        <w:t>— Ану, дядьку, ще!.. Ми завернем у його, сякого-такого, карбованця того, то ти недодивився... Так і так треба.</w:t>
      </w:r>
    </w:p>
    <w:p>
      <w:r>
        <w:br/>
        <w:t>— Так у мене ні копійки вже,— каже дядько.</w:t>
      </w:r>
    </w:p>
    <w:p>
      <w:r>
        <w:br/>
        <w:t>— Нічого, на чоботи вставай.</w:t>
      </w:r>
    </w:p>
    <w:p>
      <w:r>
        <w:br/>
        <w:t>І буває, що дядько зостається з торбиною тільки.</w:t>
      </w:r>
    </w:p>
    <w:p>
      <w:r>
        <w:br/>
        <w:t>Інший .би з сторонніх людей чи кивнув би, чи що на чоловіка,— так страшно: хижі очі помітять і тоді тобі або ніж, або камінь. Трапляється, що якийсь дядько й сам не піддається їм, то й дядька того і насуляють, і пику обплюють.</w:t>
      </w:r>
    </w:p>
    <w:p>
      <w:r>
        <w:br/>
        <w:t>Поліція явна й тайна так скрізь і лазить, а цього не бачить.</w:t>
      </w:r>
    </w:p>
    <w:p>
      <w:r>
        <w:br/>
        <w:t>Це воно, мабуть, годиться так?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Київські хулігани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