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Кіт-злодюга</w:t>
      </w:r>
    </w:p>
    <w:p>
      <w:r>
        <w:br/>
        <w:t xml:space="preserve"> &lt;p&gt;Ми впали в розпач. Ми не знали, як піймати того чорного кота. Він обкрадав нас щоночі. Він так ловко ховався, що ніхто з нас його до пуття не бачив. Лише через тиждень пощастило нарешті довідатися, що в кота розірване вухо і відрубаний шматок брудного хвоста.</w:t>
      </w:r>
    </w:p>
    <w:p>
      <w:r>
        <w:br/>
        <w:t>То був кіт, який утратив будь-яку совість, кіт — волоцюга й розбишака. Ми прозвали його Злодюгою.</w:t>
      </w:r>
    </w:p>
    <w:p>
      <w:r>
        <w:br/>
        <w:t>Він крав усе: рибу, м'ясо, сметану й хліб. Одного разу навіть вирив у комірчині бляшанку з червами. Він їх не з'їв, але на вириту бляшанку збіглися кури й склювали весь наш запас червів.</w:t>
      </w:r>
    </w:p>
    <w:p>
      <w:r>
        <w:br/>
        <w:t>Об'ївшися, кури лежали на осонні й стогнали. Ми ходили коло них і лаялися, проте риболовля все одно була зірвана.</w:t>
      </w:r>
    </w:p>
    <w:p>
      <w:r>
        <w:br/>
        <w:t>Майже місяць ми згаяли на те, щоб вистежити чорного кота.</w:t>
      </w:r>
    </w:p>
    <w:p>
      <w:r>
        <w:br/>
        <w:t>Сільські хлопчаки допомагали нам у цьому. Одного разу вони прибігли й, засапавшись, розповіли, що на світанку кіт промчав, присідаючи, через городи й проніс у зубах кукан[1] з окунями. Ми кинулись у льох і виявили пропажу кукана; на ньому було десять жирних окунів, пійманих на Прорві.</w:t>
      </w:r>
    </w:p>
    <w:p>
      <w:r>
        <w:br/>
        <w:t>Це вже була не крадіжка, а грабіж. Ми заприсягалися піймати кота і відлупцювати його за розбишацькі витівки.</w:t>
      </w:r>
    </w:p>
    <w:p>
      <w:r>
        <w:br/>
        <w:t>Кіт попався того ж вечора. Він поцупив із столу шмат ліверної ковбаси й поліз із ним на березу.</w:t>
      </w:r>
    </w:p>
    <w:p>
      <w:r>
        <w:br/>
        <w:t>Ми заходилися трясти березу. Кіт упустив ковбасу. Вона впала на голову Рувимові. Кіт дивився на нас згори дикими очима іі грізно вив.</w:t>
      </w:r>
    </w:p>
    <w:p>
      <w:r>
        <w:br/>
        <w:t>Та порятунку не було, і кіт зважився на відчайдушний вчинок. Жахливо виючи, він зірвався з берези, упав на землю, підскочив, як футбольний м'яч, і чкурнув під будинок.</w:t>
      </w:r>
    </w:p>
    <w:p>
      <w:r>
        <w:br/>
        <w:t>Будинок був маленький. Він стояв у глухому, занедбаному садку. Щоночі нас будив стукіт диких яблук, що падали з гілок на його тесовий дах.</w:t>
      </w:r>
    </w:p>
    <w:p>
      <w:r>
        <w:br/>
        <w:t>Будинок був захаращений вудочками, дробом, яблуками і сухим листям. Ми в ньому тільки ночували. Цілі дні, від рання до смеркання, ми проводили на берегах численних проток та озер. Там ми ловили рибу й розпалювали вогнища в прибережних заростях.</w:t>
      </w:r>
    </w:p>
    <w:p>
      <w:r>
        <w:br/>
        <w:t>Щоб пройти до берега, доводилося витоптувати вузькі стежинки в запашних високих травах. їхні віночки хиталися над головою і обсипали плечі жовтим квітковим пилком.</w:t>
      </w:r>
    </w:p>
    <w:p>
      <w:r>
        <w:br/>
        <w:t>Поверталися ми ввечері, подряпані шипшиною, потомлені, спечені сонцем, із в'язками срібної риби, і щоразу нас зустрічали розповідями про нові витівки чорного кота.</w:t>
      </w:r>
    </w:p>
    <w:p>
      <w:r>
        <w:br/>
        <w:t>Та нарешті кіт попався. Він заліз під будинок у єдиний вузький лаз. Виходу звідти не було.</w:t>
      </w:r>
    </w:p>
    <w:p>
      <w:r>
        <w:br/>
        <w:t>Ми затулили лаз старою рибальською сіткою й почали ждати. Та кіт не виходив. Він огидно вив, наче підземний дух, вив безперестанку і без будь-якої втоми.</w:t>
      </w:r>
    </w:p>
    <w:p>
      <w:r>
        <w:br/>
        <w:t>Минула година, друга, третя... Пора було лягати спати, але кіт вив і лаявся під будинком, і це нас дратувало.</w:t>
      </w:r>
    </w:p>
    <w:p>
      <w:r>
        <w:br/>
        <w:t>Тоді викликали Льоньку, сина сільського шевця. Льонька славився безстрашністю і спритністю. Йому доручили витягти кота з-під будинку.</w:t>
      </w:r>
    </w:p>
    <w:p>
      <w:r>
        <w:br/>
        <w:t>Льонька взяв шовкову волосінь, прив'язав до неї за хвіст пійману вдень пліточку і закинув її через, лаз у підвал.</w:t>
      </w:r>
    </w:p>
    <w:p>
      <w:r>
        <w:br/>
        <w:t>Виття припинилося. Ми почули хрускіт і хиже клацання — кіт уп'явся зубами в риб'ячу голову. Льонька потяг за волосінь. Кіт одчайдушно опирався, та Льонька був дужчий і, крім того, кіт не хотів випускати смачну рибу.</w:t>
      </w:r>
    </w:p>
    <w:p>
      <w:r>
        <w:br/>
        <w:t>За хвилину голова кота із затиснутою в зубах пліткою показалася в отворі лазу.</w:t>
      </w:r>
    </w:p>
    <w:p>
      <w:r>
        <w:br/>
        <w:t>Льонька вхопив кота за шкірку й підняв над землею. Ми вперше розгледіли його як слід.</w:t>
      </w:r>
    </w:p>
    <w:p>
      <w:r>
        <w:br/>
        <w:t>Кіт замружив очі й прищулив вуха. Хвоста він про всяк випадок підібгав під себе.</w:t>
      </w:r>
    </w:p>
    <w:p>
      <w:r>
        <w:br/>
        <w:t>То був худющий, попри постійні крадіжки, кіт-безпритульник, з білими плямами на животі.</w:t>
      </w:r>
    </w:p>
    <w:p>
      <w:r>
        <w:br/>
        <w:t>Роздивившись на кота, Рувим задумливо спитав:</w:t>
      </w:r>
    </w:p>
    <w:p>
      <w:r>
        <w:br/>
        <w:t>— А що ж нам робити з ним?</w:t>
      </w:r>
    </w:p>
    <w:p>
      <w:r>
        <w:br/>
        <w:t>— Одшмагати! — сказав я.</w:t>
      </w:r>
    </w:p>
    <w:p>
      <w:r>
        <w:br/>
        <w:t>— Не допоможе,— сказав Льонька,— в нього з дитинства вдача така.</w:t>
      </w:r>
    </w:p>
    <w:p>
      <w:r>
        <w:br/>
        <w:t>Кіт чекав, примруживши очі.</w:t>
      </w:r>
    </w:p>
    <w:p>
      <w:r>
        <w:br/>
        <w:t>Тоді втрутився наш хлопчик. Він любив утручатися в розмови дорослих. Йому за це завжди перепадало. Він уже ліг спати, але вигукнув з кімнати:</w:t>
      </w:r>
    </w:p>
    <w:p>
      <w:r>
        <w:br/>
        <w:t>— Треба його нагодувати добре.</w:t>
      </w:r>
    </w:p>
    <w:p>
      <w:r>
        <w:br/>
        <w:t>Ми погодилися з ним, втягли кота в комірчину й дали йому чудову вечерю: смажену свинину, холодець з окунів, сирники й сметану.</w:t>
      </w:r>
    </w:p>
    <w:p>
      <w:r>
        <w:br/>
        <w:t>Кіт їв понад годину. Він вийшов з комірчини похитуючись, сів на порозі й заходився вмиватися, позираючи на нас і на низькі зорі зеленими нахабними очима.</w:t>
      </w:r>
    </w:p>
    <w:p>
      <w:r>
        <w:br/>
        <w:t>Після вмивання він довго пирхав і терся головою об підлогу. То, напевне, мало означати веселощі. Ми боялися, що він протре собі шерсть на потилиці.</w:t>
      </w:r>
    </w:p>
    <w:p>
      <w:r>
        <w:br/>
        <w:t>Потім кіт перевернувся на спину, впіймав свого хвоста, пожував його, виплюнув, простягся1 біля печі й мирно захропів.</w:t>
      </w:r>
    </w:p>
    <w:p>
      <w:r>
        <w:br/>
        <w:t>Відтоді він у нас прижився і перестав красти.</w:t>
      </w:r>
    </w:p>
    <w:p>
      <w:r>
        <w:br/>
        <w:t>Наступного ранку він здійснив шляхетний і несподіваний зчинок.</w:t>
      </w:r>
    </w:p>
    <w:p>
      <w:r>
        <w:br/>
        <w:t>Кури повилазили на стіл у садку й, штовхаючи одне одного та сварячись, заходилися дзьобати з тарілок гречану кашу.</w:t>
      </w:r>
    </w:p>
    <w:p>
      <w:r>
        <w:br/>
        <w:t>Кіт, тремтячи від обурення, підкрався до курей і з коротким переможним криком стрибнув на стіл.</w:t>
      </w:r>
    </w:p>
    <w:p>
      <w:r>
        <w:br/>
        <w:t>Кури злетіли з відчайдушним зойком. Вони перекинули глечик з молоком і кинулися, гублячи пір'я, тікати з садка.</w:t>
      </w:r>
    </w:p>
    <w:p>
      <w:r>
        <w:br/>
        <w:t>Попереду мчав, гикаючи, цибатий півень-дурень, прозваний Горлачем.</w:t>
      </w:r>
    </w:p>
    <w:p>
      <w:r>
        <w:br/>
        <w:t>Кіт мчав за ними на трьох лапах, а четвертою, передньою лапою бив півня по спині. Від півня летіли курява й пух. Усередині в нього від кожного удару щось бухкало й гуло, наче кіт бив по гумовому м'ячу.</w:t>
      </w:r>
    </w:p>
    <w:p>
      <w:r>
        <w:br/>
        <w:t>Після цього півень кілька хвилин лежав непритомний, закотивши очі, й тихо стогнав. Його облили холодною водою, і він оклигав...</w:t>
      </w:r>
    </w:p>
    <w:p>
      <w:r>
        <w:br/>
        <w:t>Відтоді кури остерігалися красти. Побачивши кота, вони з писком і штовханиною ховалися під будинком.</w:t>
      </w:r>
    </w:p>
    <w:p>
      <w:r>
        <w:br/>
        <w:t>Кіт ходив у домі і в садку, як хазяїн і сторож. Він терся головою об наші ноги. Він вимагав подяки, лишаючи на наших штанях жмутки рудої шерсті.</w:t>
      </w:r>
    </w:p>
    <w:p>
      <w:r>
        <w:br/>
        <w:t>Ми перейменували його із "Злодюги" на "Міліціонера". Хоч Рувим і стверджував, що це не зовсім зручно, але ми були певні, що міліціонери не ображатимуться на нас за це. А жінки-молочниці чомусь прозвали кота Степаном.</w:t>
      </w:r>
    </w:p>
    <w:p>
      <w:r>
        <w:br/>
        <w:t>[1] Кукан — мотузка, на яку нанизують рибу.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Кіт-злодюга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