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Кіт-воркіт</w:t>
      </w:r>
    </w:p>
    <w:p>
      <w:r>
        <w:br/>
        <w:t xml:space="preserve"> Знаєш, в нашім місті є&lt;br /&gt;</w:t>
        <w:br/>
        <w:t>новорічне ательє.&lt;br /&gt;</w:t>
        <w:br/>
        <w:t>В ньому шиють сови&lt;br /&gt;</w:t>
        <w:br/>
        <w:t>заметіль шовкову.</w:t>
      </w:r>
    </w:p>
    <w:p>
      <w:r>
        <w:br/>
        <w:t>Тут фарбують палітурки,&lt;br /&gt;</w:t>
        <w:br/>
        <w:t>і прикраси, і свічки,&lt;br /&gt;</w:t>
        <w:br/>
        <w:t>а сніжинкам і снігуркам&lt;br /&gt;</w:t>
        <w:br/>
        <w:t>тут золотять каблучки.</w:t>
      </w:r>
    </w:p>
    <w:p>
      <w:r>
        <w:br/>
        <w:t>Йшов по місту Кіт-Воркіт&lt;br /&gt;</w:t>
        <w:br/>
        <w:t>чорний, чорний, чорний.&lt;br /&gt;</w:t>
        <w:br/>
        <w:t>Зазирнув куди не слід,&lt;br /&gt;</w:t>
        <w:br/>
        <w:t>ще й вмочив куди не слід&lt;br /&gt;</w:t>
        <w:br/>
        <w:t>вуса, хвіст і морду.</w:t>
      </w:r>
    </w:p>
    <w:p>
      <w:r>
        <w:br/>
        <w:t>Зашипіли сови: "Брись!"&lt;br /&gt;</w:t>
        <w:br/>
        <w:t>Кіт чкурнув за браму.&lt;br /&gt;</w:t>
        <w:br/>
        <w:t>У вітрину подививсь&lt;br /&gt;</w:t>
        <w:br/>
        <w:t>і аж зойкнув: "Мамо!</w:t>
      </w:r>
    </w:p>
    <w:p>
      <w:r>
        <w:br/>
        <w:t>Чи це я? Чи це не я?&lt;br /&gt;</w:t>
        <w:br/>
        <w:t>Чи це кіт із дальніх міст?&lt;br /&gt;</w:t>
        <w:br/>
        <w:t>На всю вулицю сія&lt;br /&gt;</w:t>
        <w:br/>
        <w:t>золотий розкішний хвіст!&lt;br /&gt;</w:t>
        <w:br/>
        <w:t>Золоті вусища!&lt;br /&gt;</w:t>
        <w:br/>
        <w:t>Золотий носище!&lt;br /&gt;</w:t>
        <w:br/>
        <w:t>Це тепер не Кіт-Воркіт,&lt;br /&gt;</w:t>
        <w:br/>
        <w:t>а бери вище!"</w:t>
      </w:r>
    </w:p>
    <w:p>
      <w:r>
        <w:br/>
        <w:t>Вище, вище, на горище,&lt;br /&gt;</w:t>
        <w:br/>
        <w:t>по деревах, по дахах.&lt;br /&gt;</w:t>
        <w:br/>
        <w:t>Місяць вигукнув: "Дружище!&lt;br /&gt;</w:t>
        <w:br/>
        <w:t>Посвіти за мене, га?"</w:t>
      </w:r>
    </w:p>
    <w:p>
      <w:r>
        <w:br/>
        <w:t>Здивувались ліхтарі:&lt;br /&gt;</w:t>
        <w:br/>
        <w:t>"Чудеса, одначе!&lt;br /&gt;</w:t>
        <w:br/>
        <w:t>Замість Місяця вгорі&lt;br /&gt;</w:t>
        <w:br/>
        <w:t>світить хвіст котячий".</w:t>
      </w:r>
    </w:p>
    <w:p>
      <w:r>
        <w:br/>
        <w:t>Ходить Котик між зірок,&lt;br /&gt;</w:t>
        <w:br/>
        <w:t>між хмарок, за кроком крок,&lt;br /&gt;</w:t>
        <w:br/>
        <w:t>темне місто осяває,&lt;br /&gt;</w:t>
        <w:br/>
        <w:t>і зітхає, й позіхає:</w:t>
      </w:r>
    </w:p>
    <w:p>
      <w:r>
        <w:br/>
        <w:t>"Скукота яка! Ні мишки..."&lt;br /&gt;</w:t>
        <w:br/>
        <w:t>Знудьгувався Кіт-Воркіт&lt;br /&gt;</w:t>
        <w:br/>
        <w:t>за дворами, за горищем,&lt;br /&gt;</w:t>
        <w:br/>
        <w:t>де прожив багато літ.</w:t>
      </w:r>
    </w:p>
    <w:p>
      <w:r>
        <w:br/>
        <w:t>І украдьки нижче, нижче,&lt;br /&gt;</w:t>
        <w:br/>
        <w:t>з хмарки — на підйомний кран,&lt;br /&gt;</w:t>
        <w:br/>
        <w:t>потім з даху — на горище.&lt;br /&gt;</w:t>
        <w:br/>
        <w:t>І блаженно: "От де рай!"</w:t>
      </w:r>
    </w:p>
    <w:p>
      <w:r>
        <w:br/>
        <w:t>Він тепер живе усмак.&lt;br /&gt;</w:t>
        <w:br/>
        <w:t>Утікає від собак.&lt;br /&gt;</w:t>
        <w:br/>
        <w:t>Їсть мишей, сальце краде.&lt;br /&gt;</w:t>
        <w:br/>
        <w:t>А коли покличе Місяць —&lt;br /&gt;</w:t>
        <w:br/>
        <w:t>він і вухом не веде:&lt;br /&gt;</w:t>
        <w:br/>
        <w:t>чули вже, мовляв, цю пісню.</w:t>
      </w:r>
    </w:p>
    <w:p>
      <w:r>
        <w:br/>
        <w:t>Може, так воно і слід.&lt;br /&gt;</w:t>
        <w:br/>
        <w:t>Небесам не личить Кіт.&lt;br /&gt;</w:t>
        <w:br/>
        <w:t>"Місяць краще!" — скаже всяк.&lt;br /&gt;</w:t>
        <w:br/>
        <w:t>Ну, а Кіт своїм хвостищем&lt;br /&gt;</w:t>
        <w:br/>
        <w:t>хай освітлює горище.&lt;br /&gt;</w:t>
        <w:br/>
        <w:t>Чи не так?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Кіт-воркіт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