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Кіт, що гуляв сам по собі</w:t>
      </w:r>
    </w:p>
    <w:p>
      <w:r>
        <w:br/>
        <w:t xml:space="preserve"> &lt;p&gt;Р. Кіплінг</w:t>
      </w:r>
    </w:p>
    <w:p>
      <w:r>
        <w:br/>
        <w:t>"Кіт, що гуляв сам по собі" із збірки "Just so stories"</w:t>
      </w:r>
    </w:p>
    <w:p>
      <w:r>
        <w:br/>
        <w:t>Переклад Герасимчука Віталія</w:t>
      </w:r>
    </w:p>
    <w:p>
      <w:r>
        <w:br/>
        <w:t>Слухайте і почуєте, дивіться і побачите. Давно це було, о найшанованіші, в часи, коли всі тварини були дикими. І собака був дикий і кінь, і корова, і вівця. Всі вони були надзвичайно дикими. Вони мешкали в дикому, первісному лісі, уникаючи один одного. Але найдикіший з усіх диких тварин був кіт. Він гуляв сам по собі, ніде надовго не затримуючись.</w:t>
      </w:r>
    </w:p>
    <w:p>
      <w:r>
        <w:br/>
        <w:t>Звичайно, чоловік теж був дикий, надзвичайно дикий. Він би не на дрібку не став цивілізованіший, як би не зустрів жінку. І вона сказала, що їй не подобається жити в дикий, первісний спосіб. Вона знайшла суху, затишну печеру, замість купи мокрого листя. Жінка підмела долівку, запалила невелике багаття, завісила вхід вичененою шкірою дикого звіра і сказала: — Витирай ноги, коли заходиш до печери, коханий. Тепер ми маємо дім.</w:t>
      </w:r>
    </w:p>
    <w:p>
      <w:r>
        <w:br/>
        <w:t>В той вечір, о найшанованіші, вони бенкетували смаженим мясом дикої вівці приправлену диким часником та диким перцем, дикою качкою з диким рисом та фініками приправлену колеандром, реберцями дикою теляти і закушували дикими вишнями у купі з дикими гренаділами. Після вечері щасливий чоловік заснув. А жінка сіла біля вогнища, розпустила своє волосся, взяла велику плоску кістку (лопатку дикої вівці), і почала пильно видивляться у відомі тільки їй знаки. Потім підкинула оберемок хмизу до багаття, і почала наспівувати чаклунську пісню. Це була найперша магія в світі.</w:t>
      </w:r>
    </w:p>
    <w:p>
      <w:r>
        <w:br/>
        <w:t>А тим часом всі дикі тварини зібрались подивиться на дивне світло, що линуло з печери.</w:t>
      </w:r>
    </w:p>
    <w:p>
      <w:r>
        <w:br/>
        <w:t>І нарешті, дикий кінь тупнув своїм копитом і сказав: "О мої друзі і мої вороги, навіщо чоловік та жінка запалили те величне світло у великій печері і чи не зашкодить це нам?"</w:t>
      </w:r>
    </w:p>
    <w:p>
      <w:r>
        <w:br/>
        <w:t>Дикий пес понюхав повітря своїм диким носом, учуяв пахощі смаженого мяса і сказав :</w:t>
      </w:r>
    </w:p>
    <w:p>
      <w:r>
        <w:br/>
        <w:t>— Піду, побачу і все розповім. Думаю, що нічого лихого зі мною не трапиться. Котику ходімо зі мною.</w:t>
      </w:r>
    </w:p>
    <w:p>
      <w:r>
        <w:br/>
        <w:t>— Ні, — відказав Кіт, — Я — кіт, котрий гуляє сам по собі і ніде на довго не затримуючись.</w:t>
      </w:r>
    </w:p>
    <w:p>
      <w:r>
        <w:br/>
        <w:t>— Тоді ми ніколи не зможемо бути друзями, — сказав пес і неспішно потрусив до печери.</w:t>
      </w:r>
    </w:p>
    <w:p>
      <w:r>
        <w:br/>
        <w:t>Коли пес трохи відійшов, кіт сказав до себе:</w:t>
      </w:r>
    </w:p>
    <w:p>
      <w:r>
        <w:br/>
        <w:t>— Я — кіт, котрий гуляє сам по собі і ніде на довго не затримуюсь, то чому б мені не піти і не побачити, що там відбудеться для власного задоволення.</w:t>
      </w:r>
    </w:p>
    <w:p>
      <w:r>
        <w:br/>
        <w:t>І тихенько подався за диким собакою.</w:t>
      </w:r>
    </w:p>
    <w:p>
      <w:r>
        <w:br/>
        <w:t>Пес підійшов до печери, підняв носом шкіру – завісу і вдихнув пахощі смаженого мяса. Жінка продовжувала вдивлятися у дивні знаки на кістці, але вона почула, що хтось прийшов, засміялась і сказал до себе: "Перший прийшов", а вголос додала:</w:t>
      </w:r>
    </w:p>
    <w:p>
      <w:r>
        <w:br/>
        <w:t>— Чого тобі треба дике створіння з первісного лісу?</w:t>
      </w:r>
    </w:p>
    <w:p>
      <w:r>
        <w:br/>
        <w:t>— О ворог мій, дружина мого ворога, що то за чарівні пахощі розносяться по всьому первісному лісі? – запитав дикий пес.</w:t>
      </w:r>
    </w:p>
    <w:p>
      <w:r>
        <w:br/>
        <w:t>Тоді жінка взяла просмажену кістку і кинула її дикому собаці, промовляючи:</w:t>
      </w:r>
    </w:p>
    <w:p>
      <w:r>
        <w:br/>
        <w:t>— А ти спробуй це, дика тварина з первісного лісу.</w:t>
      </w:r>
    </w:p>
    <w:p>
      <w:r>
        <w:br/>
        <w:t>Дикий пес згриз кістку, смачнішого він ніколи не їв, і сказав:</w:t>
      </w:r>
    </w:p>
    <w:p>
      <w:r>
        <w:br/>
        <w:t>— Ворог мій, жінка мого ворога , дай мені ще.</w:t>
      </w:r>
    </w:p>
    <w:p>
      <w:r>
        <w:br/>
        <w:t>Жінка відказала:</w:t>
      </w:r>
    </w:p>
    <w:p>
      <w:r>
        <w:br/>
        <w:t>— Дика істота із первісного ліса, якщо ти будеш допомагати моєму чоловікові на ловах і охороняти печеру, то я буду давати стільки кісток скільки тобі потрібно.</w:t>
      </w:r>
    </w:p>
    <w:p>
      <w:r>
        <w:br/>
        <w:t>— Ого, — подумав кіт, — це дуже розумна жінка, але не розумніша за мене.</w:t>
      </w:r>
    </w:p>
    <w:p>
      <w:r>
        <w:br/>
        <w:t>Пес вповз у печеру, поклав голову на коліна жінці і промовив :</w:t>
      </w:r>
    </w:p>
    <w:p>
      <w:r>
        <w:br/>
        <w:t>— О мій друг, дружина мого друга, я буду допомагати твоєму чоловікові на ловах та охоронятиму печеру.</w:t>
      </w:r>
    </w:p>
    <w:p>
      <w:r>
        <w:br/>
        <w:t>— Так, — подумав кіт, — Але який дурний пес!</w:t>
      </w:r>
    </w:p>
    <w:p>
      <w:r>
        <w:br/>
        <w:t>Кіт тишком вибрався із своєї схованки і подався до дикого первісного лісу, вимахуючи хвостом, мандруючи на самоті і нікому нічого не розповів.</w:t>
      </w:r>
    </w:p>
    <w:p>
      <w:r>
        <w:br/>
        <w:t>Вранці, прокинувшись, чоловік спитав:</w:t>
      </w:r>
    </w:p>
    <w:p>
      <w:r>
        <w:br/>
        <w:t>— Що тут робить цей дикий пес?</w:t>
      </w:r>
    </w:p>
    <w:p>
      <w:r>
        <w:br/>
        <w:t>— Його імя більше не дикий пес, а найкращий друг навіки. Візьми його з собою на полювання.</w:t>
      </w:r>
    </w:p>
    <w:p>
      <w:r>
        <w:br/>
        <w:t>Того ж дня, жінка зрізала великий оберемок трави із заливних луків, висушила його, так щоб він пахнув, як гарне свіже сіно і поклала його біля входу до печери, а потім сплела вуздечку із кінського волосу. Ввечері вона знову розплела своє волосся, взяла в руки овечу лопатку і завела чаклунську пісню. Це було друге у світі чаклунство.</w:t>
      </w:r>
    </w:p>
    <w:p>
      <w:r>
        <w:br/>
        <w:t>А тим часом всі дикі тварини з первісного лісі дивувалися, що трапилося з диким псом і нарешті дикий кінь стукнув своїм копитом і сказав:</w:t>
      </w:r>
    </w:p>
    <w:p>
      <w:r>
        <w:br/>
        <w:t>— Я піду, побачу і скажу чому не повернувся дикий пес. Котику ходім зі мною.</w:t>
      </w:r>
    </w:p>
    <w:p>
      <w:r>
        <w:br/>
        <w:t>— Ні, — відповів кіт, — Я — кіт, що гуляє сам по собі і ніде на довго не затримуючись.</w:t>
      </w:r>
    </w:p>
    <w:p>
      <w:r>
        <w:br/>
        <w:t>Але знову пішов до печери і зачаївся у схованці.</w:t>
      </w:r>
    </w:p>
    <w:p>
      <w:r>
        <w:br/>
        <w:t>Коли жінка почула, як кінь заходить до печери, спотикаючись об власну гриву, вона засміялася і сказала:</w:t>
      </w:r>
    </w:p>
    <w:p>
      <w:r>
        <w:br/>
        <w:t>— Другий. Що ти хочеш дике створіння з дикого лісу?</w:t>
      </w:r>
    </w:p>
    <w:p>
      <w:r>
        <w:br/>
        <w:t>— О мій ворог, дружина мого ворога, куда подівся дикий пес?, — запитав кінь.</w:t>
      </w:r>
    </w:p>
    <w:p>
      <w:r>
        <w:br/>
        <w:t>Жінка знову розсміялася, підняла магічну кістку, уважно подивалася на таємничі знаки і сказала:</w:t>
      </w:r>
    </w:p>
    <w:p>
      <w:r>
        <w:br/>
        <w:t>— О дике створіння з дикого лісу, ти прийщов не за собакою, а за цією пахучою травою.</w:t>
      </w:r>
    </w:p>
    <w:p>
      <w:r>
        <w:br/>
        <w:t>Дикий кінь стукнув копитом і відповів:</w:t>
      </w:r>
    </w:p>
    <w:p>
      <w:r>
        <w:br/>
        <w:t>— Так, це правда. Дай мені її покуштувати!</w:t>
      </w:r>
    </w:p>
    <w:p>
      <w:r>
        <w:br/>
        <w:t>Нащо жінка відказала:</w:t>
      </w:r>
    </w:p>
    <w:p>
      <w:r>
        <w:br/>
        <w:t>— О дика істота з дикого лісу нахили свою дику голову, дозволь мені надіти вуздечку і я буду давати тобі цю прекрасну траву тричі на день.</w:t>
      </w:r>
    </w:p>
    <w:p>
      <w:r>
        <w:br/>
        <w:t>-Т – а – а — к, — подумав кіт, — ця жінка дуже мудра, але не мудріша за мене.</w:t>
      </w:r>
    </w:p>
    <w:p>
      <w:r>
        <w:br/>
        <w:t>Кінь схилив свою дику голову і жінка загнуздала його. Кінь дмухнув на коліна жінці і сказав:</w:t>
      </w:r>
    </w:p>
    <w:p>
      <w:r>
        <w:br/>
        <w:t>— О хазяйка, дружина мого хазяїна, я буду вашим слугою за ради цієї прекрасної трави.</w:t>
      </w:r>
    </w:p>
    <w:p>
      <w:r>
        <w:br/>
        <w:t>— Т – а — а — к. А кінь геть дурний. , — подумав кіт і повернуввся до дикого первісного лісу, махаючи своїм хвостом, ніде на довго не зупиняючись і нічого нікому не сказавши.</w:t>
      </w:r>
    </w:p>
    <w:p>
      <w:r>
        <w:br/>
        <w:t>Коли чоловік і пес повернулися з ловів, він спитав, що тут робить дикий кінь. Нащо дружина відповіла:</w:t>
      </w:r>
    </w:p>
    <w:p>
      <w:r>
        <w:br/>
        <w:t>— Його звуть не дикий кінь, а найперший помічник навік, бо він перевозитиме нас на свої спині. Осідлай його і випробуй на ловах.</w:t>
      </w:r>
    </w:p>
    <w:p>
      <w:r>
        <w:br/>
        <w:t>Наступного разу, гордо тримаючи рогату голову, звісно наскільки дозволяло гілля, до печери пішла корова. Кіт знову причаївся у своїй схованці біля печери. Все відбулося, як попередні рази і кіт сказав ті самі слова, коли корова пообіцяла давати молоко в обмін на пахуче сіно. А кіт повернувся собі до дикого первісного лісу, махаючи хвостом, ніде надовго не затримуючись і нікому нічого не сказавши.</w:t>
      </w:r>
    </w:p>
    <w:p>
      <w:r>
        <w:br/>
        <w:t>А коли чоловік повернувся з ловів і запитав, що робить тут дика корова, жінка сказала:</w:t>
      </w:r>
    </w:p>
    <w:p>
      <w:r>
        <w:br/>
        <w:t>— Тепер її імя не дика корова, а годувальниця. І буде вона завжди давати тепле біле молоко, а я буду піклуватися про неї , коли ти, твій перший друг і перший помічник будете на ловах.</w:t>
      </w:r>
    </w:p>
    <w:p>
      <w:r>
        <w:br/>
        <w:t>Наступного дня кіт чекав, чи піде до печери ще – якесь дике створіння з дикого первісного лісу. Але ніхто не йшов і тоді він пішов сам. Підкравшись до печери, кіт побачив як жінка доїть корову, як полумя багаття освітлює печеру, почув пахощі парного молока і сказав:</w:t>
      </w:r>
    </w:p>
    <w:p>
      <w:r>
        <w:br/>
        <w:t>— О ворог мій дружина мого ворога, куди поділася корова?</w:t>
      </w:r>
    </w:p>
    <w:p>
      <w:r>
        <w:br/>
        <w:t>Жінка розміялася і сказала:</w:t>
      </w:r>
    </w:p>
    <w:p>
      <w:r>
        <w:br/>
        <w:t>— О дике своріння з дикого лісу, повертайся назад, я вже заплела косу і викинула магічну кістку. Ми не потребуєм більше ні друзів, ні помічників.</w:t>
      </w:r>
    </w:p>
    <w:p>
      <w:r>
        <w:br/>
        <w:t>— Я — не товариш і не помічник, Я — кіт, котрий гуляє сам по собі, ніде надовго не затримуючись, я хочу зайти до твоєї печери.</w:t>
      </w:r>
    </w:p>
    <w:p>
      <w:r>
        <w:br/>
        <w:t>— Чому ти не прийшов першого разу з першим товаришем?</w:t>
      </w:r>
    </w:p>
    <w:p>
      <w:r>
        <w:br/>
        <w:t>Кіт пирхнув і сказав:</w:t>
      </w:r>
    </w:p>
    <w:p>
      <w:r>
        <w:br/>
        <w:t>— Це пес розповів про мене?</w:t>
      </w:r>
    </w:p>
    <w:p>
      <w:r>
        <w:br/>
        <w:t>Жінка кивнула, сміючись:</w:t>
      </w:r>
    </w:p>
    <w:p>
      <w:r>
        <w:br/>
        <w:t>— Ти — кіт, котрий гуляє сам по собі, ніде надовго не затримуючись. Ти ні товариш, ні помічник, як ти сам сказав. Тоді забирайся геть і гуляй в якомусь іншому місці.</w:t>
      </w:r>
    </w:p>
    <w:p>
      <w:r>
        <w:br/>
        <w:t>Тоді кіт, ніби жалкуючи, промовив:</w:t>
      </w:r>
    </w:p>
    <w:p>
      <w:r>
        <w:br/>
        <w:t>— І що я ніколи не зайду до печери, ніколи не буду грітися біля багаття і ніколи не питиму теплого молока? Ти така мудра і така прекрасна не можеш бути такою жорстокою.</w:t>
      </w:r>
    </w:p>
    <w:p>
      <w:r>
        <w:br/>
        <w:t>— Я знаю, що мудра, але ніхто не казав, що я прекрасна! Гаразд, давай укладем договір: якщо я похвалю тебе, то ти зможеш заходити до печери.</w:t>
      </w:r>
    </w:p>
    <w:p>
      <w:r>
        <w:br/>
        <w:t>— А якщо ти похвалиш мене двічі?</w:t>
      </w:r>
    </w:p>
    <w:p>
      <w:r>
        <w:br/>
        <w:t>— Цього я ніколи не зроблю, — відмовила жінка, — Але якщо я похвалю тебе двічі, то ти зможеш грітися біля багаття.</w:t>
      </w:r>
    </w:p>
    <w:p>
      <w:r>
        <w:br/>
        <w:t>— А якщо ти похвалиш мене тричі?</w:t>
      </w:r>
    </w:p>
    <w:p>
      <w:r>
        <w:br/>
        <w:t>— Це неймовірно. Але якщо я тричі похвалю тебе, то ти будеш пити тепле молоко тричі на день.</w:t>
      </w:r>
    </w:p>
    <w:p>
      <w:r>
        <w:br/>
        <w:t>Кіт вигнув спину від задоволення і промовив:</w:t>
      </w:r>
    </w:p>
    <w:p>
      <w:r>
        <w:br/>
        <w:t>— Шкіра, що закриває вхід до печери, багаття, що палає в глибині печери, горнятко з молоком, що стоїть долу, запамятайте слова мого ворога, дружини мого ворога.</w:t>
      </w:r>
    </w:p>
    <w:p>
      <w:r>
        <w:br/>
        <w:t>І він подався геть, у дикий первісний ліс, вимахуючи хвостом, мандруючи на самоті.</w:t>
      </w:r>
    </w:p>
    <w:p>
      <w:r>
        <w:br/>
        <w:t>Увечері чоловік, пес і кінь повернулися з ловів, але жінка нічого не розповіла про договір укладений з котом, знаючи, що вони будуть проти.</w:t>
      </w:r>
    </w:p>
    <w:p>
      <w:r>
        <w:br/>
        <w:t>А кіт пішов у самі нетрі дикого первісного лісу і мандрував там довго довго, аж поки жінка не забула про їх договір. І лише невеликий кажан, що жив у печері, знав, де мандрує кіт, бо кожного вечіра літав до нього, щоб розповісти новини.</w:t>
      </w:r>
    </w:p>
    <w:p>
      <w:r>
        <w:br/>
        <w:t>Одног вечора кажан сказав:</w:t>
      </w:r>
    </w:p>
    <w:p>
      <w:r>
        <w:br/>
        <w:t>— У печері з'явився малюк. Він рожевий, товстий і жінка дуже любить його.</w:t>
      </w:r>
    </w:p>
    <w:p>
      <w:r>
        <w:br/>
        <w:t>— Так, — промовив кіт, слухаючи останні новини, — А що ж йому подобається?</w:t>
      </w:r>
    </w:p>
    <w:p>
      <w:r>
        <w:br/>
        <w:t>— Йому подобаються мякі, пухнасті речі. Він любитьїх тримати, коли засипає, подобається гратися з ними.</w:t>
      </w:r>
    </w:p>
    <w:p>
      <w:r>
        <w:br/>
        <w:t>— Так, — промовив кіт, — Здається мій час настав.</w:t>
      </w:r>
    </w:p>
    <w:p>
      <w:r>
        <w:br/>
        <w:t>Наступної ночі кіт вийшов з дикого первісного лісу і сховався біля печери. Вранці чоловік, пес і кінь пішли на лови, жінка заходилася готувати сніданок, а малюк почав плакати і вередувати. Мати винесла його з печери, дала жменю маленьких камінців, щоб дитина забавлялася з ними і пішла працювати, але плач не припинявся.</w:t>
      </w:r>
    </w:p>
    <w:p>
      <w:r>
        <w:br/>
        <w:t>Тут кіт виліз із своєї схованки, грайливо доторкнувся своєю мякою лапою, замуркотів, потерся об товсті дитячі колінця, полоскотав хвостом підпоріддя. І малюк засміявся, мати почувши його, посміхнулая і собі.</w:t>
      </w:r>
    </w:p>
    <w:p>
      <w:r>
        <w:br/>
        <w:t>А маленький кажан, що висів біля входу до печери, сказав:</w:t>
      </w:r>
    </w:p>
    <w:p>
      <w:r>
        <w:br/>
        <w:t>— О хазяйко, дружина мого хазяїна, мати сина мого хазяїна дике створіння з дикого первісного лісу грається з твоїм сином.</w:t>
      </w:r>
    </w:p>
    <w:p>
      <w:r>
        <w:br/>
        <w:t>— Хай щастить цьому дикому створінню, — промовила жінка, розплямляючи спину, — Я дуже зайнята цього ранку і він зробив мені велику послугу.</w:t>
      </w:r>
    </w:p>
    <w:p>
      <w:r>
        <w:br/>
        <w:t>І в туж саму мить, о вельмишановні, величезна, виченена шкіра, що висіла на вході, пуух!, впала до долу, бо пам'ятала про договір і коли жінка повісила її на місце, то кіт вже сидів у печері.</w:t>
      </w:r>
    </w:p>
    <w:p>
      <w:r>
        <w:br/>
        <w:t>— О мій ворог, дружина мого ворога, мати мого ворога, — сказав кіт, — я тут. Ти похвалила мене і я можу сидіти та гуляти по печері завжди, але я — кіт, що гуляє сам по собі, ніде надовго не затримуючись.</w:t>
      </w:r>
    </w:p>
    <w:p>
      <w:r>
        <w:br/>
        <w:t>Жінка дуже розсердилася і міцно стиснувши губи, взяла веретено і почала прясти. А тим часом дитинча знову розплакалось і що тільки не робила мати, але заспокоїти дитину не зуміла. Малюк лише борсався, кричав і плакав і так, що аж почервонів.</w:t>
      </w:r>
    </w:p>
    <w:p>
      <w:r>
        <w:br/>
        <w:t>— О мій ворог, дружина мого ворога, мати мого ворога, — сказав кіт, — візьми клубок ниток, що ти вже напряла, примотай нитку з клубка до прядильного колеса, а сам клубок кинь до долу і я покажу магію, що змусить малюка сміятися так же сильно, як зараз він плаче.</w:t>
      </w:r>
    </w:p>
    <w:p>
      <w:r>
        <w:br/>
        <w:t>Вона привязала нитку до невеликого глиняного веретена й кинула клубок до долу. Кіт кинувся за ним, догнав, підкинув, сам перекивувся догори дригом, знову ловив, закидав собі на спину, робив вигляд, що загубив клубок і знову знаходив і так довгий час. Нарешті малюк так же голосно почав смітися, як до цього плакав, потім схопився і давай носитися з котом по печері. Скоро дитина стомилася і почала вкладуватися спати з котом в руках.</w:t>
      </w:r>
    </w:p>
    <w:p>
      <w:r>
        <w:br/>
        <w:t>— Тепер, — сказав кіт, — Я заспіваю йому пісню від якої він засне ще міцніше.</w:t>
      </w:r>
    </w:p>
    <w:p>
      <w:r>
        <w:br/>
        <w:t>І почав муркотіти, то голосніше, то тихіше, то голосніше, то тихіше, аж поки малюк не міцно заснув. Жінка посміхнулася, дивлячись на дитину з котом і сказала:</w:t>
      </w:r>
    </w:p>
    <w:p>
      <w:r>
        <w:br/>
        <w:t>— Чудово зроблено. Без сумніву, ти, кіт, дуже розумне створіння.</w:t>
      </w:r>
    </w:p>
    <w:p>
      <w:r>
        <w:br/>
        <w:t>І в ту хвилину, о найшанованіші, ф –у – у — ух, закоптіло і спалахнуло багаття, що горіло в печері. Воно памятало угоду, котра була укладена з котом і коли дим розвіявся і полумя пригасло, кіт вже сидів, зручно вмостившись, біля вогнища.</w:t>
      </w:r>
    </w:p>
    <w:p>
      <w:r>
        <w:br/>
        <w:t>— О мій ворог, дружина мого ворога, мати мого ворога, — сказав Кіт, — Ось і я, ти двічі похвалила мене, тепер я завжди можу грітися біля вогнища. Але я — кіт, що гуляє сам по собі, ніде на довго не затримуючись.</w:t>
      </w:r>
    </w:p>
    <w:p>
      <w:r>
        <w:br/>
        <w:t>Жінка дуже сильно розсердилася, підкинула хмизу до багаття, розпустила коси, взяла широку пласку кістку і почала творити магію, для того щоб дізнатися, як не похвалити кота третій раз. Це були не співочі, а тихі чари. Потроху в печері стало так тихо, що маленька сіренька миша вибігла із своєї нірки.</w:t>
      </w:r>
    </w:p>
    <w:p>
      <w:r>
        <w:br/>
        <w:t>— О мій ворог, дружина мого ворога, мати мого ворога, — тихо спитав кіт, — ця маленька миша частина твоїх чар?</w:t>
      </w:r>
    </w:p>
    <w:p>
      <w:r>
        <w:br/>
        <w:t>— О ні!, — скрикнула жінка. Вона відкинула геть кістку, всочила в одну мить на ослінчик і швидко підібрала своє волосся, боячись, що миша запутається в ньому.</w:t>
      </w:r>
    </w:p>
    <w:p>
      <w:r>
        <w:br/>
        <w:t>— Отже, — продовжував кіт, спостерігаючи за переляком жінки, — не буде великої шкоди, якщо я з'їм мишку?</w:t>
      </w:r>
    </w:p>
    <w:p>
      <w:r>
        <w:br/>
        <w:t>— Ні, — відповіла жінка, укладуючи волосся, — З'їж її і я буду тобі дужу вдячна.</w:t>
      </w:r>
    </w:p>
    <w:p>
      <w:r>
        <w:br/>
        <w:t>Кіт в одну мить схопив миш та з'їв її.</w:t>
      </w:r>
    </w:p>
    <w:p>
      <w:r>
        <w:br/>
        <w:t>— Велика тобі подяка, — сказала жінка, — Навіть перший друг не такий прудкий і не впіймав би мишеня. Ти мабуть дуже розумний.</w:t>
      </w:r>
    </w:p>
    <w:p>
      <w:r>
        <w:br/>
        <w:t>І в ту мить, О вельмишановний, кр –а – а — ак, глечик з молоком розколовся на дві рівні половинки, бо пам'ятав угоду між жінкою та котом. І не встигла жінка зіскочити з ослінчика, а кіт вже хлебтав молоко з однієї половинки.</w:t>
      </w:r>
    </w:p>
    <w:p>
      <w:r>
        <w:br/>
        <w:t>— О мій ворог, дружина мого ворога, мати мого ворога, — сказав кіт, — я тут, бо ти тричі похвалила мене і тепер я можу завжди пити тепле молоко тричі на день, але я — кіт, котрий гуляє сам по собі і ніде на довго не затримуюсь.</w:t>
      </w:r>
    </w:p>
    <w:p>
      <w:r>
        <w:br/>
        <w:t>Жінка засміялася, поставила ще блюдце з молоком і сказала:</w:t>
      </w:r>
    </w:p>
    <w:p>
      <w:r>
        <w:br/>
        <w:t>— Котику, ти дуже розумний, але памятай, що ти не уклав угоду з моїм чоловіком та собакою і я не знаю, що вони скажуть, коли повернуться з ловів.</w:t>
      </w:r>
    </w:p>
    <w:p>
      <w:r>
        <w:br/>
        <w:t>— А мені що?, — відповів кіт, — Я маю місце біля багаття, тепле молоко тричі на день і мене не хвилюють думки ні чоловіка, ні собаки.</w:t>
      </w:r>
    </w:p>
    <w:p>
      <w:r>
        <w:br/>
        <w:t>Увечері чоловік і пес повернулися до печери і жінка розповіла про договір, а кіт сидів біля багаття і посміхався. Чоловік вислухавши історію, сказав:</w:t>
      </w:r>
    </w:p>
    <w:p>
      <w:r>
        <w:br/>
        <w:t>— Але він не домовився ні зі мною, ні з іншими чоловіками, що будуть після мене.</w:t>
      </w:r>
    </w:p>
    <w:p>
      <w:r>
        <w:br/>
        <w:t>Потім чоловік поставив два шкірячних чоботи, невелику камяну сокирку, а потім ще дере'вяну палку та велику сокиру. Усього п'ять предметів .</w:t>
      </w:r>
    </w:p>
    <w:p>
      <w:r>
        <w:br/>
        <w:t>— От тепер ми укладем з тобою угоду. Якщо ти не будеш ловити мишей у печері, то я завжди буду шпурляти в тебе оці п'ять предметів і це будуть робити усі чоловіки після мене.</w:t>
      </w:r>
    </w:p>
    <w:p>
      <w:r>
        <w:br/>
        <w:t>— Так, — подумала жінка, — кіт дуже розумний, але не розумніший за мого чоловіка.</w:t>
      </w:r>
    </w:p>
    <w:p>
      <w:r>
        <w:br/>
        <w:t>Кіт уважно вивчив усі пять предметів, а вони виглядали не дуже симпатично, і сказав:</w:t>
      </w:r>
    </w:p>
    <w:p>
      <w:r>
        <w:br/>
        <w:t>— Я буду ловить мишей у печері, однак я — кіт, котрий гуляє сам по собі і ніде на довго не затримуюсь.</w:t>
      </w:r>
    </w:p>
    <w:p>
      <w:r>
        <w:br/>
        <w:t>— Але не тоді, коли я поруч, — сказав чоловік, — Як би ти не промовив останніх слів, то я б назавжди відклав усі ці предмети, а так я завжди буду шпурляти в тебе перші три предмети і це будуть робити усі справжні чоловіки.</w:t>
      </w:r>
    </w:p>
    <w:p>
      <w:r>
        <w:br/>
        <w:t>— Чекайте, — вмішався пес, — Зі мною теж ніхто не укладав ніякої угоди, ні зі мною, ні з жодною собакою.</w:t>
      </w:r>
    </w:p>
    <w:p>
      <w:r>
        <w:br/>
        <w:t>І показавши свої білі зуби, продовжив:</w:t>
      </w:r>
    </w:p>
    <w:p>
      <w:r>
        <w:br/>
        <w:t>— Якщо ти не будеш забавляти маля, коли я в печері, то я завжди буду ганятися за тобою, аж до поки не зловлю і не покусаю й так будуть робити усі справжні собаки.</w:t>
      </w:r>
    </w:p>
    <w:p>
      <w:r>
        <w:br/>
        <w:t>— Так, — подумала жінка, — кіт дуже розумний, але не розумніший за собаку.</w:t>
      </w:r>
    </w:p>
    <w:p>
      <w:r>
        <w:br/>
        <w:t>Кіт порахував собачі зуби і сказав:</w:t>
      </w:r>
    </w:p>
    <w:p>
      <w:r>
        <w:br/>
        <w:t>— Я буду забавлятися з малям, коли я буду в печері, поки зможу терпіти змущання над власним хвостом, однак я — кіт, котрий гуляє сам по собі, ніде надовго не затримуючись.</w:t>
      </w:r>
    </w:p>
    <w:p>
      <w:r>
        <w:br/>
        <w:t>— Але не тоді, коли я поруч, — сказав пес, — Як би ти не сказав останніх слів, я б назавжди сховав би свої ікла, але тепер я буду заганяти тебе на дерево, де б не зустрів тебе.</w:t>
      </w:r>
    </w:p>
    <w:p>
      <w:r>
        <w:br/>
        <w:t>Тут чоловік пожбурив чоботи і невелику сокирку( усього три предмети), і з того дня так часто діють чоловіки, о вельмишановний, де б не зустріли кота. А собаки завжди ганяються за котами. Але й кіт дотримується домовленостей. Він ловить мишей, забавляється з малям, наскільки може терпіти змущання над власним хвостом. Але коли приходить час, коли приходить ніч, коли місяць сходить над землею, він — кіт, що гуляє сам по собі, ніде надовго не затримуючись. Він мандрує чи по дикому первісному лісі, чи по кронах дерев, вимахуючи хвостом, в дикій самотності, ніде надовго не затримуючись.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Кіт, що гуляв сам по собі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