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Кирпатий барометр</w:t>
      </w:r>
    </w:p>
    <w:p>
      <w:r>
        <w:br/>
        <w:t xml:space="preserve"> КИРПАТИЙ БАРОМЕТР</w:t>
      </w:r>
    </w:p>
    <w:p>
      <w:r>
        <w:br/>
        <w:t>І. Замість вечірньої молитви</w:t>
      </w:r>
    </w:p>
    <w:p>
      <w:r>
        <w:br/>
        <w:t>Ти лежиш іще впоперек ліжка —&lt;br /&gt;</w:t>
        <w:br/>
        <w:t>Ну до чого мале й чудне!&lt;br /&gt;</w:t>
        <w:br/>
        <w:t>А до тебе незримі віжки&lt;br /&gt;</w:t>
        <w:br/>
        <w:t>Прив'язали цупко мене.</w:t>
      </w:r>
    </w:p>
    <w:p>
      <w:r>
        <w:br/>
        <w:t>Кажуть, носа ти вкрав у баби,&lt;br /&gt;</w:t>
        <w:br/>
        <w:t>Губи й ноги забрав мої,&lt;br /&gt;</w:t>
        <w:br/>
        <w:t>Взяв у матері синю звабу&lt;br /&gt;</w:t>
        <w:br/>
        <w:t>І в очах своїх затаїв.</w:t>
      </w:r>
    </w:p>
    <w:p>
      <w:r>
        <w:br/>
        <w:t>Спи, грабіжнику мій кирпатий,&lt;br /&gt;</w:t>
        <w:br/>
        <w:t>Сумнів диханням розігрій,&lt;br /&gt;</w:t>
        <w:br/>
        <w:t>Я тобі стану в голови слати&lt;br /&gt;</w:t>
        <w:br/>
        <w:t>Найніжніші подушки мрій.</w:t>
      </w:r>
    </w:p>
    <w:p>
      <w:r>
        <w:br/>
        <w:t>Розішлю свої думи в дозори,&lt;br /&gt;</w:t>
        <w:br/>
        <w:t>Щоб у сизому міражі&lt;br /&gt;</w:t>
        <w:br/>
        <w:t>Не ступило свавільне горе&lt;br /&gt;</w:t>
        <w:br/>
        <w:t>На кордони твоєї душі.</w:t>
      </w:r>
    </w:p>
    <w:p>
      <w:r>
        <w:br/>
        <w:t>Бо не змок ще убивчий порох&lt;br /&gt;</w:t>
        <w:br/>
        <w:t>Од потоків дитячих сліз —&lt;br /&gt;</w:t>
        <w:br/>
        <w:t>Через трупи надій бадьорих&lt;br /&gt;</w:t>
        <w:br/>
        <w:t>Твій одвічний і підлий ворог&lt;br /&gt;</w:t>
        <w:br/>
        <w:t>До усмішки твоєї ліз.</w:t>
      </w:r>
    </w:p>
    <w:p>
      <w:r>
        <w:br/>
        <w:t>Над народами, над віками&lt;br /&gt;</w:t>
        <w:br/>
        <w:t>Встало горе, мов чорний гном.&lt;br /&gt;</w:t>
        <w:br/>
        <w:t>Торохтять бойові тамтами&lt;br /&gt;</w:t>
        <w:br/>
        <w:t>Над прозорим дитячим сном.</w:t>
      </w:r>
    </w:p>
    <w:p>
      <w:r>
        <w:br/>
        <w:t>Відгодована злість, і хитрість,&lt;br /&gt;</w:t>
        <w:br/>
        <w:t>І закута в броню брехня&lt;br /&gt;</w:t>
        <w:br/>
        <w:t>Атакують добро і щирість&lt;br /&gt;</w:t>
        <w:br/>
        <w:t>Серед ночі й білого дня.</w:t>
      </w:r>
    </w:p>
    <w:p>
      <w:r>
        <w:br/>
        <w:t>Гуркотять бойові колісниці,&lt;br /&gt;</w:t>
        <w:br/>
        <w:t>Свищуть ратища і шаблі...&lt;br /&gt;</w:t>
        <w:br/>
        <w:t>І тривозі моїй не спиться.&lt;br /&gt;</w:t>
        <w:br/>
        <w:t>Йде вона босоніж по землі.</w:t>
      </w:r>
    </w:p>
    <w:p>
      <w:r>
        <w:br/>
        <w:t>І встає проти кривди й злоби&lt;br /&gt;</w:t>
        <w:br/>
        <w:t>Мій обсмалений сонцем гнів,&lt;br /&gt;</w:t>
        <w:br/>
        <w:t>Щоби спав ти спокійно, щоби&lt;br /&gt;</w:t>
        <w:br/>
        <w:t>Ти сміявся і жебонів.</w:t>
      </w:r>
    </w:p>
    <w:p>
      <w:r>
        <w:br/>
        <w:t>І ладнає совість гармати&lt;br /&gt;</w:t>
        <w:br/>
        <w:t>Проти підлості і обмов,&lt;br /&gt;</w:t>
        <w:br/>
        <w:t>І виводить зневіру на страту&lt;br /&gt;</w:t>
        <w:br/>
        <w:t>Безпощадна моя любов.</w:t>
      </w:r>
    </w:p>
    <w:p>
      <w:r>
        <w:br/>
        <w:t>Наливайся земними силами,&lt;br /&gt;</w:t>
        <w:br/>
        <w:t>Вдосталь радощів зачерпни —&lt;br /&gt;</w:t>
        <w:br/>
        <w:t>Над тобою тріпочуть крилами&lt;br /&gt;</w:t>
        <w:br/>
        <w:t>Тихі-тихі спокійні сни...</w:t>
      </w:r>
    </w:p>
    <w:p>
      <w:r>
        <w:br/>
        <w:t>ТАНЕЦЬ ПІТЕКАНТРОПІВ</w:t>
      </w:r>
    </w:p>
    <w:p>
      <w:r>
        <w:br/>
        <w:t>Ми не брешем, не лукавим —&lt;br /&gt;</w:t>
        <w:br/>
        <w:t>Що подужаєм, берем!&lt;br /&gt;</w:t>
        <w:br/>
        <w:t>Ми сьогодні світом правим,&lt;br /&gt;</w:t>
        <w:br/>
        <w:t>Все жерем,&lt;br /&gt;</w:t>
        <w:br/>
        <w:t>Жерем,&lt;br /&gt;</w:t>
        <w:br/>
        <w:t>Жерем!&lt;br /&gt;</w:t>
        <w:br/>
        <w:t>Тільки ми од страху вільні,&lt;br /&gt;</w:t>
        <w:br/>
        <w:t>Ми — сини Європи!&lt;br /&gt;</w:t>
        <w:br/>
        <w:t>Ми — могутні,&lt;br /&gt;</w:t>
        <w:br/>
        <w:t>Ми — всесильні,&lt;br /&gt;</w:t>
        <w:br/>
        <w:t>Ми — пітекантропи!&lt;br /&gt;</w:t>
        <w:br/>
        <w:t>Нам живеться ласо й любо,&lt;br /&gt;</w:t>
        <w:br/>
        <w:t>А на совість ми плюєм —&lt;br /&gt;</w:t>
        <w:br/>
        <w:t>Що потрапило на зуби,&lt;br /&gt;</w:t>
        <w:br/>
        <w:t>Те жуєм,&lt;br /&gt;</w:t>
        <w:br/>
        <w:t>Жуєм,&lt;br /&gt;</w:t>
        <w:br/>
        <w:t>Жуєм!&lt;br /&gt;</w:t>
        <w:br/>
        <w:t>Тільки ми від глузду вільні,&lt;br /&gt;</w:t>
        <w:br/>
        <w:t>Ми — сини Європи!&lt;br /&gt;</w:t>
        <w:br/>
        <w:t>Ми — могутні,&lt;br /&gt;</w:t>
        <w:br/>
        <w:t>Ми — всесильні,&lt;br /&gt;</w:t>
        <w:br/>
        <w:t>Ми — пітекантропи!</w:t>
      </w:r>
    </w:p>
    <w:p>
      <w:r>
        <w:br/>
        <w:t>Танцювали, гупотіли, раптом провалились,&lt;br /&gt;</w:t>
        <w:br/>
        <w:t>На їх місці генерали як з землі вродились.</w:t>
      </w:r>
    </w:p>
    <w:p>
      <w:r>
        <w:br/>
        <w:t>Оточили мою душу й заревіли п'яно,&lt;br /&gt;</w:t>
        <w:br/>
        <w:t>Били в груди кулаками, мов у барабани.</w:t>
      </w:r>
    </w:p>
    <w:p>
      <w:r>
        <w:br/>
        <w:t>III. Ранок</w:t>
      </w:r>
    </w:p>
    <w:p>
      <w:r>
        <w:br/>
        <w:t>Над тихим сном мого малого сина,&lt;br /&gt;</w:t>
        <w:br/>
        <w:t>Над плетивом думок моїх і мрій&lt;br /&gt;</w:t>
        <w:br/>
        <w:t>Пливла тривога, ніби всесвіт, сива.&lt;br /&gt;</w:t>
        <w:br/>
        <w:t>Гойдаючись на гребенях надій.</w:t>
      </w:r>
    </w:p>
    <w:p>
      <w:r>
        <w:br/>
        <w:t>Цідилась ніч крізь темне сито неба,&lt;br /&gt;</w:t>
        <w:br/>
        <w:t>І зорі танули, як вогники малі...&lt;br /&gt;</w:t>
        <w:br/>
        <w:t>Кирпатий мій! Дивлюся я крізь тебе&lt;br /&gt;</w:t>
        <w:br/>
        <w:t>У завтрашнє страдалиці Землі.</w:t>
      </w:r>
    </w:p>
    <w:p>
      <w:r>
        <w:br/>
        <w:t>Я бережу для тебе її квіти,&lt;br /&gt;</w:t>
        <w:br/>
        <w:t>Тобі несу думок своїх огонь,&lt;br /&gt;</w:t>
        <w:br/>
        <w:t>Для тебе запускаю на орбіти&lt;br /&gt;</w:t>
        <w:br/>
        <w:t>Ракети із порепаних долонь.</w:t>
      </w:r>
    </w:p>
    <w:p>
      <w:r>
        <w:br/>
        <w:t>Ми народились в муках, щоб родити.&lt;br /&gt;</w:t>
        <w:br/>
        <w:t>Синами обезсмертити свій рід,&lt;br /&gt;</w:t>
        <w:br/>
        <w:t>Щоб квітував на диво всьому світу&lt;br /&gt;</w:t>
        <w:br/>
        <w:t>Козацький геніальний родовід!</w:t>
      </w:r>
    </w:p>
    <w:p>
      <w:r>
        <w:br/>
        <w:t>Сини! Сини! Барометри кирпаті&lt;br /&gt;</w:t>
        <w:br/>
        <w:t>Людського спокою і завтрашнього дня!&lt;br /&gt;</w:t>
        <w:br/>
        <w:t>Ми перед вами разом винуваті,&lt;br /&gt;</w:t>
        <w:br/>
        <w:t>Що на планеті бійки і гризня.</w:t>
      </w:r>
    </w:p>
    <w:p>
      <w:r>
        <w:br/>
        <w:t>Ми винуваті, що міліють ріки&lt;br /&gt;</w:t>
        <w:br/>
        <w:t>І лисинами світять береги,&lt;br /&gt;</w:t>
        <w:br/>
        <w:t>Що десь духовні лупляться каліки&lt;br /&gt;</w:t>
        <w:br/>
        <w:t>І виростають ваші вороги.</w:t>
      </w:r>
    </w:p>
    <w:p>
      <w:r>
        <w:br/>
        <w:t>Будь проклят спокій! Досить нарікати&lt;br /&gt;</w:t>
        <w:br/>
        <w:t>На клопітливий і суворий час!&lt;br /&gt;</w:t>
        <w:br/>
        <w:t>Грядуть сини — барометри кирпаті,&lt;br /&gt;</w:t>
        <w:br/>
        <w:t>Вони за все спитають завтра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Кирпатий барометр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