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Кінець української силабо-тоніки</w:t>
      </w:r>
    </w:p>
    <w:p>
      <w:r>
        <w:br/>
        <w:t xml:space="preserve"> в цьому будинку вони колись і жили&lt;br /&gt;</w:t>
        <w:br/>
        <w:t>бачиш ось там на рамах ще рештки червоної фарби&lt;br /&gt;</w:t>
        <w:br/>
        <w:t>лущаться з тих часів хтось вигадав їх поселити&lt;br /&gt;</w:t>
        <w:br/>
        <w:t>в одному домі щоб чути було дихання в передпокоях&lt;br /&gt;</w:t>
        <w:br/>
        <w:t>дихання вітру структуру страху коли ти&lt;br /&gt;</w:t>
        <w:br/>
        <w:t>дивишся на подвір'я&lt;br /&gt;</w:t>
        <w:br/>
        <w:t>де військові кладуть асфальт&lt;br /&gt;</w:t>
        <w:br/>
        <w:t>і саджають сосни</w:t>
      </w:r>
    </w:p>
    <w:p>
      <w:r>
        <w:br/>
        <w:t>їх виводили серед ночі зганяючи сни&lt;br /&gt;</w:t>
        <w:br/>
        <w:t>з їхніх плечей наче щурів з підвіконня&lt;br /&gt;</w:t>
        <w:br/>
        <w:t>сірі сорочки на них просякали потом&lt;br /&gt;</w:t>
        <w:br/>
        <w:t>і в тілах їхніх стояла жовта сеча&lt;br /&gt;</w:t>
        <w:br/>
        <w:t>мов контрабанда&lt;br /&gt;</w:t>
        <w:br/>
        <w:t>тим хто виводив подобався запах нічного життя&lt;br /&gt;</w:t>
        <w:br/>
        <w:t>їхня сіра білизна що набрякала від збудження&lt;br /&gt;</w:t>
        <w:br/>
        <w:t>їхні жінки що розмазували по обличчю&lt;br /&gt;</w:t>
        <w:br/>
        <w:t>сліди переляку і макіяж</w:t>
      </w:r>
    </w:p>
    <w:p>
      <w:r>
        <w:br/>
        <w:t>на розі стояв кіоск і там нагрівавсь лимонад&lt;br /&gt;</w:t>
        <w:br/>
        <w:t>липкі фіолетові краплі сиропу зтягували шкіру&lt;br /&gt;</w:t>
        <w:br/>
        <w:t>налипали на пальцях і в куточках уст&lt;br /&gt;</w:t>
        <w:br/>
        <w:t>обтяжені бджоли торкались хвостами одягу і повік&lt;br /&gt;</w:t>
        <w:br/>
        <w:t>і тінь від будинку підповзала до ніг мовби велика вода&lt;br /&gt;</w:t>
        <w:br/>
        <w:t>скоріше б додому зачиняючи щільно двері&lt;br /&gt;</w:t>
        <w:br/>
        <w:t>на чорний замок на ланцюжок на засув&lt;br /&gt;</w:t>
        <w:br/>
        <w:t>слухати як нишпорить вітер в дверних&lt;br /&gt;</w:t>
        <w:br/>
        <w:t>механізмах і під вилицями&lt;br /&gt;</w:t>
        <w:br/>
        <w:t>слухати як калатає сонце&lt;br /&gt;</w:t>
        <w:br/>
        <w:t>у незашторених вікнах</w:t>
      </w:r>
    </w:p>
    <w:p>
      <w:r>
        <w:br/>
        <w:t>їх виводили&lt;br /&gt;</w:t>
        <w:br/>
        <w:t>швидко заганяючи з вулиці&lt;br /&gt;</w:t>
        <w:br/>
        <w:t>в нутрощі чорних автомобілів&lt;br /&gt;</w:t>
        <w:br/>
        <w:t>так що деякий час вони ще дихали тим киснем&lt;br /&gt;</w:t>
        <w:br/>
        <w:t>киснем будинку тамуючи його в шлунку&lt;br /&gt;</w:t>
        <w:br/>
        <w:t>намагаючись не випускати з себе ні краплі свободи&lt;br /&gt;</w:t>
        <w:br/>
        <w:t>ні краплі істерики</w:t>
      </w:r>
    </w:p>
    <w:p>
      <w:r>
        <w:br/>
        <w:t>тоді коли ти захочеш розподілити слова&lt;br /&gt;</w:t>
        <w:br/>
        <w:t>на ті що хоч раз вживав і ті яких не торкався&lt;br /&gt;</w:t>
        <w:br/>
        <w:t>ти мусиш відчути цю тишу яка розрива&lt;br /&gt;</w:t>
        <w:br/>
        <w:t>нічну серцевину — вимучена кругова –&lt;br /&gt;</w:t>
        <w:br/>
        <w:t>кожного разу скільки б сюди не вертався</w:t>
      </w:r>
    </w:p>
    <w:p>
      <w:r>
        <w:br/>
        <w:t>тому що колись давно шматки гарячих лексем&lt;br /&gt;</w:t>
        <w:br/>
        <w:t>холонули тут в ротах забиваючись страхом&lt;br /&gt;</w:t>
        <w:br/>
        <w:t>і той чоловік із обважнілим лицем&lt;br /&gt;</w:t>
        <w:br/>
        <w:t>з чорним записником і простим олівцем&lt;br /&gt;</w:t>
        <w:br/>
        <w:t>лишав по собі тільки тишу що падала мертвим птахом</w:t>
      </w:r>
    </w:p>
    <w:p>
      <w:r>
        <w:br/>
        <w:t>просто існує такий різновид споруд&lt;br /&gt;</w:t>
        <w:br/>
        <w:t>в яких ця остання межа особливо похмура&lt;br /&gt;</w:t>
        <w:br/>
        <w:t>де надто неглибоко пекло і русла підземних руд&lt;br /&gt;</w:t>
        <w:br/>
        <w:t>де час виступає ніби вугілля крізь ґрунт&lt;br /&gt;</w:t>
        <w:br/>
        <w:t>де починається смерть і кінчається література</w:t>
      </w:r>
    </w:p>
    <w:p>
      <w:r>
        <w:br/>
        <w:t>* * *&lt;br /&gt;</w:t>
        <w:br/>
        <w:t>навіть якби ти покинула ті місця&lt;br /&gt;</w:t>
        <w:br/>
        <w:t>в яких народилась і де лишалась чекати&lt;br /&gt;</w:t>
        <w:br/>
        <w:t>де формувались риси твого лиця&lt;br /&gt;</w:t>
        <w:br/>
        <w:t>і починались географічні карти</w:t>
      </w:r>
    </w:p>
    <w:p>
      <w:r>
        <w:br/>
        <w:t>навіть якби ти вживала чужі слова&lt;br /&gt;</w:t>
        <w:br/>
        <w:t>торкалась чужих плечей і чужих простирадел&lt;br /&gt;</w:t>
        <w:br/>
        <w:t>і навіть звідтіль куди мало хто заплива&lt;br /&gt;</w:t>
        <w:br/>
        <w:t>не поверталась хоч хто би тобі не радив&lt;br /&gt;</w:t>
        <w:br/>
        <w:t>навіть якби ти тікала від власних слідів&lt;br /&gt;</w:t>
        <w:br/>
        <w:t>від власних снігів на подвір'ї і сонця в ринвах&lt;br /&gt;</w:t>
        <w:br/>
        <w:t>якби уникала присмерків і холодів&lt;br /&gt;</w:t>
        <w:br/>
        <w:t>приспавши чужих кошенят на своїх колінах</w:t>
      </w:r>
    </w:p>
    <w:p>
      <w:r>
        <w:br/>
        <w:t>ти би примчала всупереч всім листам&lt;br /&gt;</w:t>
        <w:br/>
        <w:t>назад де високі дими і гарячі стіни&lt;br /&gt;</w:t>
        <w:br/>
        <w:t>напевне знаючи що навіть там&lt;br /&gt;</w:t>
        <w:br/>
        <w:t>ти його не зустрінеш</w:t>
      </w:r>
    </w:p>
    <w:p>
      <w:r>
        <w:br/>
        <w:t>* * *&lt;br /&gt;</w:t>
        <w:br/>
        <w:t>вирощено і нищівно&lt;br /&gt;</w:t>
        <w:br/>
        <w:t>над каменями і кущами&lt;br /&gt;</w:t>
        <w:br/>
        <w:t>повітря заповнене щільно&lt;br /&gt;</w:t>
        <w:br/>
        <w:t>душами і дощами</w:t>
      </w:r>
    </w:p>
    <w:p>
      <w:r>
        <w:br/>
        <w:t>підпис місце печатки&lt;br /&gt;</w:t>
        <w:br/>
        <w:t>виводиш наче харизму&lt;br /&gt;</w:t>
        <w:br/>
        <w:t>блаженні першопочатки&lt;br /&gt;</w:t>
        <w:br/>
        <w:t>східного сепаратизму</w:t>
      </w:r>
    </w:p>
    <w:p>
      <w:r>
        <w:br/>
        <w:t>коли літає померши&lt;br /&gt;</w:t>
        <w:br/>
        <w:t>радіо над домами&lt;br /&gt;</w:t>
        <w:br/>
        <w:t>і березень як уперше&lt;br /&gt;</w:t>
        <w:br/>
        <w:t>обступає димами</w:t>
      </w:r>
    </w:p>
    <w:p>
      <w:r>
        <w:br/>
        <w:t>я бачив твої падолисти&lt;br /&gt;</w:t>
        <w:br/>
        <w:t>ту ніч що тебе огорне&lt;br /&gt;</w:t>
        <w:br/>
        <w:t>там де високі під'їзди&lt;br /&gt;</w:t>
        <w:br/>
        <w:t>мов застуджені горла</w:t>
      </w:r>
    </w:p>
    <w:p>
      <w:r>
        <w:br/>
        <w:t>з полісу з небокраю&lt;br /&gt;</w:t>
        <w:br/>
        <w:t>тягнеться довга вервипя&lt;br /&gt;</w:t>
        <w:br/>
        <w:t>і ця панорама я знаю&lt;br /&gt;</w:t>
        <w:br/>
        <w:t>вона ще тобі озветься</w:t>
      </w:r>
    </w:p>
    <w:p>
      <w:r>
        <w:br/>
        <w:t>луною в порожній шахті&lt;br /&gt;</w:t>
        <w:br/>
        <w:t>листям у водостоці&lt;br /&gt;</w:t>
        <w:br/>
        <w:t>в жованому ландшафті&lt;br /&gt;</w:t>
        <w:br/>
        <w:t>у пташиному оці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Кінець української силабо-тоніки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