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Кілька хвилин першої світової</w:t>
      </w:r>
    </w:p>
    <w:p>
      <w:r>
        <w:br/>
        <w:t xml:space="preserve"> "То не змія, то черв.&lt;br /&gt;</w:t>
        <w:br/>
        <w:t>Тут багато такої нехарі.&lt;br /&gt;</w:t>
        <w:br/>
        <w:t>А гадину зараз ви уздрите", –&lt;br /&gt;</w:t>
        <w:br/>
        <w:t>сказав брусиловцям сліпий і засвистів.&lt;br /&gt;</w:t>
        <w:br/>
        <w:t>Ще не чули вояки такого свисту:&lt;br /&gt;</w:t>
        <w:br/>
        <w:t>невловні переливи,&lt;br /&gt;</w:t>
        <w:br/>
        <w:t>незвичні колінця,&lt;br /&gt;</w:t>
        <w:br/>
        <w:t>тони скрадливі –&lt;br /&gt;</w:t>
        <w:br/>
        <w:t>недобрий свист!&lt;br /&gt;</w:t>
        <w:br/>
        <w:t>Почули вояки,&lt;br /&gt;</w:t>
        <w:br/>
        <w:t>захитались буки і трепети,&lt;br /&gt;</w:t>
        <w:br/>
        <w:t>ворухнулася стіна смерек,&lt;br /&gt;</w:t>
        <w:br/>
        <w:t>і зашуміла на них умлівіч&lt;br /&gt;</w:t>
        <w:br/>
        <w:t>велика змія.&lt;br /&gt;</w:t>
        <w:br/>
        <w:t>Заніміли хоробрі вояки, скаменіли їх руки,&lt;br /&gt;</w:t>
        <w:br/>
        <w:t>забули про зброю.</w:t>
      </w:r>
    </w:p>
    <w:p>
      <w:r>
        <w:br/>
        <w:t>"А чого-с така люта?" – крикнув сліпий&lt;br /&gt;</w:t>
        <w:br/>
        <w:t>і кинув проти неї киптар.&lt;br /&gt;</w:t>
        <w:br/>
        <w:t>Полоснула по одежині і прошуміла&lt;br /&gt;</w:t>
        <w:br/>
        <w:t>у темні потоки, у мертве ріща…&lt;br /&gt;</w:t>
        <w:br/>
        <w:t>Зашкруміла вовна, стліла шкіра…&lt;br /&gt;</w:t>
        <w:br/>
        <w:t>і вдарила канона!</w:t>
      </w:r>
    </w:p>
    <w:p>
      <w:r>
        <w:br/>
        <w:t>Схопили вояки стрільби і побігли,&lt;br /&gt;</w:t>
        <w:br/>
        <w:t>бо полоснуло вогнем,&lt;br /&gt;</w:t>
        <w:br/>
        <w:t>відриваючи небо від землі…&lt;br /&gt;</w:t>
        <w:br/>
        <w:t>І в ту яму&lt;br /&gt;</w:t>
        <w:br/>
        <w:t>упав лицем сліпий.&lt;br /&gt;</w:t>
        <w:br/>
        <w:t>Зашкруміла земля, стліло небо –&lt;br /&gt;</w:t>
        <w:br/>
        <w:t>і молився сліпий, бо почувся інший свист,&lt;br /&gt;</w:t>
        <w:br/>
        <w:t>який поскладав хоробрих вояків&lt;br /&gt;</w:t>
        <w:br/>
        <w:t>один коло одного…&lt;br /&gt;</w:t>
        <w:br/>
        <w:t>І вперше заплакав старий&lt;br /&gt;</w:t>
        <w:br/>
        <w:t>видющими сльозами…&lt;br /&gt;</w:t>
        <w:br/>
        <w:t>І тяжко повертався&lt;br /&gt;</w:t>
        <w:br/>
        <w:t>у свої темні роки,&lt;br /&gt;</w:t>
        <w:br/>
        <w:t>у їх темні потоки,&lt;br /&gt;</w:t>
        <w:br/>
        <w:t>аж до мертвого ріща…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Кілька хвилин першої світової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