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Кий</w:t>
      </w:r>
    </w:p>
    <w:p>
      <w:r>
        <w:br/>
        <w:t xml:space="preserve"> Кий&lt;br /&gt;</w:t>
        <w:br/>
        <w:t>Казка</w:t>
      </w:r>
    </w:p>
    <w:p>
      <w:r>
        <w:br/>
        <w:t>Був дід і баба, і синів троє —&lt;br /&gt;</w:t>
        <w:br/>
        <w:t>Два розумних, а третій дурень.&lt;br /&gt;</w:t>
        <w:br/>
        <w:t>Як були при малім достатку,&lt;br /&gt;</w:t>
        <w:br/>
        <w:t>То старший син каже до мами:&lt;br /&gt;</w:t>
        <w:br/>
        <w:t>"Піду я, нене, та десь наймуся".&lt;br /&gt;</w:t>
        <w:br/>
        <w:t>Спорядили його, пішов він.&lt;br /&gt;</w:t>
        <w:br/>
        <w:t>Іде та й іде, коли дід назустріч —&lt;br /&gt;</w:t>
        <w:br/>
        <w:t>Сам коротун, сміхотливі очі.&lt;br /&gt;</w:t>
        <w:br/>
        <w:t>"Куди ти, парубче, чимчикуєш?"&lt;br /&gt;</w:t>
        <w:br/>
        <w:t>— Та ось іду, чи не стану в службу.&lt;br /&gt;</w:t>
        <w:br/>
        <w:t>Дід примружив веселі очі:&lt;br /&gt;</w:t>
        <w:br/>
        <w:t>"Хочеш вівці у мене пасти?&lt;br /&gt;</w:t>
        <w:br/>
        <w:t>Я тебе кривдити не буду".&lt;br /&gt;</w:t>
        <w:br/>
        <w:t>Слово за слово — поєднались.&lt;br /&gt;</w:t>
        <w:br/>
        <w:t>От дає йому дід отару,&lt;br /&gt;</w:t>
        <w:br/>
        <w:t>Дає мотузку й малу торбинку,&lt;br /&gt;</w:t>
        <w:br/>
        <w:t>"Гляди, — каже, — напаси вівці,&lt;br /&gt;</w:t>
        <w:br/>
        <w:t>І трави нарви, нав'яжи у в'язку,&lt;br /&gt;</w:t>
        <w:br/>
        <w:t>І піску набери в торбинку".&lt;br /&gt;</w:t>
        <w:br/>
        <w:t>То старший син добре дбає,&lt;br /&gt;</w:t>
        <w:br/>
        <w:t>Всю роботу гаразд справляє,&lt;br /&gt;</w:t>
        <w:br/>
        <w:t>Коли почав завертати вівці,&lt;br /&gt;</w:t>
        <w:br/>
        <w:t>А вони через річку та врозтіч!&lt;br /&gt;</w:t>
        <w:br/>
        <w:t>Що тут діяти? Він вернувся.&lt;br /&gt;</w:t>
        <w:br/>
        <w:t>Дід стоїть у дворі коло брами.&lt;br /&gt;</w:t>
        <w:br/>
        <w:t>"Ну як, — питає, — справив роботу?"&lt;br /&gt;</w:t>
        <w:br/>
        <w:t>Той каже: "Та все б гаразд, дідуню,&lt;br /&gt;</w:t>
        <w:br/>
        <w:t>Тільки вівці умкнули за річку".&lt;br /&gt;</w:t>
        <w:br/>
        <w:t>Дід засміявся: "Ну, нічого.&lt;br /&gt;</w:t>
        <w:br/>
        <w:t>Ось на тобі, сину, цей стільчик,&lt;br /&gt;</w:t>
        <w:br/>
        <w:t>Будеш мати всього доволі.&lt;br /&gt;</w:t>
        <w:br/>
        <w:t>Та гляди: поки дійдеш додому,&lt;br /&gt;</w:t>
        <w:br/>
        <w:t>Не кажи: "стільчику, розчинися!"&lt;br /&gt;</w:t>
        <w:br/>
        <w:t>Хлопець стільчик узяв, подався.&lt;br /&gt;</w:t>
        <w:br/>
        <w:t>Іде та й іде, аж ось і вечір.&lt;br /&gt;</w:t>
        <w:br/>
        <w:t>Хлопець зайшов на ближній хутір&lt;br /&gt;</w:t>
        <w:br/>
        <w:t>Та й став у господаря на ніч.&lt;br /&gt;</w:t>
        <w:br/>
        <w:t>Приймають його, до столу кличуть.&lt;br /&gt;</w:t>
        <w:br/>
        <w:t>Він господаря умовляє:&lt;br /&gt;</w:t>
        <w:br/>
        <w:t>"Прошу вас, дядечку, милим словом,&lt;br /&gt;</w:t>
        <w:br/>
        <w:t>Не кажіть: "стільчику, розчинися!"&lt;br /&gt;</w:t>
        <w:br/>
        <w:t>Стало опівночі, всі поснули;&lt;br /&gt;</w:t>
        <w:br/>
        <w:t>Дядько нишком: "стільчику,&lt;br /&gt;</w:t>
        <w:br/>
        <w:t>розчинися!"&lt;br /&gt;</w:t>
        <w:br/>
        <w:t>Де не взялись усякі наїдки,&lt;br /&gt;</w:t>
        <w:br/>
        <w:t>Меди, вина, солодкі напої,&lt;br /&gt;</w:t>
        <w:br/>
        <w:t>Коло них чарочки кришталеві,&lt;br /&gt;</w:t>
        <w:br/>
        <w:t>Ще й тарілочки з порцеляни,&lt;br /&gt;</w:t>
        <w:br/>
        <w:t>Ще й серветки, вишивані шовком.&lt;br /&gt;</w:t>
        <w:br/>
        <w:t>Дядько стільчик сховав у комору,&lt;br /&gt;</w:t>
        <w:br/>
        <w:t>На те місце приніс такий самий.&lt;br /&gt;</w:t>
        <w:br/>
        <w:t>Рано-вранці, чуть зазоріло,&lt;br /&gt;</w:t>
        <w:br/>
        <w:t>Зібрався хлопець, іде додому,&lt;br /&gt;</w:t>
        <w:br/>
        <w:t>Приходить, гукає з порогу:&lt;br /&gt;</w:t>
        <w:br/>
        <w:t>"А хутчій, матінко, добре дбайте,&lt;br /&gt;</w:t>
        <w:br/>
        <w:t>Тесові столи застеляйте,&lt;br /&gt;</w:t>
        <w:br/>
        <w:t>Будемо пити меди та пиво,&lt;br /&gt;</w:t>
        <w:br/>
        <w:t>Ось погляньте, яке в мене диво".&lt;br /&gt;</w:t>
        <w:br/>
        <w:t>Та й крикнув: "стільчику, розчинися!"&lt;br /&gt;</w:t>
        <w:br/>
        <w:t>Марне слово — нема нічого.&lt;br /&gt;</w:t>
        <w:br/>
        <w:t>Він удруге — і знов нічого.&lt;br /&gt;</w:t>
        <w:br/>
        <w:t>Гірко заплакав бідний хлопець.&lt;br /&gt;</w:t>
        <w:br/>
        <w:t>Небагато часу минуло,&lt;br /&gt;</w:t>
        <w:br/>
        <w:t>І другий брат проситься в службу.&lt;br /&gt;</w:t>
        <w:br/>
        <w:t>Зрядили його, пішов він,&lt;br /&gt;</w:t>
        <w:br/>
        <w:t>Аж той самий дідок устрічу,&lt;br /&gt;</w:t>
        <w:br/>
        <w:t>Окоренкуватий коротунчик.&lt;br /&gt;</w:t>
        <w:br/>
        <w:t>"Хочеш вівці у мене пасти?"&lt;br /&gt;</w:t>
        <w:br/>
        <w:t>Слово за слово — поєднались.&lt;br /&gt;</w:t>
        <w:br/>
        <w:t>От дає йому дід отару,&lt;br /&gt;</w:t>
        <w:br/>
        <w:t>І бичівку й малу торбинку:&lt;br /&gt;</w:t>
        <w:br/>
        <w:t>Так і так мені маєш зробити.&lt;br /&gt;</w:t>
        <w:br/>
        <w:t>Він трави нарвав, нав'язав у в'язку,&lt;br /&gt;</w:t>
        <w:br/>
        <w:t>І піску набрав у торбинку,&lt;br /&gt;</w:t>
        <w:br/>
        <w:t>Коли почав завертати вівці —&lt;br /&gt;</w:t>
        <w:br/>
        <w:t>А вони через річку, та врозтіч.&lt;br /&gt;</w:t>
        <w:br/>
        <w:t>Що робити в такій пригоді?&lt;br /&gt;</w:t>
        <w:br/>
        <w:t>Він вернувся, сказав старому.&lt;br /&gt;</w:t>
        <w:br/>
        <w:t>Дід сміється. "Ну добре, — каже, —&lt;br /&gt;</w:t>
        <w:br/>
        <w:t>Ось візьми баранчика за службу,&lt;br /&gt;</w:t>
        <w:br/>
        <w:t>Будеш мати без ліку грошей.&lt;br /&gt;</w:t>
        <w:br/>
        <w:t>Та гляди, поки дійдеш додому,&lt;br /&gt;</w:t>
        <w:br/>
        <w:t>Не кажи: "баранчику, струснися!".&lt;br /&gt;</w:t>
        <w:br/>
        <w:t>Той узяв баранчика, подався.&lt;br /&gt;</w:t>
        <w:br/>
        <w:t>Аж прийшов на той самий хутір.&lt;br /&gt;</w:t>
        <w:br/>
        <w:t>Приймають його, до столу кличуть.&lt;br /&gt;</w:t>
        <w:br/>
        <w:t>Він господаря умовляє:&lt;br /&gt;</w:t>
        <w:br/>
        <w:t>"Прошу вас, дядечку, милим словом,&lt;br /&gt;</w:t>
        <w:br/>
        <w:t>Не кажіть: "баранчику, струснися!".&lt;br /&gt;</w:t>
        <w:br/>
        <w:t>Стало опівночі, всі поснули,&lt;br /&gt;</w:t>
        <w:br/>
        <w:t>Дядько каже: "баранчику,&lt;br /&gt;</w:t>
        <w:br/>
        <w:t>струснися!"&lt;br /&gt;</w:t>
        <w:br/>
        <w:t>Як струснувся тоді баранчик,&lt;br /&gt;</w:t>
        <w:br/>
        <w:t>Так і брязнули гроші з нього:&lt;br /&gt;</w:t>
        <w:br/>
        <w:t>Биті таляри, карбованці, дукати,&lt;br /&gt;</w:t>
        <w:br/>
        <w:t>І як жар золоті червінці,&lt;br /&gt;</w:t>
        <w:br/>
        <w:t>І примерклого срібла гривні.&lt;br /&gt;</w:t>
        <w:br/>
        <w:t>Дядько сховав баранчика в сінях,&lt;br /&gt;</w:t>
        <w:br/>
        <w:t>На те місце другого поставив.&lt;br /&gt;</w:t>
        <w:br/>
        <w:t>Рано-вранці, чуть зазоріло,&lt;br /&gt;</w:t>
        <w:br/>
        <w:t>Зібрався хлопець, іде додому,&lt;br /&gt;</w:t>
        <w:br/>
        <w:t>Приходить, гукає з порогу:&lt;br /&gt;</w:t>
        <w:br/>
        <w:t>"Гей, стеліть та стеліть рядна, нене,&lt;br /&gt;</w:t>
        <w:br/>
        <w:t>Подивіться, що за диво в мене".&lt;br /&gt;</w:t>
        <w:br/>
        <w:t>Та тоді: "баранчику, струснися!".&lt;br /&gt;</w:t>
        <w:br/>
        <w:t>Марне слово, нема нічого.&lt;br /&gt;</w:t>
        <w:br/>
        <w:t>Він удруге — і знов нічого.&lt;br /&gt;</w:t>
        <w:br/>
        <w:t>Гірко заплакав бідний хлопець.&lt;br /&gt;</w:t>
        <w:br/>
        <w:t>Скоро й третій син проситься&lt;br /&gt;</w:t>
        <w:br/>
        <w:t>в службу.&lt;br /&gt;</w:t>
        <w:br/>
        <w:t>Мати каже: "Де тобі братись!&lt;br /&gt;</w:t>
        <w:br/>
        <w:t>Як розумних братів одурили,&lt;br /&gt;</w:t>
        <w:br/>
        <w:t>То тебе й поготів налигають".&lt;br /&gt;</w:t>
        <w:br/>
        <w:t>Та він одне: "Пустіть мене, мамо!"&lt;br /&gt;</w:t>
        <w:br/>
        <w:t>Не дає й промитої години.&lt;br /&gt;</w:t>
        <w:br/>
        <w:t>Спорядили його, пішов він.&lt;br /&gt;</w:t>
        <w:br/>
        <w:t>Коли знов той дідусь назустріч,&lt;br /&gt;</w:t>
        <w:br/>
        <w:t>Окоренкуватий коротунчик:&lt;br /&gt;</w:t>
        <w:br/>
        <w:t>"Хочеш у мене вівці пасти?"&lt;br /&gt;</w:t>
        <w:br/>
        <w:t>Молодший брат довго не думав,&lt;br /&gt;</w:t>
        <w:br/>
        <w:t>І ряду не брав, каже: "згода".&lt;br /&gt;</w:t>
        <w:br/>
        <w:t>От у небі гуляють хмарки,&lt;br /&gt;</w:t>
        <w:br/>
        <w:t>На долині пасуться вівці.&lt;br /&gt;</w:t>
        <w:br/>
        <w:t>"Гей, пасись да пасись, овечко!&lt;br /&gt;</w:t>
        <w:br/>
        <w:t>Уже ж бо і вечір недалечко.&lt;br /&gt;</w:t>
        <w:br/>
        <w:t>Як западе сонце за хмару,&lt;br /&gt;</w:t>
        <w:br/>
        <w:t>Пожену вас усі в кошару".&lt;br /&gt;</w:t>
        <w:br/>
        <w:t>Тільки став завертати ягничку,&lt;br /&gt;</w:t>
        <w:br/>
        <w:t>Вся отара шубовсть у річку!&lt;br /&gt;</w:t>
        <w:br/>
        <w:t>От тоді догадався дурень:&lt;br /&gt;</w:t>
        <w:br/>
        <w:t>Як розбігся, то так і скочив&lt;br /&gt;</w:t>
        <w:br/>
        <w:t>На найстаршого барана в отарі.&lt;br /&gt;</w:t>
        <w:br/>
        <w:t>Сидить собі, грає на сопілці,&lt;br /&gt;</w:t>
        <w:br/>
        <w:t>За ним ідуть додому всі вівці.&lt;br /&gt;</w:t>
        <w:br/>
        <w:t>"Нате, діду, справився добре!"&lt;br /&gt;</w:t>
        <w:br/>
        <w:t>"Ну, спасибі, візьми цей кийочок&lt;br /&gt;</w:t>
        <w:br/>
        <w:t>Та гляди: поки дійдеш додому,&lt;br /&gt;</w:t>
        <w:br/>
        <w:t>Не здумай казати: "бий, кию!".&lt;br /&gt;</w:t>
        <w:br/>
        <w:t>Дурень узяв кийочок, подався.&lt;br /&gt;</w:t>
        <w:br/>
        <w:t>Заходить і він на той хутір,&lt;br /&gt;</w:t>
        <w:br/>
        <w:t>Де ночували старші хлопці.&lt;br /&gt;</w:t>
        <w:br/>
        <w:t>Приймають його, до столу просять,&lt;br /&gt;</w:t>
        <w:br/>
        <w:t>Він господаря умовляє:&lt;br /&gt;</w:t>
        <w:br/>
        <w:t>"Прошу вас, дядечку, мило та красно,&lt;br /&gt;</w:t>
        <w:br/>
        <w:t>Учиніть мені таку ласку,&lt;br /&gt;</w:t>
        <w:br/>
        <w:t>Не кажіть да не кажіть: "бий, кию!".&lt;br /&gt;</w:t>
        <w:br/>
        <w:t>Повечеряли, полягали ;&lt;br /&gt;</w:t>
        <w:br/>
        <w:t>Дурень щільно укрився кожухом,&lt;br /&gt;</w:t>
        <w:br/>
        <w:t>А сам дірку продер та й пильнує.&lt;br /&gt;</w:t>
        <w:br/>
        <w:t>Опівночі дядько: "бий, кию!"&lt;br /&gt;</w:t>
        <w:br/>
        <w:t>Як почне його кий окладати,&lt;br /&gt;</w:t>
        <w:br/>
        <w:t>Б'є наосліп, мов градом сипле,&lt;br /&gt;</w:t>
        <w:br/>
        <w:t>Не дає і очей захилити.&lt;br /&gt;</w:t>
        <w:br/>
        <w:t>Дурень дивиться й примовляє:&lt;br /&gt;</w:t>
        <w:br/>
        <w:t>"Віддай, дядьку, усе, що загарбав!"&lt;br /&gt;</w:t>
        <w:br/>
        <w:t>Бачить дядько: загибель та й годі,&lt;br /&gt;</w:t>
        <w:br/>
        <w:t>Улелекає кий до смерті.&lt;br /&gt;</w:t>
        <w:br/>
        <w:t>Віддав хлопцеві все, що загарбав.&lt;br /&gt;</w:t>
        <w:br/>
        <w:t>Іде дурень веселий додому,&lt;br /&gt;</w:t>
        <w:br/>
        <w:t>Ще здаля гукає, з порогу:&lt;br /&gt;</w:t>
        <w:br/>
        <w:t>"Та гей, братіки, добре дбайте,&lt;br /&gt;</w:t>
        <w:br/>
        <w:t>Тесові столи застеляйте,&lt;br /&gt;</w:t>
        <w:br/>
        <w:t>Будемо пити та ще й гуляти,&lt;br /&gt;</w:t>
        <w:br/>
        <w:t>Срібла-злота неміряно мати".&lt;br /&gt;</w:t>
        <w:br/>
        <w:t>От почали вони багатіти.&lt;br /&gt;</w:t>
        <w:br/>
        <w:t>Пішла про них поголоска всюди,&lt;br /&gt;</w:t>
        <w:br/>
        <w:t>Та й дійшла до вельможного вуха,&lt;br /&gt;</w:t>
        <w:br/>
        <w:t>На ці речі пани жаденні.&lt;br /&gt;</w:t>
        <w:br/>
        <w:t>Приходить пан, улесливо просить:&lt;br /&gt;</w:t>
        <w:br/>
        <w:t>"Та будьте чемні, та не відмовте,&lt;br /&gt;</w:t>
        <w:br/>
        <w:t>Позичте на час, на весілля,&lt;br /&gt;</w:t>
        <w:br/>
        <w:t>Вашого баранчика та стільчик".&lt;br /&gt;</w:t>
        <w:br/>
        <w:t>Брати думають: "Чом не дати?&lt;br /&gt;</w:t>
        <w:br/>
        <w:t>Не щодня ж і весілля буває".&lt;br /&gt;</w:t>
        <w:br/>
        <w:t>Минає місяць, минає другий,&lt;br /&gt;</w:t>
        <w:br/>
        <w:t>Пан давно відгуляв весілля,&lt;br /&gt;</w:t>
        <w:br/>
        <w:t>А позиченого не вертає.&lt;br /&gt;</w:t>
        <w:br/>
        <w:t>Старший брат зібрався та й каже:&lt;br /&gt;</w:t>
        <w:br/>
        <w:t>"Піду я правити наш заробіток".&lt;br /&gt;</w:t>
        <w:br/>
        <w:t>Приходить у панські покої,&lt;br /&gt;</w:t>
        <w:br/>
        <w:t>А там панства, як цвіркоту в лузі,&lt;br /&gt;</w:t>
        <w:br/>
        <w:t>Да такі опасисті да тилаті,&lt;br /&gt;</w:t>
        <w:br/>
        <w:t>Усі в бархаті та єдвабі22.&lt;br /&gt;</w:t>
        <w:br/>
        <w:t>Хлопець ледве здобувся на слово:&lt;br /&gt;</w:t>
        <w:br/>
        <w:t>"Так і так, пане, віддайте, будь ласка,&lt;br /&gt;</w:t>
        <w:br/>
        <w:t>Нашого баранчика та стільчик".&lt;br /&gt;</w:t>
        <w:br/>
        <w:t>Як роззлоститься пан ве/їьможний,&lt;br /&gt;</w:t>
        <w:br/>
        <w:t>Як розпіриться, розкричиться:&lt;br /&gt;</w:t>
        <w:br/>
        <w:t>"Що за стільчик? Який баранчик?&lt;br /&gt;</w:t>
        <w:br/>
        <w:t>Нуте, слуги, візьміть зухвальця,&lt;br /&gt;</w:t>
        <w:br/>
        <w:t>Відчухрайте його канчуками".&lt;br /&gt;</w:t>
        <w:br/>
        <w:t>Відчухрали, прийшов він, плаче.&lt;br /&gt;</w:t>
        <w:br/>
        <w:t>Збирається середущий хлопець.&lt;br /&gt;</w:t>
        <w:br/>
        <w:t>"Піду ще й я, може зволять оддати".&lt;br /&gt;</w:t>
        <w:br/>
        <w:t>Так що ж? Тільки лиха здобувся —&lt;br /&gt;</w:t>
        <w:br/>
        <w:t>І його нагаєм відшмагали.&lt;br /&gt;</w:t>
        <w:br/>
        <w:t>Тоді дурень: "Піду і я, мамо".&lt;br /&gt;</w:t>
        <w:br/>
        <w:t>Мати каже: "Куди тобі братись!&lt;br /&gt;</w:t>
        <w:br/>
        <w:t>А проте іди, коли хочеш".&lt;br /&gt;</w:t>
        <w:br/>
        <w:t>Узяв він кия, приходить до пана.&lt;br /&gt;</w:t>
        <w:br/>
        <w:t>Та де там! Пан і не глянув,&lt;br /&gt;</w:t>
        <w:br/>
        <w:t>Лиш гукне на свої посіпаки:&lt;br /&gt;</w:t>
        <w:br/>
        <w:t>"А візьміть-но, вчиніть йому хлосту!"&lt;br /&gt;</w:t>
        <w:br/>
        <w:t>Тоді дурень: "Е ні, стривай, пане!&lt;br /&gt;</w:t>
        <w:br/>
        <w:t>Неподобні речі умишляєш.&lt;br /&gt;</w:t>
        <w:br/>
        <w:t>Ану, кию, бий пана і пані,&lt;br /&gt;</w:t>
        <w:br/>
        <w:t>Нехай власне добро споживають,&lt;br /&gt;</w:t>
        <w:br/>
        <w:t>На чуже руки не поривають".&lt;br /&gt;</w:t>
        <w:br/>
        <w:t>Як почав їх кий обкладати,&lt;br /&gt;</w:t>
        <w:br/>
        <w:t>Б'є наосліп, мов градом сипле,&lt;br /&gt;</w:t>
        <w:br/>
        <w:t>Не дає і очей захилити.&lt;br /&gt;</w:t>
        <w:br/>
        <w:t>Бачить пан: не виходить діло,&lt;br /&gt;</w:t>
        <w:br/>
        <w:t>Уколошкає кий до смерті.&lt;br /&gt;</w:t>
        <w:br/>
        <w:t>Велить він слугам оддати винне,&lt;br /&gt;</w:t>
        <w:br/>
        <w:t>Ще й свого багатства додати.&lt;br /&gt;</w:t>
        <w:br/>
        <w:t>Дурень веселий вернувся додому.&lt;br /&gt;</w:t>
        <w:br/>
        <w:t>Стали вони безклопітно жити,&lt;br /&gt;</w:t>
        <w:br/>
        <w:t>У великім добрі пробувати.&lt;br /&gt;</w:t>
        <w:br/>
        <w:t>І я в них служив. На відході&lt;br /&gt;</w:t>
        <w:br/>
        <w:t>Дали мені коника з воску&lt;br /&gt;</w:t>
        <w:br/>
        <w:t>І возика з гречаної соломи,&lt;br /&gt;</w:t>
        <w:br/>
        <w:t>їхав я через дванадцять ланів,&lt;br /&gt;</w:t>
        <w:br/>
        <w:t>Пробився через дванадцять вогнів,&lt;br /&gt;</w:t>
        <w:br/>
        <w:t>І той віз згорів і коник розтав,&lt;br /&gt;</w:t>
        <w:br/>
        <w:t>А я ось тут перед вами став.</w:t>
      </w:r>
    </w:p>
    <w:p>
      <w:r>
        <w:br/>
        <w:t>22 Єдваб — шовк.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