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Хвостаті комети</w:t>
      </w:r>
    </w:p>
    <w:p>
      <w:r>
        <w:br/>
        <w:t xml:space="preserve"> Подібні до тих, що в небесному світі —&lt;br /&gt;</w:t>
        <w:br/>
        <w:t>"Хвостаті комети" є в зошиті в Миті:&lt;br /&gt;</w:t>
        <w:br/>
        <w:t>На кожній сторінці по дві і по п’ять.&lt;br /&gt;</w:t>
        <w:br/>
        <w:t>Різниця лиш та, що вони —&lt;br /&gt;</w:t>
        <w:br/>
        <w:t>Не летять.</w:t>
      </w:r>
    </w:p>
    <w:p>
      <w:r>
        <w:br/>
        <w:t>Нехай би летіли, як ті, що он — з неба.&lt;br /&gt;</w:t>
        <w:br/>
        <w:t>Бо хлопчику Миті їх зовсім не треба,&lt;br /&gt;</w:t>
        <w:br/>
        <w:t>Та якось у нього все робиться так,&lt;br /&gt;</w:t>
        <w:br/>
        <w:t>Що збутись "хвостатих"&lt;br /&gt;</w:t>
        <w:br/>
        <w:t>Не може ніяк!</w:t>
      </w:r>
    </w:p>
    <w:p>
      <w:r>
        <w:br/>
        <w:t>Звичайно, ви хочете знати секрети:&lt;br /&gt;</w:t>
        <w:br/>
        <w:t>Звідкіль же у Миті "хвостаті комети"?</w:t>
      </w:r>
    </w:p>
    <w:p>
      <w:r>
        <w:br/>
        <w:t>Це діло не мудре. Пояснюю вам:&lt;br /&gt;</w:t>
        <w:br/>
        <w:t>"Комети" у зошитах&lt;br /&gt;</w:t>
        <w:br/>
        <w:t>Робить він сам.</w:t>
      </w:r>
    </w:p>
    <w:p>
      <w:r>
        <w:br/>
        <w:t>Як тільки у класі почнуться уроки,&lt;br /&gt;</w:t>
        <w:br/>
        <w:t>То крутиться й вертиться він на всі боки:&lt;br /&gt;</w:t>
        <w:br/>
        <w:t>Умочить перо й... того штовх, того хап!&lt;br /&gt;</w:t>
        <w:br/>
        <w:t>Рукою махнув —&lt;br /&gt;</w:t>
        <w:br/>
        <w:t>А чорнило... ляп!</w:t>
      </w:r>
    </w:p>
    <w:p>
      <w:r>
        <w:br/>
        <w:t>Не любить і він, коли в зошиті пляма:&lt;br /&gt;</w:t>
        <w:br/>
        <w:t>Страмитимуть знову — учителька, мама.&lt;br /&gt;</w:t>
        <w:br/>
        <w:t>Нахилиться Митя під парту тайком&lt;br /&gt;</w:t>
        <w:br/>
        <w:t>І пляму чорнильну&lt;br /&gt;</w:t>
        <w:br/>
        <w:t>Лизне язиком.</w:t>
      </w:r>
    </w:p>
    <w:p>
      <w:r>
        <w:br/>
        <w:t>Лизне, тоді — ще раз. Щоб зникла, проклята.&lt;br /&gt;</w:t>
        <w:br/>
        <w:t>А з плями виходить "комета хвостата"...&lt;br /&gt;</w:t>
        <w:br/>
        <w:t>У синім чорнилі всі губи, язик,&lt;br /&gt;</w:t>
        <w:br/>
        <w:t>А він — уже другу вилизує.&lt;br /&gt;</w:t>
        <w:br/>
        <w:t>Звик!</w:t>
      </w:r>
    </w:p>
    <w:p>
      <w:r>
        <w:br/>
        <w:t>В перерву стає у куток біля груби&lt;br /&gt;</w:t>
        <w:br/>
        <w:t>І чистить резинкою губи і зуби,&lt;br /&gt;</w:t>
        <w:br/>
        <w:t>Свій довгий язик витира об кашкет,&lt;br /&gt;</w:t>
        <w:br/>
        <w:t>Досвідчений майстер&lt;br /&gt;</w:t>
        <w:br/>
        <w:t>"Хвостатих комет"!</w:t>
      </w:r>
    </w:p>
    <w:p>
      <w:r>
        <w:br/>
        <w:t>Прийшлось і на зборах про це вже казати,&lt;br /&gt;</w:t>
        <w:br/>
        <w:t>Та Митя продовжував плями лизати.&lt;br /&gt;</w:t>
        <w:br/>
        <w:t>...І от перестав! Мов рукою зняло.&lt;br /&gt;</w:t>
        <w:br/>
        <w:t>І як ви гадаєте,&lt;br /&gt;</w:t>
        <w:br/>
        <w:t>Що помогло?</w:t>
      </w:r>
    </w:p>
    <w:p>
      <w:r>
        <w:br/>
        <w:t>Поміг той малюнок стінної газети,&lt;br /&gt;</w:t>
        <w:br/>
        <w:t>Де Митя нагнувся і робить "комети"&lt;br /&gt;</w:t>
        <w:br/>
        <w:t>Як є в вас у класі любитель "комет"&lt;br /&gt;</w:t>
        <w:br/>
        <w:t>Малюйте і з нього&lt;br /&gt;</w:t>
        <w:br/>
        <w:t>Подібний портрет.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Хвостаті комети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