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Хвастощі п'яного моряка-бретонця</w:t>
      </w:r>
    </w:p>
    <w:p>
      <w:r>
        <w:br/>
        <w:t xml:space="preserve"> А я, а я — пророк Мойсей,&lt;br /&gt;</w:t>
        <w:br/>
        <w:t>Це я народ веду усей&lt;br /&gt;</w:t>
        <w:br/>
        <w:t>В обітний край, у Палестину.&lt;br /&gt;</w:t>
        <w:br/>
        <w:t>Ходіть, я дурно всіх вестиму!&lt;br /&gt;</w:t>
        <w:br/>
        <w:t>Вам долото моє пропоре&lt;br /&gt;</w:t>
        <w:br/>
        <w:t>Тунелі під Червоним морем.</w:t>
      </w:r>
    </w:p>
    <w:p>
      <w:r>
        <w:br/>
        <w:t>А я, а я — борець Самсон.&lt;br /&gt;</w:t>
        <w:br/>
        <w:t>Всім стрижіям даю фасон.&lt;br /&gt;</w:t>
        <w:br/>
        <w:t>На чорта тіки я женивсь?&lt;br /&gt;</w:t>
        <w:br/>
        <w:t>От бачите, де опинивсь...&lt;br /&gt;</w:t>
        <w:br/>
        <w:t>Що жінка все вела хазяйство,&lt;br /&gt;</w:t>
        <w:br/>
        <w:t>То я укинувся в гультяйство.</w:t>
      </w:r>
    </w:p>
    <w:p>
      <w:r>
        <w:br/>
        <w:t>А я, а я — цар Соломон!&lt;br /&gt;</w:t>
        <w:br/>
        <w:t>Щоб воюваться з Македонцем,&lt;br /&gt;</w:t>
        <w:br/>
        <w:t>Я стіки наскладав червонців,&lt;br /&gt;</w:t>
        <w:br/>
        <w:t>Що не вбереш і в мілійон!&lt;br /&gt;</w:t>
        <w:br/>
        <w:t>Коли той блазень Олександр&lt;br /&gt;</w:t>
        <w:br/>
        <w:t>До мене в льох зробив десант&lt;br /&gt;</w:t>
        <w:br/>
        <w:t>Із отакенною полою,-&lt;br /&gt;</w:t>
        <w:br/>
        <w:t>Все золото взялось золою.</w:t>
      </w:r>
    </w:p>
    <w:p>
      <w:r>
        <w:br/>
        <w:t>Еге!.. Та я ж — Ісус Христос!&lt;br /&gt;</w:t>
        <w:br/>
        <w:t>Та я... Та я... Це вам не хтось!&lt;br /&gt;</w:t>
        <w:br/>
        <w:t>Я усміхаюсь херувимом&lt;br /&gt;</w:t>
        <w:br/>
        <w:t>Усякому, хто пройде мимо.&lt;br /&gt;</w:t>
        <w:br/>
        <w:t>Я Господь Бог! Давай, давай!&lt;br /&gt;</w:t>
        <w:br/>
        <w:t>Ідіть усі до мене в 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Хвастощі п'яного моряка-бретонця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