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вишні поїв</w:t>
      </w:r>
    </w:p>
    <w:p>
      <w:r>
        <w:br/>
        <w:t xml:space="preserve"> &lt;p&gt;Катрусина мама скаржилася татові:</w:t>
      </w:r>
    </w:p>
    <w:p>
      <w:r>
        <w:br/>
        <w:t>— Он глянь на ту вишню. Знову горобці ягоди пооб'їдали, тільки кісточки висять.</w:t>
      </w:r>
    </w:p>
    <w:p>
      <w:r>
        <w:br/>
        <w:t>Тато здивовано розвів руками і відповів:</w:t>
      </w:r>
    </w:p>
    <w:p>
      <w:r>
        <w:br/>
        <w:t>— Та коли ж вони, кляті, їдять ті ягоди? Я скільки ходжу в сад, а не помітив, щоб горобці шкоду робили на вишні! Чудасія якась!</w:t>
      </w:r>
    </w:p>
    <w:p>
      <w:r>
        <w:br/>
        <w:t>І Катруся теж ніколи не бачила, щоб птахи ягоди їли. Ось гойдатися на вишневих гілочках вони</w:t>
      </w:r>
    </w:p>
    <w:p>
      <w:r>
        <w:br/>
        <w:t>люблять. Гілочка тоненька, гнучка, то горобець як учепиться в неї лапками, як почне розколихуватися, так Катруся аж ногами затупцює від заздрості :</w:t>
      </w:r>
    </w:p>
    <w:p>
      <w:r>
        <w:br/>
        <w:t>— Чому я не горобчик, так би гойдалася і гойдалася...</w:t>
      </w:r>
    </w:p>
    <w:p>
      <w:r>
        <w:br/>
        <w:t>Якось тата не було вдома, а мама пішла на грядки розпушувати землю навколо кущів картоплі. Катруся подумала-подумала й вирішила: "Ось піду в сад, сяду під вишнею і подивлюсь, хто ягідки їсть".</w:t>
      </w:r>
    </w:p>
    <w:p>
      <w:r>
        <w:br/>
        <w:t>Та на землі сидіти їй було нецікаво. Вже коли в сад прийшла, то краще забратися на вишню і там причаїтися й постежити.</w:t>
      </w:r>
    </w:p>
    <w:p>
      <w:r>
        <w:br/>
        <w:t>Залізла дівчинка на вишню. Вмостилася на гілці та й дивиться на ягоди. Ягоди великі, соковиті І дуже смачні. У Катрусі аж слинка покотилася. Слинку вона проковтнула і чекає, що ж далі буде.,</w:t>
      </w:r>
    </w:p>
    <w:p>
      <w:r>
        <w:br/>
        <w:t>Прилетів горобець, перескочив з гілочки на гілочку, дзьобнув на листочку якусь кузьку і полетів. На ягоди й не глянув.</w:t>
      </w:r>
    </w:p>
    <w:p>
      <w:r>
        <w:br/>
        <w:t>"Цей, видно, не голодний,— думає Катруся.— Ось як голодний прилетить і буде ягоди дзьобати, то я йому тоді вже всю правду скажу. Скажу: негарно він робить, що вишеньки їсть..."</w:t>
      </w:r>
    </w:p>
    <w:p>
      <w:r>
        <w:br/>
        <w:t>І тільки це подумала, як чує щось — дзінь! Глянула — аж то оса. Продзижчала над головою у дівчинки й сіла на ягоду. Вчепилася в неї, проколола тоненьку вишневу шкірку і почала смоктати густий солодкий сік. Не встигла добре й напитися, як дзінь! — друга оса прилетіла. І друга оса припала до вишеньки. Потім десь узялася третя. Обсіли з усіх боків ту ягоду. Далі таке почалося! Одна нап'ється, полетить, а на її місце інша поспішає...</w:t>
      </w:r>
    </w:p>
    <w:p>
      <w:r>
        <w:br/>
        <w:t>Катруся ще на таке диво дивилася б, так ноги затерпли. Хоч як там гарно було, але на гілці важко сидіти, дуже мулько. Злізла вона на землю, заходилася терти ноги. А потім гукнула мамі:</w:t>
      </w:r>
    </w:p>
    <w:p>
      <w:r>
        <w:br/>
        <w:t>— А я знаю, мамо, хто вишневі ягідки спиває! Ось іди сюди, подивися, що там виробляють оси!</w:t>
      </w:r>
    </w:p>
    <w:p>
      <w:r>
        <w:br/>
        <w:t>Підійшла Катрусина мама, поглянула і руками сплеснула:</w:t>
      </w:r>
    </w:p>
    <w:p>
      <w:r>
        <w:br/>
        <w:t>— Ну ви ж подумайте! Оси таку шкоду роблять, а ми грішимо на горобців. Ой, треба мерщій ягідки рвати, бо жодної не залишиться на дереві! На тобі, Катрусю, козубочок, лізь та збирай. Увечері вареників наваримо. Добре?</w:t>
      </w:r>
    </w:p>
    <w:p>
      <w:r>
        <w:br/>
        <w:t>Повен козубочок нарвала Катруся вишневих ягід. А ввечері сиділа і вже вареники їла, аж сік у неї по губах стікав!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вишні поїв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