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Хто розмовляє?</w:t>
      </w:r>
    </w:p>
    <w:p>
      <w:r>
        <w:br/>
        <w:t xml:space="preserve"> &lt;p&gt;"Ой я бідна удовиця, —</w:t>
      </w:r>
    </w:p>
    <w:p>
      <w:r>
        <w:br/>
        <w:t>Стала хникать жалібниця, —</w:t>
      </w:r>
    </w:p>
    <w:p>
      <w:r>
        <w:br/>
        <w:t>Он калина, — їй не так!</w:t>
      </w:r>
    </w:p>
    <w:p>
      <w:r>
        <w:br/>
        <w:t>Кажуть, пісні їй складають,</w:t>
      </w:r>
    </w:p>
    <w:p>
      <w:r>
        <w:br/>
        <w:t>А про мене забувають,</w:t>
      </w:r>
    </w:p>
    <w:p>
      <w:r>
        <w:br/>
        <w:t>І ніхто ніде ніяк!.."</w:t>
      </w:r>
    </w:p>
    <w:p>
      <w:r>
        <w:br/>
        <w:t>"Стій лиш! Слава не брехуха, —</w:t>
      </w:r>
    </w:p>
    <w:p>
      <w:r>
        <w:br/>
        <w:t>Обізвалась джеркотуха,</w:t>
      </w:r>
    </w:p>
    <w:p>
      <w:r>
        <w:br/>
        <w:t>Розбирає, що і як!</w:t>
      </w:r>
    </w:p>
    <w:p>
      <w:r>
        <w:br/>
        <w:t>От я славі догодила,</w:t>
      </w:r>
    </w:p>
    <w:p>
      <w:r>
        <w:br/>
        <w:t>Кашку діточкам варила,</w:t>
      </w:r>
    </w:p>
    <w:p>
      <w:r>
        <w:br/>
        <w:t>А тобі не вдасться так".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Хто розмовляє?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